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CB887" w14:textId="77777777" w:rsidR="003D6951" w:rsidRDefault="003D6951"/>
    <w:p w14:paraId="5A4FFCB1" w14:textId="77777777" w:rsidR="003D6951" w:rsidRDefault="003D6951"/>
    <w:p w14:paraId="499DF07C" w14:textId="77777777" w:rsidR="003D6951" w:rsidRDefault="003D6951"/>
    <w:p w14:paraId="4B1FAB40" w14:textId="77777777" w:rsidR="003D6951" w:rsidRDefault="003D6951"/>
    <w:p w14:paraId="18F986CD" w14:textId="77777777" w:rsidR="003D6951" w:rsidRDefault="003D6951"/>
    <w:p w14:paraId="37B52411" w14:textId="77777777" w:rsidR="003D6951" w:rsidRDefault="003D6951"/>
    <w:p w14:paraId="3B355F7E" w14:textId="77777777" w:rsidR="003D6951" w:rsidRDefault="003D6951"/>
    <w:p w14:paraId="099D2AE9" w14:textId="77777777" w:rsidR="003D6951" w:rsidRDefault="00000000">
      <w:pPr>
        <w:jc w:val="center"/>
      </w:pPr>
      <w:r>
        <w:rPr>
          <w:b/>
          <w:sz w:val="32"/>
        </w:rPr>
        <w:t>T.C.</w:t>
      </w:r>
      <w:r>
        <w:rPr>
          <w:b/>
          <w:sz w:val="32"/>
        </w:rPr>
        <w:br/>
        <w:t>.................................................................... MÜDÜRLÜĞÜ</w:t>
      </w:r>
    </w:p>
    <w:p w14:paraId="6D83E0B8" w14:textId="77777777" w:rsidR="003D6951" w:rsidRDefault="003D6951"/>
    <w:p w14:paraId="7750D5E5" w14:textId="77777777" w:rsidR="003D6951" w:rsidRDefault="003D6951"/>
    <w:p w14:paraId="732AB77C" w14:textId="77777777" w:rsidR="003D6951" w:rsidRDefault="003D6951"/>
    <w:p w14:paraId="48CE15A5" w14:textId="77777777" w:rsidR="003D6951" w:rsidRDefault="003D6951"/>
    <w:p w14:paraId="25212FB0" w14:textId="77777777" w:rsidR="003D6951" w:rsidRDefault="00000000">
      <w:pPr>
        <w:jc w:val="center"/>
      </w:pPr>
      <w:r>
        <w:rPr>
          <w:b/>
          <w:sz w:val="44"/>
        </w:rPr>
        <w:t>KIZILAY HAFTASI</w:t>
      </w:r>
      <w:r>
        <w:rPr>
          <w:b/>
          <w:sz w:val="44"/>
        </w:rPr>
        <w:br/>
        <w:t>KUTLAMA PROGRAMI</w:t>
      </w:r>
    </w:p>
    <w:p w14:paraId="052F3720" w14:textId="77777777" w:rsidR="003D6951" w:rsidRDefault="003D6951"/>
    <w:p w14:paraId="7F628556" w14:textId="77777777" w:rsidR="003D6951" w:rsidRDefault="003D6951"/>
    <w:p w14:paraId="01A235B9" w14:textId="77777777" w:rsidR="003D6951" w:rsidRDefault="003D6951"/>
    <w:p w14:paraId="46F3A8E3" w14:textId="77777777" w:rsidR="003D6951" w:rsidRDefault="003D6951"/>
    <w:p w14:paraId="0CA2EC87" w14:textId="77777777" w:rsidR="003D6951" w:rsidRDefault="003D6951"/>
    <w:p w14:paraId="6158B0BC" w14:textId="77777777" w:rsidR="003D6951" w:rsidRDefault="003D6951"/>
    <w:p w14:paraId="22811742" w14:textId="77777777" w:rsidR="003D6951" w:rsidRDefault="003D6951"/>
    <w:p w14:paraId="4D65F539" w14:textId="77777777" w:rsidR="003D6951" w:rsidRDefault="00000000">
      <w:pPr>
        <w:jc w:val="center"/>
      </w:pPr>
      <w:r>
        <w:rPr>
          <w:b/>
          <w:sz w:val="26"/>
        </w:rPr>
        <w:t>20... - 20... EĞİTİM ÖĞRETİM YILI</w:t>
      </w:r>
    </w:p>
    <w:p w14:paraId="5B7D7907" w14:textId="77777777" w:rsidR="003D6951" w:rsidRDefault="00000000">
      <w:r>
        <w:br w:type="page"/>
      </w:r>
    </w:p>
    <w:p w14:paraId="7798DBE7" w14:textId="77777777" w:rsidR="003D6951" w:rsidRDefault="00000000">
      <w:pPr>
        <w:spacing w:after="320"/>
        <w:jc w:val="center"/>
      </w:pPr>
      <w:r>
        <w:rPr>
          <w:b/>
          <w:sz w:val="26"/>
        </w:rPr>
        <w:lastRenderedPageBreak/>
        <w:t>.................................................................... MÜDÜRLÜĞÜNE</w:t>
      </w:r>
    </w:p>
    <w:p w14:paraId="3E392F5E" w14:textId="77777777" w:rsidR="003D6951" w:rsidRDefault="00000000">
      <w:r>
        <w:t xml:space="preserve">       Hazırlamış olduğumuz "Kızılay Haftası" kutlama programını .../.../20... günü saat ........’da okul bahçesinde / çok amaçlı salonda gerçekleştirmek istiyoruz. Genişletilmiş program akışı aşağıda belirtilmiştir.</w:t>
      </w:r>
    </w:p>
    <w:p w14:paraId="32DB0C21" w14:textId="77777777" w:rsidR="003D6951" w:rsidRDefault="00000000">
      <w:pPr>
        <w:spacing w:after="280"/>
      </w:pPr>
      <w:r>
        <w:t xml:space="preserve">       Gereğini bilgilerinize arz ederim.</w:t>
      </w:r>
    </w:p>
    <w:p w14:paraId="186D25CF" w14:textId="77777777" w:rsidR="003D6951" w:rsidRDefault="00000000">
      <w:pPr>
        <w:spacing w:after="120"/>
      </w:pPr>
      <w:r>
        <w:rPr>
          <w:b/>
        </w:rPr>
        <w:t>PROGRAM AKIŞI:</w:t>
      </w:r>
    </w:p>
    <w:p w14:paraId="2E50252E" w14:textId="77777777" w:rsidR="003D6951" w:rsidRDefault="00000000">
      <w:pPr>
        <w:spacing w:after="60"/>
        <w:ind w:left="288"/>
      </w:pPr>
      <w:r>
        <w:t>1. Açılış ve Hoş Geldiniz Konuşması</w:t>
      </w:r>
    </w:p>
    <w:p w14:paraId="53AF2B47" w14:textId="77777777" w:rsidR="003D6951" w:rsidRDefault="00000000">
      <w:pPr>
        <w:spacing w:after="60"/>
        <w:ind w:left="288"/>
      </w:pPr>
      <w:r>
        <w:t>2. Günün Anlam ve Önemini Belirten Konuşma (Okul Müdürü / Öğretmen Konuşması)</w:t>
      </w:r>
    </w:p>
    <w:p w14:paraId="021C2D45" w14:textId="77777777" w:rsidR="003D6951" w:rsidRDefault="00000000">
      <w:pPr>
        <w:spacing w:after="60"/>
        <w:ind w:left="288"/>
      </w:pPr>
      <w:r>
        <w:t>3. Şiir: "Kızılay" (İ. Hakkı Talas)</w:t>
      </w:r>
    </w:p>
    <w:p w14:paraId="0E0167D1" w14:textId="77777777" w:rsidR="003D6951" w:rsidRDefault="00000000">
      <w:pPr>
        <w:spacing w:after="60"/>
        <w:ind w:left="288"/>
      </w:pPr>
      <w:r>
        <w:t>4. Öğrenci Meclis Temsilcisi Konuşması ("Hilalin Gölgesinde Kardeşlik")</w:t>
      </w:r>
    </w:p>
    <w:p w14:paraId="66F875CC" w14:textId="77777777" w:rsidR="003D6951" w:rsidRDefault="00000000">
      <w:pPr>
        <w:spacing w:after="60"/>
        <w:ind w:left="288"/>
      </w:pPr>
      <w:r>
        <w:t>5. Tarihsel Bilgilendirme Sunumu: "Hilâl-i Ahmer'den Türk Kızılayı'na Merhamet Yolculuğu"</w:t>
      </w:r>
    </w:p>
    <w:p w14:paraId="64CBFEC8" w14:textId="77777777" w:rsidR="003D6951" w:rsidRDefault="00000000">
      <w:pPr>
        <w:spacing w:after="60"/>
        <w:ind w:left="288"/>
      </w:pPr>
      <w:r>
        <w:t>6. Şiir: "Kızılay Çadırı" (Anonim)</w:t>
      </w:r>
    </w:p>
    <w:p w14:paraId="00FA192C" w14:textId="77777777" w:rsidR="003D6951" w:rsidRDefault="00000000">
      <w:pPr>
        <w:spacing w:after="60"/>
        <w:ind w:left="288"/>
      </w:pPr>
      <w:r>
        <w:t>7. Kızılay Oratoryosu: "Merhametin Kırmızı Hilali"</w:t>
      </w:r>
    </w:p>
    <w:p w14:paraId="15A470A6" w14:textId="77777777" w:rsidR="003D6951" w:rsidRDefault="00000000">
      <w:pPr>
        <w:spacing w:after="60"/>
        <w:ind w:left="288"/>
      </w:pPr>
      <w:r>
        <w:t>8. Canlandırma / Tiyatral Gösteri: "Kızılay Sahada: Afet ve Kan Bağışı"</w:t>
      </w:r>
    </w:p>
    <w:p w14:paraId="6082449B" w14:textId="77777777" w:rsidR="003D6951" w:rsidRDefault="00000000">
      <w:pPr>
        <w:spacing w:after="60"/>
        <w:ind w:left="288"/>
      </w:pPr>
      <w:r>
        <w:t>9. Şiir: "Kızılay Marşı" (M. Zeki Akdağ)</w:t>
      </w:r>
    </w:p>
    <w:p w14:paraId="008ECB69" w14:textId="77777777" w:rsidR="003D6951" w:rsidRDefault="00000000">
      <w:pPr>
        <w:spacing w:after="60"/>
        <w:ind w:left="288"/>
      </w:pPr>
      <w:r>
        <w:t>10. Kızılay'ın 7 Temel İlkesi ve Özlü Sözler</w:t>
      </w:r>
    </w:p>
    <w:p w14:paraId="011E35E4" w14:textId="77777777" w:rsidR="003D6951" w:rsidRDefault="00000000">
      <w:pPr>
        <w:spacing w:after="60"/>
        <w:ind w:left="288"/>
      </w:pPr>
      <w:r>
        <w:t>11. Şiir: "Ak Hilal"</w:t>
      </w:r>
    </w:p>
    <w:p w14:paraId="7F062EE3" w14:textId="77777777" w:rsidR="003D6951" w:rsidRDefault="00000000">
      <w:pPr>
        <w:spacing w:after="60"/>
        <w:ind w:left="288"/>
      </w:pPr>
      <w:r>
        <w:t>12. Şiir: "Kızılay Sevgisi"</w:t>
      </w:r>
    </w:p>
    <w:p w14:paraId="2B41B59C" w14:textId="77777777" w:rsidR="003D6951" w:rsidRDefault="00000000">
      <w:pPr>
        <w:spacing w:after="60"/>
        <w:ind w:left="288"/>
      </w:pPr>
      <w:r>
        <w:t>13. Okul Geneli "Kızılay Kan Bağışı ve Yardım Kumbarası" Kampanyası Duyurusu ve Kapanış</w:t>
      </w:r>
    </w:p>
    <w:p w14:paraId="12E0E5A3" w14:textId="77777777" w:rsidR="003D6951" w:rsidRDefault="003D6951">
      <w:pPr>
        <w:spacing w:after="320"/>
      </w:pPr>
    </w:p>
    <w:tbl>
      <w:tblPr>
        <w:tblW w:w="0" w:type="auto"/>
        <w:jc w:val="center"/>
        <w:tblLook w:val="04A0" w:firstRow="1" w:lastRow="0" w:firstColumn="1" w:lastColumn="0" w:noHBand="0" w:noVBand="1"/>
      </w:tblPr>
      <w:tblGrid>
        <w:gridCol w:w="4608"/>
        <w:gridCol w:w="4608"/>
      </w:tblGrid>
      <w:tr w:rsidR="003D6951" w14:paraId="26FE01F4" w14:textId="77777777">
        <w:trPr>
          <w:jc w:val="center"/>
        </w:trPr>
        <w:tc>
          <w:tcPr>
            <w:tcW w:w="4608" w:type="dxa"/>
          </w:tcPr>
          <w:p w14:paraId="58D64806" w14:textId="77777777" w:rsidR="003D6951"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2F95F5A8" w14:textId="77777777" w:rsidR="003D6951" w:rsidRDefault="00000000">
            <w:pPr>
              <w:jc w:val="center"/>
            </w:pPr>
            <w:r>
              <w:rPr>
                <w:b/>
              </w:rPr>
              <w:t>... / ... / 20...</w:t>
            </w:r>
            <w:r>
              <w:rPr>
                <w:b/>
              </w:rPr>
              <w:br/>
              <w:t>UYGUNDUR</w:t>
            </w:r>
            <w:r>
              <w:rPr>
                <w:b/>
              </w:rPr>
              <w:br/>
            </w:r>
            <w:r>
              <w:rPr>
                <w:b/>
              </w:rPr>
              <w:br/>
            </w:r>
            <w:r>
              <w:rPr>
                <w:b/>
              </w:rPr>
              <w:br/>
              <w:t>...................................................</w:t>
            </w:r>
            <w:r>
              <w:rPr>
                <w:b/>
              </w:rPr>
              <w:br/>
            </w:r>
            <w:r>
              <w:t>Okul Müdürü</w:t>
            </w:r>
          </w:p>
        </w:tc>
      </w:tr>
    </w:tbl>
    <w:p w14:paraId="799DB1E6" w14:textId="77777777" w:rsidR="003D6951" w:rsidRDefault="00000000">
      <w:r>
        <w:br w:type="page"/>
      </w:r>
    </w:p>
    <w:p w14:paraId="31BEB09A" w14:textId="1D74B57B" w:rsidR="003D6951" w:rsidRDefault="00000000">
      <w:pPr>
        <w:pStyle w:val="Balk1"/>
        <w:spacing w:after="320"/>
        <w:jc w:val="center"/>
      </w:pPr>
      <w:r>
        <w:lastRenderedPageBreak/>
        <w:t>KIZILAY HAFTASI</w:t>
      </w:r>
      <w:r>
        <w:br/>
        <w:t>PROGRAM SUNUCU METNİ</w:t>
      </w:r>
    </w:p>
    <w:p w14:paraId="7B89DB15" w14:textId="77777777" w:rsidR="003D6951" w:rsidRDefault="00000000">
      <w:pPr>
        <w:spacing w:after="240"/>
      </w:pPr>
      <w:r>
        <w:rPr>
          <w:b/>
        </w:rPr>
        <w:t>1- AÇILIŞ VE HOŞ GELDİNİZ</w:t>
      </w:r>
      <w:r>
        <w:rPr>
          <w:b/>
        </w:rPr>
        <w:br/>
      </w:r>
      <w:r>
        <w:t>Sayın Okul Müdürüm, Değerli Öğretmenlerim, Saygıdeğer Velilerimiz ve Sevgili Öğrenci Arkadaşlarım,</w:t>
      </w:r>
      <w:r>
        <w:br/>
      </w:r>
      <w:r>
        <w:br/>
        <w:t>Savaşta yaralanan askerlere şifa olmak için kurulan, bugün ise dünyanın dört bir yanında afete uğrayanların, açlık çekenlerin ve darda kalanların yaralarını saran Türk Kızılayı’nın 150 yılı aşan şefkat mirasını kutlamak üzere toplanmış bulunmaktayız. Kızılay Haftası kutlama programımıza hoş geldiniz!</w:t>
      </w:r>
    </w:p>
    <w:p w14:paraId="72A6BE58" w14:textId="77777777" w:rsidR="003D6951" w:rsidRDefault="00000000">
      <w:pPr>
        <w:spacing w:after="240"/>
        <w:ind w:left="576"/>
      </w:pPr>
      <w:r>
        <w:rPr>
          <w:b/>
        </w:rPr>
        <w:t>Gazi Mustafa Kemal ATATÜRK diyor ki:</w:t>
      </w:r>
      <w:r>
        <w:rPr>
          <w:b/>
        </w:rPr>
        <w:br/>
      </w:r>
      <w:r>
        <w:rPr>
          <w:i/>
        </w:rPr>
        <w:t>“Kızılay, milletin alicenaplığının, yardımlaşma kabiliyetinin ve merhamet duygusunun en yüce temsilcisidir.”</w:t>
      </w:r>
    </w:p>
    <w:p w14:paraId="01E130C8" w14:textId="77777777" w:rsidR="003D6951" w:rsidRDefault="00000000">
      <w:r>
        <w:rPr>
          <w:b/>
        </w:rPr>
        <w:t>2- GÜNÜN ANLAM VE ÖNEMİ KONUŞMASI TAKDİMİ</w:t>
      </w:r>
      <w:r>
        <w:rPr>
          <w:b/>
        </w:rPr>
        <w:br/>
      </w:r>
      <w:r>
        <w:t>Kızılay’ın tarihî misyonunu ve toplumsal dayanışmadaki vazgeçilmez yerini aktarmak üzere günün konuşmasını yapmak için okulumuz öğretmenlerinden Sayın ............................................................................’ı kürsüye davet ediyorum.</w:t>
      </w:r>
    </w:p>
    <w:p w14:paraId="3719110B" w14:textId="77777777" w:rsidR="003D6951" w:rsidRDefault="00000000">
      <w:r>
        <w:rPr>
          <w:b/>
        </w:rPr>
        <w:t>3- ŞİİR TAKDİMİ ("KIZILAY")</w:t>
      </w:r>
      <w:r>
        <w:rPr>
          <w:b/>
        </w:rPr>
        <w:br/>
      </w:r>
      <w:r>
        <w:t>İ. Hakkı Talas’ın "Kızılay" adlı şiirini okumak üzere okulumuz ..... / ..... sınıfı öğrencilerinden ...................................................... kürsüye davet ediyorum.</w:t>
      </w:r>
    </w:p>
    <w:p w14:paraId="57AFA92A" w14:textId="77777777" w:rsidR="003D6951" w:rsidRDefault="00000000">
      <w:r>
        <w:rPr>
          <w:b/>
        </w:rPr>
        <w:t>4- ÖĞRENCİ TEMSİLCİSİ KONUŞMASI TAKDİMİ</w:t>
      </w:r>
      <w:r>
        <w:rPr>
          <w:b/>
        </w:rPr>
        <w:br/>
      </w:r>
      <w:r>
        <w:t>Kızılay ve gönüllülük bilincine dair düşüncelerini paylaşmak üzere Okul Temsilcimiz ...................................................... kürsüye davet ediyorum.</w:t>
      </w:r>
    </w:p>
    <w:p w14:paraId="08F99CC2" w14:textId="77777777" w:rsidR="003D6951" w:rsidRDefault="00000000">
      <w:pPr>
        <w:spacing w:after="240"/>
      </w:pPr>
      <w:r>
        <w:rPr>
          <w:b/>
        </w:rPr>
        <w:t>5- TARİHSEL SUNUM TAKDİMİ</w:t>
      </w:r>
      <w:r>
        <w:rPr>
          <w:b/>
        </w:rPr>
        <w:br/>
      </w:r>
      <w:r>
        <w:t>1868’den bugüne uzanan Hilâl-i Ahmer’den Kızılay’a uzanan iyilik yolculuğunu dinlemek üzere öğrenci arkadaşlarımızı sahneye davet ediyorum.</w:t>
      </w:r>
    </w:p>
    <w:p w14:paraId="6AFF728D" w14:textId="77777777" w:rsidR="003D6951" w:rsidRDefault="00000000">
      <w:r>
        <w:br w:type="page"/>
      </w:r>
    </w:p>
    <w:p w14:paraId="2AC578BB" w14:textId="77777777" w:rsidR="003D6951" w:rsidRDefault="00000000">
      <w:r>
        <w:rPr>
          <w:b/>
        </w:rPr>
        <w:lastRenderedPageBreak/>
        <w:t>6- ŞİİR TAKDİMİ ("KIZILAY ÇADIRI")</w:t>
      </w:r>
      <w:r>
        <w:rPr>
          <w:b/>
        </w:rPr>
        <w:br/>
      </w:r>
      <w:r>
        <w:t>"Kızılay Çadırı" adlı şiiri okumak üzere ..... / ..... sınıfından ...................................................... kürsüye davet ediyorum.</w:t>
      </w:r>
    </w:p>
    <w:p w14:paraId="74B556BA" w14:textId="77777777" w:rsidR="003D6951" w:rsidRDefault="00000000">
      <w:r>
        <w:rPr>
          <w:b/>
        </w:rPr>
        <w:t>7- KIZILAY ORATORYOSU TAKDİMİ</w:t>
      </w:r>
      <w:r>
        <w:rPr>
          <w:b/>
        </w:rPr>
        <w:br/>
      </w:r>
      <w:r>
        <w:t>Öğrencilerimiz tarafından hazırlanan "Merhametin Kırmızı Hilali" adlı oratoryo gösterisini sunmak üzere ekibimizi sahneye davet ediyorum.</w:t>
      </w:r>
    </w:p>
    <w:p w14:paraId="6BCD11A2" w14:textId="77777777" w:rsidR="003D6951" w:rsidRDefault="00000000">
      <w:r>
        <w:rPr>
          <w:b/>
        </w:rPr>
        <w:t>8- TİYATRAL GÖSTERİ TAKDİMİ</w:t>
      </w:r>
      <w:r>
        <w:rPr>
          <w:b/>
        </w:rPr>
        <w:br/>
      </w:r>
      <w:r>
        <w:t>Kızılay çadırında verilen sıcak aşı, ilk yardımı ve kan bağışının kurtardığı hayatları canlandıran kısa tiyatral gösteriyi sunmak üzere tiyatro kulübümüzü sahneye davet ediyorum.</w:t>
      </w:r>
    </w:p>
    <w:p w14:paraId="352A5BA1" w14:textId="77777777" w:rsidR="003D6951" w:rsidRDefault="00000000">
      <w:r>
        <w:rPr>
          <w:b/>
        </w:rPr>
        <w:t>9- ŞİİR TAKDİMİ ("KIZILAY MARŞI")</w:t>
      </w:r>
      <w:r>
        <w:rPr>
          <w:b/>
        </w:rPr>
        <w:br/>
      </w:r>
      <w:r>
        <w:t>M. Zeki Akdağ’ın "Kızılay Marşı" adlı şiirini okumak üzere ..... / ..... sınıfından ...................................................... sahneye davet ediyorum.</w:t>
      </w:r>
    </w:p>
    <w:p w14:paraId="3509F8FE" w14:textId="77777777" w:rsidR="003D6951" w:rsidRDefault="00000000">
      <w:r>
        <w:rPr>
          <w:b/>
        </w:rPr>
        <w:t>10- ŞİİRLER: "AK HİLAL" VE "KIZILAY SEVGİSİ"</w:t>
      </w:r>
      <w:r>
        <w:rPr>
          <w:b/>
        </w:rPr>
        <w:br/>
      </w:r>
      <w:r>
        <w:t>Şefkat ve merhameti dile getiren şiirlerimizi seslendirmek üzere öğrenci arkadaşlarımızı sahneye davet ediyorum.</w:t>
      </w:r>
    </w:p>
    <w:p w14:paraId="5AA20961" w14:textId="77777777" w:rsidR="003D6951" w:rsidRDefault="00000000">
      <w:pPr>
        <w:spacing w:after="280"/>
      </w:pPr>
      <w:r>
        <w:rPr>
          <w:b/>
        </w:rPr>
        <w:t>11- KAMPANYA DUYURUSU VE KAPANIŞ</w:t>
      </w:r>
      <w:r>
        <w:rPr>
          <w:b/>
        </w:rPr>
        <w:br/>
      </w:r>
      <w:r>
        <w:t>Hafta boyunca okulumuzda sürdürülecek olan Kızılay yardım kumbaralarına destek vermeye ve velilerimizi Kızılay kan bağışı noktalarına davet ediyoruz.</w:t>
      </w:r>
      <w:r>
        <w:br/>
      </w:r>
      <w:r>
        <w:br/>
        <w:t>Unutmayınız: İyilik paylaşıldıkça çoğalır, Kızılay milletimizle var olur!</w:t>
      </w:r>
      <w:r>
        <w:br/>
      </w:r>
      <w:r>
        <w:br/>
        <w:t>Kızılay Haftası kutlama programımız burada sona ermiştir. Katılımlarınızdan ötürü hepinize teşekkür ederiz.</w:t>
      </w:r>
    </w:p>
    <w:p w14:paraId="154EB7AA" w14:textId="77777777" w:rsidR="003D6951" w:rsidRDefault="00000000">
      <w:r>
        <w:br w:type="page"/>
      </w:r>
    </w:p>
    <w:p w14:paraId="07E8BE0B" w14:textId="77777777" w:rsidR="003D6951" w:rsidRDefault="00000000">
      <w:pPr>
        <w:pStyle w:val="Balk1"/>
        <w:spacing w:after="360"/>
        <w:jc w:val="center"/>
      </w:pPr>
      <w:r>
        <w:lastRenderedPageBreak/>
        <w:t>GÜNÜN ANLAM VE ÖNEMİNİ BELİRTEN KONUŞMA METNİ</w:t>
      </w:r>
      <w:r>
        <w:br/>
        <w:t>(Öğretmen / İdareci)</w:t>
      </w:r>
    </w:p>
    <w:p w14:paraId="06CF51D7" w14:textId="77777777" w:rsidR="003D6951" w:rsidRDefault="00000000">
      <w:pPr>
        <w:spacing w:after="160"/>
      </w:pPr>
      <w:r>
        <w:t>Sayın Okul Müdürüm, Değerli Meslektaşlarım, Saygıdeğer Veliler ve Sevgili Öğrenciler,</w:t>
      </w:r>
    </w:p>
    <w:p w14:paraId="5A834E2A" w14:textId="77777777" w:rsidR="003D6951" w:rsidRDefault="00000000">
      <w:pPr>
        <w:spacing w:after="160"/>
      </w:pPr>
      <w:r>
        <w:t>Bugün; 11 Haziran 1868 tarihinde Dr. Marko Paşa ve hekim arkadaşları tarafından "Osmanlı Yaralı ve Hasta Askerlere İmdat Cemiyeti" adıyla kurulan, asırlık bir merhamet çınarı olan Türk Kızılayı’nın haftasını idrak etmek üzere bir aradayız.</w:t>
      </w:r>
    </w:p>
    <w:p w14:paraId="7A5A8FC6" w14:textId="77777777" w:rsidR="003D6951" w:rsidRDefault="00000000">
      <w:pPr>
        <w:spacing w:after="160"/>
      </w:pPr>
      <w:r>
        <w:t>Milletimizin tarihten gelen en asil vasfı; mazluma el uzatmak, düşenin elinden tutmak ve acıyı paylaşmaktır. İşte bu yüce ahlak, 1877’de "Hilâl-i Ahmer Cemiyeti" adını almış; Trablusgarp’ta, Çanakkale siperlerinde, Kurtuluş Savaşı’nın çetin cephelerinde Mehmetçiğin yaralarına merhem olmuştur. Cumhuriyet döneminde ise Büyük Önder Mustafa Kemal Atatürk, bu mukaddes kuruma "Kızılay" adını vererek onu milletin kalbine mühürlemiştir.</w:t>
      </w:r>
    </w:p>
    <w:p w14:paraId="7F4A9C0E" w14:textId="77777777" w:rsidR="003D6951" w:rsidRDefault="00000000">
      <w:pPr>
        <w:spacing w:after="160"/>
      </w:pPr>
      <w:r>
        <w:t>Kızılay, sadece savaşlarda değil; barış dönemlerinde de milletimizin ve tüm insanlığın teminatıdır. Depremlerde kurulan ilk çadır, sel felaketinde dağıtılan ilk sıcak çorba, hastanelerde hayata tutunmayı bekleyen hastalar için toplanan güvenli kan üniteleri Kızılay’ın fedakâr elleriyle ulaştırılır. Kızılay hiçbir ayrım gözetmez; rengi, dili, inancı ne olursa olsun felakete uğrayan herkesin gözyaşını siler.</w:t>
      </w:r>
    </w:p>
    <w:p w14:paraId="6C51D279" w14:textId="77777777" w:rsidR="003D6951" w:rsidRDefault="00000000">
      <w:pPr>
        <w:spacing w:after="160"/>
      </w:pPr>
      <w:r>
        <w:t>Sevgili Öğrencilerimiz,</w:t>
      </w:r>
      <w:r>
        <w:br/>
        <w:t>Kızılay devlet bütçesiyle değil, milletimizin gönüllü bağışlarıyla ayakta durur. Bir damla kan bir canı kurtarır, kumbaraya atılan bir bozuk para soğukta titreyen bir çocuğa battaniye olur. Sizler yarının hekimleri, mühendisleri, idarecileri ve Kızılay gönüllüleri olacaksınız. Merhameti ve yardımlaşmayı hayatınızın merkezine koyunuz.</w:t>
      </w:r>
    </w:p>
    <w:p w14:paraId="1A0462DF" w14:textId="77777777" w:rsidR="003D6951" w:rsidRDefault="00000000">
      <w:pPr>
        <w:spacing w:after="160"/>
      </w:pPr>
      <w:r>
        <w:t>Bu duygu ve düşüncelerle; Kızılay’ımızın kurucularını, cephelerde ve afetlerde görev yaparken şehit düşen Kızılay çalışanlarını rahmetle anıyor; hayırsever milletimize ve Kızılay gönüllülerine sonsuz şükranlarımı sunuyorum.</w:t>
      </w:r>
    </w:p>
    <w:p w14:paraId="3551C2AE" w14:textId="77777777" w:rsidR="003D6951" w:rsidRDefault="00000000">
      <w:pPr>
        <w:spacing w:after="160"/>
      </w:pPr>
      <w:r>
        <w:rPr>
          <w:b/>
        </w:rPr>
        <w:t>Kızılay Haftamız kutlu olsun!</w:t>
      </w:r>
    </w:p>
    <w:p w14:paraId="1CA6537F" w14:textId="77777777" w:rsidR="003D6951" w:rsidRDefault="00000000">
      <w:r>
        <w:br w:type="page"/>
      </w:r>
    </w:p>
    <w:p w14:paraId="33DDF126" w14:textId="77777777" w:rsidR="003D6951" w:rsidRDefault="00000000">
      <w:pPr>
        <w:pStyle w:val="Balk1"/>
        <w:spacing w:after="360"/>
        <w:jc w:val="center"/>
      </w:pPr>
      <w:r>
        <w:lastRenderedPageBreak/>
        <w:t>ÖĞRENCİ TEMSİLCİSİ KONUŞMA METNİ</w:t>
      </w:r>
      <w:r>
        <w:br/>
        <w:t>"HİLALİN GÖLGESİNDE KARDEŞLİK"</w:t>
      </w:r>
    </w:p>
    <w:p w14:paraId="6479199E" w14:textId="77777777" w:rsidR="003D6951" w:rsidRDefault="00000000">
      <w:pPr>
        <w:spacing w:after="120"/>
      </w:pPr>
      <w:r>
        <w:t>Sayın Okul Müdürüm, Kıymetli Öğretmenlerim ve Sevgili Arkadaşlarım,</w:t>
      </w:r>
    </w:p>
    <w:p w14:paraId="14D8A1EF" w14:textId="77777777" w:rsidR="003D6951" w:rsidRDefault="00000000">
      <w:pPr>
        <w:spacing w:after="120"/>
      </w:pPr>
      <w:r>
        <w:t>Bugün sizlere sadece bir derneğin adını değil, insan olmanın en güzel erdemini; karşılıksız sevgiyi ve yardımlaşmayı anlatan Kızılay’ı anlatmak istiyorum.</w:t>
      </w:r>
    </w:p>
    <w:p w14:paraId="55C91801" w14:textId="77777777" w:rsidR="003D6951" w:rsidRDefault="00000000">
      <w:pPr>
        <w:spacing w:after="120"/>
      </w:pPr>
      <w:r>
        <w:t>Düşünün bir kez: Eviniz depremle yıkılmış, soğuk bir kış gecesinde sokaktasınız. Çaresizlik içinde etrafınıza bakarken beyaz çadırların kurulduğunu, dumanı tüten sıcak bir çorba kazanının açıldığını ve yüzünde sıcacık bir tebessümle size battaniye uzatan Kızılay görevlilerini görüyorsunuz. İşte o an hissettiğiniz duygu, umuttur; yalnız olmadığınızı bilmektir.</w:t>
      </w:r>
    </w:p>
    <w:p w14:paraId="1EAAB176" w14:textId="77777777" w:rsidR="003D6951" w:rsidRDefault="00000000">
      <w:pPr>
        <w:spacing w:after="120"/>
      </w:pPr>
      <w:r>
        <w:t>Kızılay bize şunu öğretir: Paylaştığın senindir, biriktirdiğin değil! Kan bağışlamak sadece bir tüp kan vermek değildir; tanımadığınız bir insanın kalbinin yeniden atmasını sağlamaktır.</w:t>
      </w:r>
    </w:p>
    <w:p w14:paraId="1566C034" w14:textId="77777777" w:rsidR="003D6951" w:rsidRDefault="00000000">
      <w:pPr>
        <w:spacing w:after="120"/>
      </w:pPr>
      <w:r>
        <w:t>Bizler Türk gençliği olarak Kızılay Gençlik Kolları’nda görev almalı, yardıma muhtaç olanın elinden tutmalıyız. Beyaz bayraktaki o kırmızı hilali daima gururla ve sevgiyle dalgalandıracağız.</w:t>
      </w:r>
    </w:p>
    <w:p w14:paraId="21E8578B" w14:textId="77777777" w:rsidR="003D6951" w:rsidRDefault="00000000">
      <w:pPr>
        <w:spacing w:after="120"/>
      </w:pPr>
      <w:r>
        <w:t>Kızılay Haftamız kutlu olsun! Hepinize teşekkür ederim.</w:t>
      </w:r>
    </w:p>
    <w:p w14:paraId="6973425D" w14:textId="77777777" w:rsidR="003D6951" w:rsidRDefault="00000000">
      <w:r>
        <w:br w:type="page"/>
      </w:r>
    </w:p>
    <w:p w14:paraId="05C5E5F2" w14:textId="77777777" w:rsidR="003D6951" w:rsidRDefault="00000000">
      <w:pPr>
        <w:pStyle w:val="Balk1"/>
        <w:spacing w:after="360"/>
        <w:jc w:val="center"/>
      </w:pPr>
      <w:r>
        <w:lastRenderedPageBreak/>
        <w:t>TARİHSEL BİLGİLENDİRME SUNUM METNİ</w:t>
      </w:r>
      <w:r>
        <w:br/>
        <w:t>"HİLÂL-İ AHMER'DEN TÜRK KIZILAYI'NA MERHAMET YOLCULUĞU"</w:t>
      </w:r>
    </w:p>
    <w:p w14:paraId="14132792" w14:textId="77777777" w:rsidR="003D6951" w:rsidRDefault="00000000">
      <w:pPr>
        <w:pStyle w:val="Balk2"/>
        <w:spacing w:after="120"/>
      </w:pPr>
      <w:r>
        <w:t>1. Kuruluş: Osmanlı Yaralı ve Hasta Askerlere İmdat Cemiyeti (1868)</w:t>
      </w:r>
    </w:p>
    <w:p w14:paraId="3DE1B76C" w14:textId="77777777" w:rsidR="003D6951" w:rsidRDefault="00000000">
      <w:pPr>
        <w:spacing w:after="240"/>
      </w:pPr>
      <w:r>
        <w:t>Kırım Savaşı ve Solferino Muharebesi sonrasında dünyada esen insani yardım rüzgârı, Osmanlı hekimlerini de harekete geçirdi. 11 Haziran 1868’de Dr. Marko Paşa, Dr. Abdullah Bey ve Kırımlı Aziz Bey’in öncülüğünde kurulan cemiyet, Türk Kızılayı’nın doğuşu olmuştur.</w:t>
      </w:r>
    </w:p>
    <w:p w14:paraId="17468A98" w14:textId="77777777" w:rsidR="003D6951" w:rsidRDefault="00000000">
      <w:pPr>
        <w:pStyle w:val="Balk2"/>
        <w:spacing w:after="120"/>
      </w:pPr>
      <w:r>
        <w:t>2. Hilâl-i Ahmer ve Çanakkale Siperleri</w:t>
      </w:r>
    </w:p>
    <w:p w14:paraId="083FB354" w14:textId="77777777" w:rsidR="003D6951" w:rsidRDefault="00000000">
      <w:pPr>
        <w:spacing w:after="240"/>
      </w:pPr>
      <w:r>
        <w:t>Haçlı sembol yerine İslam dünyasının ve merhametin simgesi olan "Kırmızı Hilal" ilk kez 1877 Osmanlı-Rus Savaşı’nda kullanıldı ve uluslararası alanda tescil edildi. Çanakkale Savaşı’nda Hilâl-i Ahmer hastaneleri yüz binlerce yaralı askere şifa dağıtmış, cephe gerisinde milletin kalbi olmuştur.</w:t>
      </w:r>
    </w:p>
    <w:p w14:paraId="0ECF4348" w14:textId="77777777" w:rsidR="003D6951" w:rsidRDefault="00000000">
      <w:pPr>
        <w:pStyle w:val="Balk2"/>
        <w:spacing w:after="120"/>
      </w:pPr>
      <w:r>
        <w:t>3. Atatürk ve "Kızılay" İsminin Doğuşu</w:t>
      </w:r>
    </w:p>
    <w:p w14:paraId="4054E99D" w14:textId="77777777" w:rsidR="003D6951" w:rsidRDefault="00000000">
      <w:pPr>
        <w:spacing w:after="240"/>
      </w:pPr>
      <w:r>
        <w:t>Kurtuluş Savaşı boyunca orduya sağlık, giyecek ve iaşe desteği sağlayan cemiyet; 1935 yılında bizzat Gazi Mustafa Kemal Atatürk’ün teklifiyle "Türkiye Kızılay Cemiyeti" adını almıştır. 1947’de ise "Türkiye Kızılay Derneği" olarak kamu yararına çalışan en köklü insani yardım teşkilatı haline gelmiştir.</w:t>
      </w:r>
    </w:p>
    <w:p w14:paraId="1492F851" w14:textId="77777777" w:rsidR="003D6951" w:rsidRDefault="00000000">
      <w:r>
        <w:br w:type="page"/>
      </w:r>
    </w:p>
    <w:p w14:paraId="654CEB74" w14:textId="77777777" w:rsidR="003D6951" w:rsidRDefault="00000000">
      <w:pPr>
        <w:pStyle w:val="Balk1"/>
        <w:spacing w:after="320"/>
        <w:jc w:val="center"/>
      </w:pPr>
      <w:r>
        <w:lastRenderedPageBreak/>
        <w:t>KIZILAY ORATORYOSU</w:t>
      </w:r>
      <w:r>
        <w:br/>
        <w:t>"MERHAMETİN KIRMIZI HİLALİ"</w:t>
      </w:r>
    </w:p>
    <w:p w14:paraId="52F1AB8A" w14:textId="77777777" w:rsidR="003D6951" w:rsidRDefault="00000000">
      <w:pPr>
        <w:spacing w:after="120"/>
        <w:ind w:left="288"/>
      </w:pPr>
      <w:r>
        <w:rPr>
          <w:b/>
        </w:rPr>
        <w:t xml:space="preserve">1. Öğrenci: </w:t>
      </w:r>
      <w:r>
        <w:t>Bir bayrak açılır ak karlar üstüne... Beyazında masumiyet, hilalinde şefkat parlar!</w:t>
      </w:r>
    </w:p>
    <w:p w14:paraId="1C4EA447" w14:textId="77777777" w:rsidR="003D6951" w:rsidRDefault="00000000">
      <w:pPr>
        <w:spacing w:after="120"/>
        <w:ind w:left="288"/>
      </w:pPr>
      <w:r>
        <w:rPr>
          <w:b/>
        </w:rPr>
        <w:t xml:space="preserve">2. Öğrenci: </w:t>
      </w:r>
      <w:r>
        <w:t>Sorar darda kalan: "Kimdir bu gelen?"</w:t>
      </w:r>
    </w:p>
    <w:p w14:paraId="1000F4CA" w14:textId="77777777" w:rsidR="003D6951" w:rsidRDefault="00000000">
      <w:pPr>
        <w:spacing w:after="120"/>
        <w:ind w:left="288"/>
      </w:pPr>
      <w:r>
        <w:rPr>
          <w:b/>
        </w:rPr>
        <w:t xml:space="preserve">3. Öğrenci: </w:t>
      </w:r>
      <w:r>
        <w:t>O gelen Kızılay’dır! O gelen milletin merhamet dolu yüreğidir!</w:t>
      </w:r>
    </w:p>
    <w:p w14:paraId="0FBB9751" w14:textId="77777777" w:rsidR="003D6951" w:rsidRDefault="00000000">
      <w:pPr>
        <w:spacing w:after="120"/>
        <w:ind w:left="288"/>
      </w:pPr>
      <w:r>
        <w:rPr>
          <w:b/>
        </w:rPr>
        <w:t xml:space="preserve">4. Öğrenci: </w:t>
      </w:r>
      <w:r>
        <w:t>Yıl 1915... Çanakkale’de inler siperler. Hilâl-i Ahmer koşar yaralı Mehmed’in imdadına.</w:t>
      </w:r>
    </w:p>
    <w:p w14:paraId="2AA8BF2A" w14:textId="77777777" w:rsidR="003D6951" w:rsidRDefault="00000000">
      <w:pPr>
        <w:spacing w:after="120"/>
        <w:ind w:left="288"/>
      </w:pPr>
      <w:r>
        <w:rPr>
          <w:b/>
        </w:rPr>
        <w:t xml:space="preserve">KORO: </w:t>
      </w:r>
      <w:r>
        <w:t>Ayrım bilmeyiz, sınır tanımayız! Nerede bir feryat varsa biz oradayız!</w:t>
      </w:r>
    </w:p>
    <w:p w14:paraId="26BA85B3" w14:textId="77777777" w:rsidR="003D6951" w:rsidRDefault="00000000">
      <w:pPr>
        <w:spacing w:after="120"/>
        <w:ind w:left="288"/>
      </w:pPr>
      <w:r>
        <w:rPr>
          <w:b/>
        </w:rPr>
        <w:t xml:space="preserve">1. Öğrenci: </w:t>
      </w:r>
      <w:r>
        <w:t>Gecenin zifirinde sarsılır yer, yıkılır yuvalar...</w:t>
      </w:r>
    </w:p>
    <w:p w14:paraId="5CA7FCE4" w14:textId="77777777" w:rsidR="003D6951" w:rsidRDefault="00000000">
      <w:pPr>
        <w:spacing w:after="120"/>
        <w:ind w:left="288"/>
      </w:pPr>
      <w:r>
        <w:rPr>
          <w:b/>
        </w:rPr>
        <w:t xml:space="preserve">2. Öğrenci: </w:t>
      </w:r>
      <w:r>
        <w:t>Sabahın ilk ışığında açılır beyaz çadırlar, tüter kazanlar!</w:t>
      </w:r>
    </w:p>
    <w:p w14:paraId="339DA101" w14:textId="77777777" w:rsidR="003D6951" w:rsidRDefault="00000000">
      <w:pPr>
        <w:spacing w:after="120"/>
        <w:ind w:left="288"/>
      </w:pPr>
      <w:r>
        <w:rPr>
          <w:b/>
        </w:rPr>
        <w:t xml:space="preserve">3. Öğrenci: </w:t>
      </w:r>
      <w:r>
        <w:t>Bir tüp kan verir bir vatan evladı; bir çocuk yeniden gülümser hayata.</w:t>
      </w:r>
    </w:p>
    <w:p w14:paraId="4136659A" w14:textId="77777777" w:rsidR="003D6951" w:rsidRDefault="00000000">
      <w:pPr>
        <w:spacing w:after="120"/>
        <w:ind w:left="288"/>
      </w:pPr>
      <w:r>
        <w:rPr>
          <w:b/>
        </w:rPr>
        <w:t xml:space="preserve">4. Öğrenci: </w:t>
      </w:r>
      <w:r>
        <w:t>Senin bağışındır bu umut, senin merhametindir bu şifa!</w:t>
      </w:r>
    </w:p>
    <w:p w14:paraId="5EE48E4C" w14:textId="77777777" w:rsidR="003D6951" w:rsidRDefault="00000000">
      <w:pPr>
        <w:spacing w:after="120"/>
        <w:ind w:left="288"/>
      </w:pPr>
      <w:r>
        <w:rPr>
          <w:b/>
        </w:rPr>
        <w:t xml:space="preserve">KORO: </w:t>
      </w:r>
      <w:r>
        <w:t>Dalgalansın ak bayrakta al hilal! Yaşasın Kızılay, yaşasın Türk milleti!</w:t>
      </w:r>
    </w:p>
    <w:p w14:paraId="0133F326" w14:textId="77777777" w:rsidR="003D6951" w:rsidRDefault="00000000">
      <w:r>
        <w:br w:type="page"/>
      </w:r>
    </w:p>
    <w:p w14:paraId="41039DBF" w14:textId="77777777" w:rsidR="003D6951" w:rsidRDefault="00000000">
      <w:pPr>
        <w:pStyle w:val="Balk1"/>
        <w:spacing w:after="360"/>
        <w:jc w:val="center"/>
      </w:pPr>
      <w:r>
        <w:lastRenderedPageBreak/>
        <w:t>KIZILAY'IN 7 EVRENSEL İLKESİ VE ÖZLÜ SÖZLER</w:t>
      </w:r>
      <w:r>
        <w:br/>
        <w:t>(Öğrenci Sunumu)</w:t>
      </w:r>
    </w:p>
    <w:p w14:paraId="42C770EB" w14:textId="77777777" w:rsidR="003D6951" w:rsidRDefault="00000000">
      <w:pPr>
        <w:spacing w:after="120"/>
      </w:pPr>
      <w:r>
        <w:rPr>
          <w:b/>
        </w:rPr>
        <w:t xml:space="preserve">• 1. İnsanlık: </w:t>
      </w:r>
      <w:r>
        <w:t>Savaş alanında yaralılara ayrım gözetmeksizin yardım etme arzusundan doğmuştur; nerede olursa olsun insan ızdırabını önlemeyi amaçlar.</w:t>
      </w:r>
    </w:p>
    <w:p w14:paraId="7843C614" w14:textId="77777777" w:rsidR="003D6951" w:rsidRDefault="00000000">
      <w:pPr>
        <w:spacing w:after="120"/>
      </w:pPr>
      <w:r>
        <w:rPr>
          <w:b/>
        </w:rPr>
        <w:t xml:space="preserve">• 2. Ayrım Gözetmemek: </w:t>
      </w:r>
      <w:r>
        <w:t>Kişinin milliyeti, ırkı, dini inancı, sınıfı veya siyasi görüşü ne olursa olsun sadece ihtiyacına göre yardım eder.</w:t>
      </w:r>
    </w:p>
    <w:p w14:paraId="5B12DDE2" w14:textId="77777777" w:rsidR="003D6951" w:rsidRDefault="00000000">
      <w:pPr>
        <w:spacing w:after="120"/>
      </w:pPr>
      <w:r>
        <w:rPr>
          <w:b/>
        </w:rPr>
        <w:t xml:space="preserve">• 3. Tarafsızlık: </w:t>
      </w:r>
      <w:r>
        <w:t>Güven kazanmak amacıyla çatışmalarda taraf tutmaz, hiçbir siyasi, ırki veya dini tartışmaya girmez.</w:t>
      </w:r>
    </w:p>
    <w:p w14:paraId="7DD7013D" w14:textId="77777777" w:rsidR="003D6951" w:rsidRDefault="00000000">
      <w:pPr>
        <w:spacing w:after="120"/>
      </w:pPr>
      <w:r>
        <w:rPr>
          <w:b/>
        </w:rPr>
        <w:t xml:space="preserve">• 4. Bağımsızlık: </w:t>
      </w:r>
      <w:r>
        <w:t>İnsani faaliyetlerinde özerktir, her zaman Kızılay ilkelerine uygun hareket eder.</w:t>
      </w:r>
    </w:p>
    <w:p w14:paraId="3C576EB5" w14:textId="77777777" w:rsidR="003D6951" w:rsidRDefault="00000000">
      <w:pPr>
        <w:spacing w:after="120"/>
      </w:pPr>
      <w:r>
        <w:rPr>
          <w:b/>
        </w:rPr>
        <w:t xml:space="preserve">• 5. Gönüllü Hizmet: </w:t>
      </w:r>
      <w:r>
        <w:t>Hiçbir çıkar ve kazanç gözetmeyen gönüllü bir yardım hareketidir.</w:t>
      </w:r>
    </w:p>
    <w:p w14:paraId="013EDED0" w14:textId="77777777" w:rsidR="003D6951" w:rsidRDefault="00000000">
      <w:pPr>
        <w:spacing w:after="120"/>
      </w:pPr>
      <w:r>
        <w:rPr>
          <w:b/>
        </w:rPr>
        <w:t xml:space="preserve">• 6. Birlik: </w:t>
      </w:r>
      <w:r>
        <w:t>Türkiye’de tek bir Kızılay Derneği vardır; kapıları herkese açıktır ve tüm yurdu kapsar.</w:t>
      </w:r>
    </w:p>
    <w:p w14:paraId="63F688DC" w14:textId="77777777" w:rsidR="003D6951" w:rsidRDefault="00000000">
      <w:pPr>
        <w:spacing w:after="120"/>
      </w:pPr>
      <w:r>
        <w:rPr>
          <w:b/>
        </w:rPr>
        <w:t xml:space="preserve">• 7. Evrensellik: </w:t>
      </w:r>
      <w:r>
        <w:t>Tüm dünyadaki Kızılhaç ve Kızılay dernekleri eşit haklara sahiptir, yardımlaşmada küreseldir.</w:t>
      </w:r>
    </w:p>
    <w:p w14:paraId="03ED3BB7" w14:textId="77777777" w:rsidR="003D6951" w:rsidRDefault="00000000">
      <w:r>
        <w:br w:type="page"/>
      </w:r>
    </w:p>
    <w:p w14:paraId="3F18879D" w14:textId="77777777" w:rsidR="003D6951" w:rsidRDefault="00000000">
      <w:pPr>
        <w:pStyle w:val="Balk1"/>
        <w:jc w:val="center"/>
      </w:pPr>
      <w:r>
        <w:lastRenderedPageBreak/>
        <w:t>KIZILAY</w:t>
      </w:r>
    </w:p>
    <w:p w14:paraId="2B176B5A" w14:textId="77777777" w:rsidR="003D6951" w:rsidRDefault="00000000">
      <w:pPr>
        <w:spacing w:after="360"/>
        <w:jc w:val="center"/>
      </w:pPr>
      <w:r>
        <w:rPr>
          <w:i/>
        </w:rPr>
        <w:t>İ. Hakkı TALAS</w:t>
      </w:r>
    </w:p>
    <w:p w14:paraId="3C7E22F4" w14:textId="77777777" w:rsidR="003D6951" w:rsidRDefault="00000000">
      <w:r>
        <w:t>Depremlerde, yangınlarda,</w:t>
      </w:r>
      <w:r>
        <w:br/>
        <w:t>Hem karada, hem sularda,</w:t>
      </w:r>
      <w:r>
        <w:br/>
        <w:t>Yardım eder insanlara,</w:t>
      </w:r>
      <w:r>
        <w:br/>
        <w:t>Koşar hemen Kızılay.</w:t>
      </w:r>
    </w:p>
    <w:p w14:paraId="4E0FBA83" w14:textId="77777777" w:rsidR="003D6951" w:rsidRDefault="00000000">
      <w:r>
        <w:t>Yaraları sarar o,</w:t>
      </w:r>
      <w:r>
        <w:br/>
        <w:t>Aç olanı doyurur.</w:t>
      </w:r>
      <w:r>
        <w:br/>
        <w:t>Sıcak bir aş, sıcak yuva,</w:t>
      </w:r>
      <w:r>
        <w:br/>
        <w:t>Çaresize koruyucu olur.</w:t>
      </w:r>
    </w:p>
    <w:p w14:paraId="4C73258E" w14:textId="77777777" w:rsidR="003D6951" w:rsidRDefault="00000000">
      <w:r>
        <w:t>Ak bayrakta al hilal,</w:t>
      </w:r>
      <w:r>
        <w:br/>
        <w:t>Şefkat saçar her zaman.</w:t>
      </w:r>
      <w:r>
        <w:br/>
        <w:t>Kızılay’ı sevmeli,</w:t>
      </w:r>
      <w:r>
        <w:br/>
        <w:t>Yardım etmeli her an!</w:t>
      </w:r>
    </w:p>
    <w:p w14:paraId="78749CFD" w14:textId="77777777" w:rsidR="003D6951" w:rsidRDefault="00000000">
      <w:r>
        <w:br w:type="page"/>
      </w:r>
    </w:p>
    <w:p w14:paraId="2CB77F09" w14:textId="77777777" w:rsidR="003D6951" w:rsidRDefault="00000000">
      <w:pPr>
        <w:pStyle w:val="Balk1"/>
        <w:jc w:val="center"/>
      </w:pPr>
      <w:r>
        <w:lastRenderedPageBreak/>
        <w:t>KIZILAY ÇADIRI</w:t>
      </w:r>
    </w:p>
    <w:p w14:paraId="1691501E" w14:textId="77777777" w:rsidR="003D6951" w:rsidRDefault="00000000">
      <w:pPr>
        <w:spacing w:after="360"/>
        <w:jc w:val="center"/>
      </w:pPr>
      <w:r>
        <w:rPr>
          <w:i/>
        </w:rPr>
        <w:t>Anonim</w:t>
      </w:r>
    </w:p>
    <w:p w14:paraId="5FBB4C30" w14:textId="77777777" w:rsidR="003D6951" w:rsidRDefault="00000000">
      <w:r>
        <w:t>Kara kışta tipi esse,</w:t>
      </w:r>
      <w:r>
        <w:br/>
        <w:t>Evimiz barkımız çökse,</w:t>
      </w:r>
      <w:r>
        <w:br/>
        <w:t>Gözümüzden yaşlar aksa,</w:t>
      </w:r>
      <w:r>
        <w:br/>
        <w:t>Kurulur Kızılay çadırı.</w:t>
      </w:r>
    </w:p>
    <w:p w14:paraId="2F66BD9B" w14:textId="77777777" w:rsidR="003D6951" w:rsidRDefault="00000000">
      <w:r>
        <w:t>İçinde bir sıcak soba,</w:t>
      </w:r>
      <w:r>
        <w:br/>
        <w:t>Umut verir her cana.</w:t>
      </w:r>
      <w:r>
        <w:br/>
        <w:t>Dertlilere derman olur,</w:t>
      </w:r>
      <w:r>
        <w:br/>
        <w:t>Açar kucağın insana.</w:t>
      </w:r>
    </w:p>
    <w:p w14:paraId="1384B9EE" w14:textId="77777777" w:rsidR="003D6951" w:rsidRDefault="00000000">
      <w:r>
        <w:t>Ne para ister ne pul,</w:t>
      </w:r>
      <w:r>
        <w:br/>
        <w:t>Gönüllüsü hizmetkar kul.</w:t>
      </w:r>
      <w:r>
        <w:br/>
        <w:t>Kızılay bu yurdun süsü,</w:t>
      </w:r>
      <w:r>
        <w:br/>
        <w:t>Merhametin gür türküsü!</w:t>
      </w:r>
    </w:p>
    <w:p w14:paraId="65DD9209" w14:textId="77777777" w:rsidR="003D6951" w:rsidRDefault="00000000">
      <w:r>
        <w:br w:type="page"/>
      </w:r>
    </w:p>
    <w:p w14:paraId="0038546A" w14:textId="77777777" w:rsidR="003D6951" w:rsidRDefault="00000000">
      <w:pPr>
        <w:pStyle w:val="Balk1"/>
        <w:jc w:val="center"/>
      </w:pPr>
      <w:r>
        <w:lastRenderedPageBreak/>
        <w:t>KIZILAY MARŞI</w:t>
      </w:r>
    </w:p>
    <w:p w14:paraId="0C0B24A0" w14:textId="77777777" w:rsidR="003D6951" w:rsidRDefault="00000000">
      <w:pPr>
        <w:spacing w:after="360"/>
        <w:jc w:val="center"/>
      </w:pPr>
      <w:r>
        <w:rPr>
          <w:i/>
        </w:rPr>
        <w:t>M. Zeki AKDAĞ</w:t>
      </w:r>
    </w:p>
    <w:p w14:paraId="2288D7DC" w14:textId="77777777" w:rsidR="003D6951" w:rsidRDefault="00000000">
      <w:r>
        <w:t>Yaraları sarmaya,</w:t>
      </w:r>
      <w:r>
        <w:br/>
        <w:t>Acıları dindirmeye,</w:t>
      </w:r>
      <w:r>
        <w:br/>
        <w:t>Koşar millet adına,</w:t>
      </w:r>
      <w:r>
        <w:br/>
        <w:t>Gönülleri sevindirmeye.</w:t>
      </w:r>
    </w:p>
    <w:p w14:paraId="76CDCA95" w14:textId="77777777" w:rsidR="003D6951" w:rsidRDefault="00000000">
      <w:r>
        <w:t>Ak zemin üstünde al,</w:t>
      </w:r>
      <w:r>
        <w:br/>
        <w:t>Parıldayan bir hilal.</w:t>
      </w:r>
      <w:r>
        <w:br/>
        <w:t>Kardeşliğin simgesi,</w:t>
      </w:r>
      <w:r>
        <w:br/>
        <w:t>Yaşa var ol Kızılay!</w:t>
      </w:r>
    </w:p>
    <w:p w14:paraId="4FE1A582" w14:textId="77777777" w:rsidR="003D6951" w:rsidRDefault="00000000">
      <w:r>
        <w:t>Deprem, yangın, sel olsa,</w:t>
      </w:r>
      <w:r>
        <w:br/>
        <w:t>Bütün dünya dert dolsa,</w:t>
      </w:r>
      <w:r>
        <w:br/>
        <w:t>Umut olur her cana,</w:t>
      </w:r>
      <w:r>
        <w:br/>
        <w:t>Derman verir insana!</w:t>
      </w:r>
    </w:p>
    <w:p w14:paraId="1E9759B3" w14:textId="77777777" w:rsidR="003D6951" w:rsidRDefault="00000000">
      <w:r>
        <w:br w:type="page"/>
      </w:r>
    </w:p>
    <w:p w14:paraId="2F58E9F7" w14:textId="77777777" w:rsidR="003D6951" w:rsidRDefault="00000000">
      <w:pPr>
        <w:pStyle w:val="Balk1"/>
        <w:jc w:val="center"/>
      </w:pPr>
      <w:r>
        <w:lastRenderedPageBreak/>
        <w:t>AK HİLAL</w:t>
      </w:r>
    </w:p>
    <w:p w14:paraId="01147C94" w14:textId="77777777" w:rsidR="003D6951" w:rsidRDefault="00000000">
      <w:pPr>
        <w:spacing w:after="360"/>
        <w:jc w:val="center"/>
      </w:pPr>
      <w:r>
        <w:rPr>
          <w:i/>
        </w:rPr>
        <w:t>Anonim</w:t>
      </w:r>
    </w:p>
    <w:p w14:paraId="09FBF710" w14:textId="77777777" w:rsidR="003D6951" w:rsidRDefault="00000000">
      <w:r>
        <w:t>Beyaz üstünde kırmızı ay,</w:t>
      </w:r>
      <w:r>
        <w:br/>
        <w:t>Yardım elini hemen say.</w:t>
      </w:r>
      <w:r>
        <w:br/>
        <w:t>Zorda kalan her insana,</w:t>
      </w:r>
      <w:r>
        <w:br/>
        <w:t>Açar kapısını Kızılay.</w:t>
      </w:r>
    </w:p>
    <w:p w14:paraId="2241C442" w14:textId="77777777" w:rsidR="003D6951" w:rsidRDefault="00000000">
      <w:r>
        <w:t>Kan bağışı can demektir,</w:t>
      </w:r>
      <w:r>
        <w:br/>
        <w:t>Hayat veren emektir.</w:t>
      </w:r>
      <w:r>
        <w:br/>
        <w:t>Muhtaç olan kardeşine,</w:t>
      </w:r>
      <w:r>
        <w:br/>
        <w:t>Şefkatle el vermektir.</w:t>
      </w:r>
    </w:p>
    <w:p w14:paraId="5012D3BB" w14:textId="77777777" w:rsidR="003D6951" w:rsidRDefault="00000000">
      <w:r>
        <w:t>Sen de bir gün dara düşsen,</w:t>
      </w:r>
      <w:r>
        <w:br/>
        <w:t>Kızılay koşar bilsen.</w:t>
      </w:r>
      <w:r>
        <w:br/>
        <w:t>Sevgiyle kurulan bu çatı,</w:t>
      </w:r>
      <w:r>
        <w:br/>
        <w:t>Yücelsin daima ülkem!</w:t>
      </w:r>
    </w:p>
    <w:p w14:paraId="7D519485" w14:textId="77777777" w:rsidR="003D6951" w:rsidRDefault="00000000">
      <w:r>
        <w:br w:type="page"/>
      </w:r>
    </w:p>
    <w:p w14:paraId="3DBBA3E8" w14:textId="77777777" w:rsidR="003D6951" w:rsidRDefault="00000000">
      <w:pPr>
        <w:pStyle w:val="Balk1"/>
        <w:jc w:val="center"/>
      </w:pPr>
      <w:r>
        <w:lastRenderedPageBreak/>
        <w:t>KIZILAY SEVGİSİ</w:t>
      </w:r>
    </w:p>
    <w:p w14:paraId="628BE334" w14:textId="77777777" w:rsidR="003D6951" w:rsidRDefault="00000000">
      <w:pPr>
        <w:spacing w:after="360"/>
        <w:jc w:val="center"/>
      </w:pPr>
      <w:r>
        <w:rPr>
          <w:i/>
        </w:rPr>
        <w:t>Anonim</w:t>
      </w:r>
    </w:p>
    <w:p w14:paraId="2B983F9F" w14:textId="77777777" w:rsidR="003D6951" w:rsidRDefault="00000000">
      <w:r>
        <w:t>Küçük bir damla kanla,</w:t>
      </w:r>
      <w:r>
        <w:br/>
        <w:t>Büyük bir can kurtulur.</w:t>
      </w:r>
      <w:r>
        <w:br/>
        <w:t>Kızılay’ın çatısında,</w:t>
      </w:r>
      <w:r>
        <w:br/>
        <w:t>Nice dertler son bulur.</w:t>
      </w:r>
    </w:p>
    <w:p w14:paraId="0ACD88A9" w14:textId="77777777" w:rsidR="003D6951" w:rsidRDefault="00000000">
      <w:r>
        <w:t>Aşevinde kaynar aş,</w:t>
      </w:r>
      <w:r>
        <w:br/>
        <w:t>Dökülmez gözlerden yaş.</w:t>
      </w:r>
      <w:r>
        <w:br/>
        <w:t>Sensin en vefalı dost,</w:t>
      </w:r>
      <w:r>
        <w:br/>
        <w:t>Sensin en sadık yoldaş!</w:t>
      </w:r>
    </w:p>
    <w:p w14:paraId="0A008354" w14:textId="77777777" w:rsidR="003D6951" w:rsidRDefault="00000000">
      <w:r>
        <w:t>Gelin yardım edelim,</w:t>
      </w:r>
      <w:r>
        <w:br/>
        <w:t>Bu ocağı tüttürelim.</w:t>
      </w:r>
      <w:r>
        <w:br/>
        <w:t>Kızılay’ın ışığını,</w:t>
      </w:r>
      <w:r>
        <w:br/>
        <w:t>Geleceğe iletelim!</w:t>
      </w:r>
    </w:p>
    <w:sectPr w:rsidR="003D695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08822703">
    <w:abstractNumId w:val="8"/>
  </w:num>
  <w:num w:numId="2" w16cid:durableId="1555237020">
    <w:abstractNumId w:val="6"/>
  </w:num>
  <w:num w:numId="3" w16cid:durableId="558135423">
    <w:abstractNumId w:val="5"/>
  </w:num>
  <w:num w:numId="4" w16cid:durableId="757949554">
    <w:abstractNumId w:val="4"/>
  </w:num>
  <w:num w:numId="5" w16cid:durableId="638221043">
    <w:abstractNumId w:val="7"/>
  </w:num>
  <w:num w:numId="6" w16cid:durableId="382171101">
    <w:abstractNumId w:val="3"/>
  </w:num>
  <w:num w:numId="7" w16cid:durableId="1428118324">
    <w:abstractNumId w:val="2"/>
  </w:num>
  <w:num w:numId="8" w16cid:durableId="1768846457">
    <w:abstractNumId w:val="1"/>
  </w:num>
  <w:num w:numId="9" w16cid:durableId="266624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6951"/>
    <w:rsid w:val="00AA1D8D"/>
    <w:rsid w:val="00B359A6"/>
    <w:rsid w:val="00B47730"/>
    <w:rsid w:val="00CB0664"/>
    <w:rsid w:val="00E333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FC2550"/>
  <w14:defaultImageDpi w14:val="300"/>
  <w15:docId w15:val="{C8624AF4-4D70-47F4-BCBF-FD3038A2E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2026-09-20T19:38:00Z</dcterms:modified>
  <cp:category/>
</cp:coreProperties>
</file>