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sz w:val="32"/>
        </w:rPr>
        <w:t>T.C.</w:t>
        <w:br/>
        <w:t>.................................................................... MÜDÜRLÜĞÜ</w:t>
      </w:r>
    </w:p>
    <w:p/>
    <w:p/>
    <w:p/>
    <w:p/>
    <w:p>
      <w:pPr>
        <w:jc w:val="center"/>
      </w:pPr>
      <w:r>
        <w:rPr>
          <w:b/>
          <w:sz w:val="44"/>
        </w:rPr>
        <w:t>KIZILAY HAFTASI</w:t>
        <w:br/>
        <w:t>KUTLAMA PROGRAMI</w:t>
      </w:r>
    </w:p>
    <w:p/>
    <w:p/>
    <w:p/>
    <w:p/>
    <w:p/>
    <w:p/>
    <w:p/>
    <w:p>
      <w:pPr>
        <w:jc w:val="center"/>
      </w:pPr>
      <w:r>
        <w:rPr>
          <w:b/>
          <w:sz w:val="26"/>
        </w:rPr>
        <w:t>20... - 20... EĞİTİM ÖĞRETİM YILI</w:t>
      </w:r>
    </w:p>
    <w:p>
      <w:r>
        <w:br w:type="page"/>
      </w:r>
    </w:p>
    <w:p>
      <w:pPr>
        <w:spacing w:after="320"/>
        <w:jc w:val="center"/>
      </w:pPr>
      <w:r>
        <w:rPr>
          <w:b/>
          <w:sz w:val="26"/>
        </w:rPr>
        <w:t>.................................................................... MÜDÜRLÜĞÜNE</w:t>
      </w:r>
    </w:p>
    <w:p>
      <w:pPr>
        <w:spacing w:line="276" w:lineRule="auto" w:after="200"/>
      </w:pPr>
      <w:r>
        <w:t xml:space="preserve">       Hazırlamış olduğumuz "Kızılay Haftası" kutlama programını .../.../20... günü saat ........’da okul bahçesinde / çok amaçlı salonda gerçekleştirmek istiyoruz. Program akışı aşağıda belirtilmiştir.</w:t>
      </w:r>
    </w:p>
    <w:p>
      <w:pPr>
        <w:spacing w:after="280"/>
      </w:pPr>
      <w:r>
        <w:t xml:space="preserve">       Gereğini bilgilerinize arz ederim.</w:t>
      </w:r>
    </w:p>
    <w:p>
      <w:pPr>
        <w:spacing w:after="120"/>
      </w:pPr>
      <w:r>
        <w:rPr>
          <w:b/>
        </w:rPr>
        <w:t>PROGRAM AKIŞI:</w:t>
      </w:r>
    </w:p>
    <w:p>
      <w:pPr>
        <w:spacing w:after="80"/>
        <w:ind w:left="288"/>
      </w:pPr>
      <w:r>
        <w:t>1. Açılış ve Hoş Geldiniz Konuşması</w:t>
      </w:r>
    </w:p>
    <w:p>
      <w:pPr>
        <w:spacing w:after="80"/>
        <w:ind w:left="288"/>
      </w:pPr>
      <w:r>
        <w:t>2. Günün Anlam ve Önemini Belirten Konuşma (Öğretmen Konuşması)</w:t>
      </w:r>
    </w:p>
    <w:p>
      <w:pPr>
        <w:spacing w:after="80"/>
        <w:ind w:left="288"/>
      </w:pPr>
      <w:r>
        <w:t>3. Şiir: "Kızılay" (İ. Hakkı Talas)</w:t>
      </w:r>
    </w:p>
    <w:p>
      <w:pPr>
        <w:spacing w:after="80"/>
        <w:ind w:left="288"/>
      </w:pPr>
      <w:r>
        <w:t>4. Öğrenci Temsilcisi Konuşması ("Kızılay: Şefkat ve Merhamet Yuvası")</w:t>
      </w:r>
    </w:p>
    <w:p>
      <w:pPr>
        <w:spacing w:after="80"/>
        <w:ind w:left="288"/>
      </w:pPr>
      <w:r>
        <w:t>5. Kızılay'ın Temel İlkeleri ve Özlü Sözler</w:t>
      </w:r>
    </w:p>
    <w:p>
      <w:pPr>
        <w:spacing w:after="80"/>
        <w:ind w:left="288"/>
      </w:pPr>
      <w:r>
        <w:t>6. Şiir: "Kızılay Çadırı"</w:t>
      </w:r>
    </w:p>
    <w:p>
      <w:pPr>
        <w:spacing w:after="80"/>
        <w:ind w:left="288"/>
      </w:pPr>
      <w:r>
        <w:t>7. Şiir: "Ak Hilal"</w:t>
      </w:r>
    </w:p>
    <w:p>
      <w:pPr>
        <w:spacing w:after="80"/>
        <w:ind w:left="288"/>
      </w:pPr>
      <w:r>
        <w:t>8. Kapanış</w:t>
      </w:r>
    </w:p>
    <w:p>
      <w:pPr>
        <w:spacing w:after="500"/>
      </w:pPr>
    </w:p>
    <w:tbl>
      <w:tblPr>
        <w:tblW w:type="auto" w:w="0"/>
        <w:jc w:val="center"/>
        <w:tblLook w:firstColumn="1" w:firstRow="1" w:lastColumn="0" w:lastRow="0" w:noHBand="0" w:noVBand="1" w:val="04A0"/>
      </w:tblPr>
      <w:tblGrid>
        <w:gridCol w:w="4680"/>
        <w:gridCol w:w="4680"/>
      </w:tblGrid>
      <w:tr>
        <w:tc>
          <w:tcPr>
            <w:tcW w:type="dxa" w:w="4608"/>
          </w:tcPr>
          <w:p>
            <w:pPr>
              <w:jc w:val="center"/>
            </w:pPr>
            <w:r>
              <w:rPr>
                <w:b/>
              </w:rPr>
              <w:t>... / ... / 20...</w:t>
              <w:br/>
              <w:br/>
              <w:br/>
              <w:br/>
              <w:t>...................................................</w:t>
              <w:br/>
            </w:r>
            <w:r>
              <w:t>Türkçe Öğretmeni</w:t>
            </w:r>
          </w:p>
        </w:tc>
        <w:tc>
          <w:tcPr>
            <w:tcW w:type="dxa" w:w="4608"/>
          </w:tcPr>
          <w:p>
            <w:pPr>
              <w:jc w:val="center"/>
            </w:pPr>
            <w:r>
              <w:rPr>
                <w:b/>
              </w:rPr>
              <w:t>... / ... / 20...</w:t>
              <w:br/>
              <w:t>UYGUNDUR</w:t>
              <w:br/>
              <w:br/>
              <w:br/>
              <w:t>...................................................</w:t>
              <w:br/>
            </w:r>
            <w:r>
              <w:t>Okul Müdürü</w:t>
            </w:r>
          </w:p>
        </w:tc>
      </w:tr>
    </w:tbl>
    <w:p>
      <w:r>
        <w:br w:type="page"/>
      </w:r>
    </w:p>
    <w:p>
      <w:pPr>
        <w:pStyle w:val="Heading1"/>
        <w:spacing w:after="320"/>
        <w:jc w:val="center"/>
      </w:pPr>
      <w:r>
        <w:t>KIZILAY HAFTASI</w:t>
        <w:br/>
        <w:t>PROGRAM SUNUCU METNİ</w:t>
      </w:r>
    </w:p>
    <w:p>
      <w:pPr>
        <w:spacing w:after="240"/>
      </w:pPr>
      <w:r>
        <w:rPr>
          <w:b/>
        </w:rPr>
        <w:t>1- AÇILIŞ VE HOŞ GELDİNİZ</w:t>
        <w:br/>
      </w:r>
      <w:r>
        <w:t>Sayın Okul Müdürüm, Değerli Öğretmenlerim ve Sevgili Arkadaşlarım,</w:t>
        <w:br/>
        <w:br/>
        <w:t>Savaşta ve barışta, afette ve darlıkta, din, dil, ırk ayrımı gözetmeksizin muhtaçların yardımına koşan; milletimizin merhamet eli olan Kızılay’ımızın kuruluş gayesini ve önemini hatırlamak üzere hazırladığımız Kızılay Haftası kutlama programına hepiniz hoş geldiniz!</w:t>
      </w:r>
    </w:p>
    <w:p>
      <w:pPr>
        <w:spacing w:after="240"/>
        <w:ind w:left="576"/>
      </w:pPr>
      <w:r>
        <w:rPr>
          <w:b/>
        </w:rPr>
        <w:t>Kızılay Diyor ki:</w:t>
        <w:br/>
      </w:r>
      <w:r>
        <w:rPr>
          <w:i/>
        </w:rPr>
        <w:t>“Kızılay kara gün dostudur; onun beyaz bayrağındaki kırmızı hilal, insanlığın ortak vicdanı ve sığınak limanıdır.”</w:t>
      </w:r>
    </w:p>
    <w:p>
      <w:pPr>
        <w:spacing w:after="200"/>
      </w:pPr>
      <w:r>
        <w:rPr>
          <w:b/>
        </w:rPr>
        <w:t>2- GÜNÜN ANLAM VE ÖNEMİ KONUŞMASI TAKDİMİ</w:t>
        <w:br/>
      </w:r>
      <w:r>
        <w:t>Kızılay’ın milletimiz ve insanlık için taşıdığı değeri ifade etmek üzere konuşmasını yapmak için okulumuz öğretmenlerinden Sayın ............................................................................’ı kürsüye davet ediyorum.</w:t>
      </w:r>
    </w:p>
    <w:p>
      <w:pPr>
        <w:spacing w:after="200"/>
      </w:pPr>
      <w:r>
        <w:rPr>
          <w:b/>
        </w:rPr>
        <w:t>3- ŞİİR TAKDİMİ ("KIZILAY")</w:t>
        <w:br/>
      </w:r>
      <w:r>
        <w:t>İ. Hakkı Talas’ın "Kızılay" adlı şiirini okumak üzere okulumuz ..... / ..... sınıfı öğrencilerinden ...................................................... kürsüye davet ediyorum.</w:t>
      </w:r>
    </w:p>
    <w:p>
      <w:pPr>
        <w:spacing w:after="200"/>
      </w:pPr>
      <w:r>
        <w:rPr>
          <w:b/>
        </w:rPr>
        <w:t>4- ÖĞRENCİ KONUŞMASI TAKDİMİ</w:t>
        <w:br/>
      </w:r>
      <w:r>
        <w:t>Gençliğin dayanışma ve Kızılay bilincine dair konuşmasını yapmak üzere öğrenci temsilcimiz ...................................................... davet ediyorum.</w:t>
      </w:r>
    </w:p>
    <w:p>
      <w:pPr>
        <w:spacing w:after="200"/>
      </w:pPr>
      <w:r>
        <w:rPr>
          <w:b/>
        </w:rPr>
        <w:t>5- KIZILAY İLKELERİ VE ÖZLÜ SÖZLER TAKDİMİ</w:t>
        <w:br/>
      </w:r>
      <w:r>
        <w:t>Kızılay’ın evrensel insani ilkelerini dinlemek üzere öğrenci arkadaşlarımızı sahneye davet ediyorum.</w:t>
      </w:r>
    </w:p>
    <w:p>
      <w:pPr>
        <w:spacing w:after="200"/>
      </w:pPr>
      <w:r>
        <w:rPr>
          <w:b/>
        </w:rPr>
        <w:t>6- ŞİİR TAKDİMİ ("KIZILAY ÇADIRI")</w:t>
        <w:br/>
      </w:r>
      <w:r>
        <w:t>"Kızılay Çadırı" adlı şiiri seslendirmek üzere ..... / ..... sınıfı öğrencilerinden ...................................................... kürsüye davet ediyorum.</w:t>
      </w:r>
    </w:p>
    <w:p>
      <w:pPr>
        <w:spacing w:after="280"/>
      </w:pPr>
      <w:r>
        <w:rPr>
          <w:b/>
        </w:rPr>
        <w:t>7- ŞİİR TAKDİMİ ("AK HİLAL") VE KAPANIŞ</w:t>
        <w:br/>
      </w:r>
      <w:r>
        <w:t>"Ak Hilal" adlı şiiri okumak üzere ..... / ..... sınıfından ...................................................... davet ediyorum.</w:t>
        <w:br/>
        <w:br/>
        <w:t>Unutmayalım: Kızılay sensiz olmaz; bir kan bağışı, bir yardım eli nice hayatları kurtarır!</w:t>
        <w:br/>
        <w:br/>
        <w:t>Programımız burada sona ermiştir. Dinlediğiniz için teşekkür ederiz.</w:t>
      </w:r>
    </w:p>
    <w:p>
      <w:r>
        <w:br w:type="page"/>
      </w:r>
    </w:p>
    <w:p>
      <w:pPr>
        <w:pStyle w:val="Heading1"/>
        <w:spacing w:after="360"/>
        <w:jc w:val="center"/>
      </w:pPr>
      <w:r>
        <w:t>GÜNÜN ANLAM VE ÖNEMİNİ BELİRTEN KONUŞMA METNİ</w:t>
        <w:br/>
        <w:t>(Öğretmen Konuşması)</w:t>
      </w:r>
    </w:p>
    <w:p>
      <w:pPr>
        <w:spacing w:line="276" w:lineRule="auto" w:after="160"/>
      </w:pPr>
      <w:r>
        <w:t>Sayın Okul Müdürüm, Değerli Meslektaşlarım ve Sevgili Öğrenciler,</w:t>
      </w:r>
    </w:p>
    <w:p>
      <w:pPr>
        <w:spacing w:line="276" w:lineRule="auto" w:after="160"/>
      </w:pPr>
      <w:r>
        <w:t>Bugün; 1868 yılından bu yana savaş alanlarından doğal afetlere, yoksulluktan kan bağışına kadar nerede bir acı varsa oraya şefkatle koşan Türk Kızılayı’nın haftasını kutlamanın gururunu yaşıyoruz.</w:t>
      </w:r>
    </w:p>
    <w:p>
      <w:pPr>
        <w:spacing w:line="276" w:lineRule="auto" w:after="160"/>
      </w:pPr>
      <w:r>
        <w:t>Temelleri Osmanlı döneminde "Hilâl-i Ahmer Cemiyeti" adıyla atılan ve Cumhuriyetimizin kurucusu Gazi Mustafa Kemal Atatürk tarafından "Kızılay" adı verilen bu yüce kurum; milletimizin vicdanının, yardımlaşma geleneğinin ve cömertliğinin somutlaşmış halidir.</w:t>
      </w:r>
    </w:p>
    <w:p>
      <w:pPr>
        <w:spacing w:line="276" w:lineRule="auto" w:after="160"/>
      </w:pPr>
      <w:r>
        <w:t>Kızılay; depremde sıcacık bir çadır ve sıcak bir çorba, hastanede şifa bekleyen bir hasta için hayat kurtaran bir ünite kan, kimsesizler için sığınılacak bir ana kucağıdır. Kızılay, hiçbir ayrım gözetmeksizin yalnızca "insan" olduğu için muhtaca el uzatır.</w:t>
      </w:r>
    </w:p>
    <w:p>
      <w:pPr>
        <w:spacing w:line="276" w:lineRule="auto" w:after="160"/>
      </w:pPr>
      <w:r>
        <w:t>Sevgili Gençler,</w:t>
        <w:br/>
        <w:t>Kızılay milletimizin bağışlarıyla, gönüllülerimizin gayretiyle yaşar. Kızılay’a sahip çıkmak; yarın başımıza gelebilecek bir afette veya hastalıkta kendimize sahip çıkmak demektir. Kan bağışının önemini kavramalı, yardımlaşma duygusunu yüreğimizde büyütmeliyiz.</w:t>
      </w:r>
    </w:p>
    <w:p>
      <w:pPr>
        <w:spacing w:line="276" w:lineRule="auto" w:after="160"/>
      </w:pPr>
      <w:r>
        <w:t>Bu vesileyle, Kızılay’ımızın kurucularını, geçmişten bugüne Kızılay bayrağı altında canla başla çalışan tüm gönüllüleri ve bağışçılarımızı şükranla anıyor; Kızılay Haftamızı kutluyorum.</w:t>
      </w:r>
    </w:p>
    <w:p>
      <w:pPr>
        <w:spacing w:line="276" w:lineRule="auto" w:after="160"/>
      </w:pPr>
      <w:r>
        <w:rPr>
          <w:b/>
        </w:rPr>
        <w:t>Kızılay kara gün dostumuzdur, daim olsun!</w:t>
      </w:r>
    </w:p>
    <w:p>
      <w:r>
        <w:br w:type="page"/>
      </w:r>
    </w:p>
    <w:p>
      <w:pPr>
        <w:pStyle w:val="Heading1"/>
        <w:spacing w:after="320"/>
        <w:jc w:val="center"/>
      </w:pPr>
      <w:r>
        <w:t>ÖĞRENCİ KONUŞMASI VE KIZILAY İLKELERİ</w:t>
      </w:r>
    </w:p>
    <w:p>
      <w:pPr>
        <w:pStyle w:val="Heading2"/>
      </w:pPr>
      <w:r>
        <w:t>Öğrenci Temsilcisi Konuşma Metni ("Kızılay: Şefkat ve Merhamet Yuvası")</w:t>
      </w:r>
    </w:p>
    <w:p>
      <w:pPr>
        <w:spacing w:line="276" w:lineRule="auto" w:after="100"/>
      </w:pPr>
      <w:r>
        <w:t>Sayın Müdürüm, Değerli Öğretmenlerim ve Sevgili Arkadaşlarım,</w:t>
      </w:r>
    </w:p>
    <w:p>
      <w:pPr>
        <w:spacing w:line="276" w:lineRule="auto" w:after="100"/>
      </w:pPr>
      <w:r>
        <w:t>Deprem olduğunda, yangın çıktığında ya da bir sel felaketi yaşandığında televizyonlarda ilk gördüğümüz simge nedir? Beyaz zemin üzerine kırmızı bir hilal...</w:t>
      </w:r>
    </w:p>
    <w:p>
      <w:pPr>
        <w:spacing w:line="276" w:lineRule="auto" w:after="100"/>
      </w:pPr>
      <w:r>
        <w:t>İşte o kırmızı hilal, felaketin ortasındaki çaresiz insanlara "Yalnız değilsiniz, milletiniz yanınızda!" müjdesini verir. Kızılay, soğukta kalan çocuğun üstüne örtülen battaniye, aç kalan ailenin sofrasındaki ekmektir.</w:t>
      </w:r>
    </w:p>
    <w:p>
      <w:pPr>
        <w:spacing w:line="276" w:lineRule="auto" w:after="100"/>
      </w:pPr>
      <w:r>
        <w:t>Bizler genç nesiller olarak Kızılay bilinciyle yetişmeliyiz. Harçlıklarımızdan biriktirip yardım kumbaralarına atmalı, büyüdüğümüzde düzenli kan bağışçısı olmayı hedeflemeliyiz. Çünkü başkalarının acısını hissedebildiğimiz ölçüde insanız.</w:t>
      </w:r>
    </w:p>
    <w:p>
      <w:pPr>
        <w:spacing w:line="276" w:lineRule="auto" w:after="100"/>
      </w:pPr>
      <w:r>
        <w:t>Kızılay Haftamız kutlu olsun; iyilik ve merhamet her zaman yolumuzu aydınlatsın!</w:t>
      </w:r>
    </w:p>
    <w:p>
      <w:pPr>
        <w:spacing w:after="200"/>
      </w:pPr>
    </w:p>
    <w:p>
      <w:pPr>
        <w:pStyle w:val="Heading2"/>
      </w:pPr>
      <w:r>
        <w:t>Kızılay'ın Temel İlkeleri ve Özlü Sözler</w:t>
      </w:r>
    </w:p>
    <w:p>
      <w:pPr>
        <w:spacing w:line="276" w:lineRule="auto" w:after="80"/>
        <w:ind w:left="288"/>
      </w:pPr>
      <w:r>
        <w:t>• İnsaniyetçilik (İnsanlık): Hiçbir ayrım gözetmeksizin acıları önlemek ve hafifletmek.</w:t>
      </w:r>
    </w:p>
    <w:p>
      <w:pPr>
        <w:spacing w:line="276" w:lineRule="auto" w:after="80"/>
        <w:ind w:left="288"/>
      </w:pPr>
      <w:r>
        <w:t>• Ayrım Gözetmemek: Milliyet, ırk, din ve sosyal durum farkı tanımaksızın yardım etmek.</w:t>
      </w:r>
    </w:p>
    <w:p>
      <w:pPr>
        <w:spacing w:line="276" w:lineRule="auto" w:after="80"/>
        <w:ind w:left="288"/>
      </w:pPr>
      <w:r>
        <w:t>• Tarafsızlık ve Bağımsızlık: Barış ve insanlık yolunda güven kazanmak.</w:t>
      </w:r>
    </w:p>
    <w:p>
      <w:pPr>
        <w:spacing w:line="276" w:lineRule="auto" w:after="80"/>
        <w:ind w:left="288"/>
      </w:pPr>
      <w:r>
        <w:t>• Gönüllü Hizmet: Karşılık ve kazanç beklemeksizin fedakârlık yapmak.</w:t>
      </w:r>
    </w:p>
    <w:p>
      <w:pPr>
        <w:spacing w:line="276" w:lineRule="auto" w:after="80"/>
        <w:ind w:left="288"/>
      </w:pPr>
      <w:r>
        <w:t>• "Kızılay kara gün dostudur; dara düşenin sığınağıdır."</w:t>
      </w:r>
    </w:p>
    <w:p>
      <w:pPr>
        <w:spacing w:line="276" w:lineRule="auto" w:after="80"/>
        <w:ind w:left="288"/>
      </w:pPr>
      <w:r>
        <w:t>• "Kan acil değil, sürekli ihtiyaçtır."</w:t>
      </w:r>
    </w:p>
    <w:p>
      <w:r>
        <w:br w:type="page"/>
      </w:r>
    </w:p>
    <w:p>
      <w:pPr>
        <w:pStyle w:val="Heading1"/>
        <w:jc w:val="center"/>
      </w:pPr>
      <w:r>
        <w:t>KIZILAY</w:t>
      </w:r>
    </w:p>
    <w:p>
      <w:pPr>
        <w:spacing w:after="360"/>
        <w:jc w:val="center"/>
      </w:pPr>
      <w:r>
        <w:rPr>
          <w:i/>
        </w:rPr>
        <w:t>İ. Hakkı TALAS</w:t>
      </w:r>
    </w:p>
    <w:p>
      <w:pPr>
        <w:spacing w:line="276" w:lineRule="auto" w:after="200"/>
      </w:pPr>
      <w:r>
        <w:t>Depremlerde, yangınlarda,</w:t>
        <w:br/>
        <w:t>Hem karada, hem sularda,</w:t>
        <w:br/>
        <w:t>Yardım eder insanlara,</w:t>
        <w:br/>
        <w:t>Koşar hemen Kızılay.</w:t>
      </w:r>
    </w:p>
    <w:p>
      <w:pPr>
        <w:spacing w:line="276" w:lineRule="auto" w:after="200"/>
      </w:pPr>
      <w:r>
        <w:t>Yaraları sarar o,</w:t>
        <w:br/>
        <w:t>Aç olanı doyurur.</w:t>
        <w:br/>
        <w:t>Sıcak bir aş, sıcak yuva,</w:t>
        <w:br/>
        <w:t>Çaresize koruyucu olur.</w:t>
      </w:r>
    </w:p>
    <w:p>
      <w:pPr>
        <w:spacing w:line="276" w:lineRule="auto" w:after="200"/>
      </w:pPr>
      <w:r>
        <w:t>Ak bayrakta al hilal,</w:t>
        <w:br/>
        <w:t>Şefkat saçar her zaman.</w:t>
        <w:br/>
        <w:t>Kızılay’ı sevmeli,</w:t>
        <w:br/>
        <w:t>Yardım etmeli her an!</w:t>
      </w:r>
    </w:p>
    <w:p>
      <w:r>
        <w:br w:type="page"/>
      </w:r>
    </w:p>
    <w:p>
      <w:pPr>
        <w:pStyle w:val="Heading1"/>
        <w:jc w:val="center"/>
      </w:pPr>
      <w:r>
        <w:t>KIZILAY ÇADIRI</w:t>
      </w:r>
    </w:p>
    <w:p>
      <w:pPr>
        <w:spacing w:after="360"/>
        <w:jc w:val="center"/>
      </w:pPr>
      <w:r>
        <w:rPr>
          <w:i/>
        </w:rPr>
        <w:t>Anonim</w:t>
      </w:r>
    </w:p>
    <w:p>
      <w:pPr>
        <w:spacing w:line="276" w:lineRule="auto" w:after="200"/>
      </w:pPr>
      <w:r>
        <w:t>Kara kışta tipi esse,</w:t>
        <w:br/>
        <w:t>Evimiz barkımız çökse,</w:t>
        <w:br/>
        <w:t>Gözümüzden yaşlar aksa,</w:t>
        <w:br/>
        <w:t>Kurulur Kızılay çadırı.</w:t>
      </w:r>
    </w:p>
    <w:p>
      <w:pPr>
        <w:spacing w:line="276" w:lineRule="auto" w:after="200"/>
      </w:pPr>
      <w:r>
        <w:t>İçinde bir sıcak soba,</w:t>
        <w:br/>
        <w:t>Umut verir her cana.</w:t>
        <w:br/>
        <w:t>Dertlilere derman olur,</w:t>
        <w:br/>
        <w:t>Açar kucağın insana.</w:t>
      </w:r>
    </w:p>
    <w:p>
      <w:pPr>
        <w:spacing w:line="276" w:lineRule="auto" w:after="200"/>
      </w:pPr>
      <w:r>
        <w:t>Ne para ister ne pul,</w:t>
        <w:br/>
        <w:t>Gönüllüsü hizmetkar kul.</w:t>
        <w:br/>
        <w:t>Kızılay bu yurdun süsü,</w:t>
        <w:br/>
        <w:t>Merhametin gür türküsü!</w:t>
      </w:r>
    </w:p>
    <w:p>
      <w:r>
        <w:br w:type="page"/>
      </w:r>
    </w:p>
    <w:p>
      <w:pPr>
        <w:pStyle w:val="Heading1"/>
        <w:jc w:val="center"/>
      </w:pPr>
      <w:r>
        <w:t>AK HİLAL</w:t>
      </w:r>
    </w:p>
    <w:p>
      <w:pPr>
        <w:spacing w:after="360"/>
        <w:jc w:val="center"/>
      </w:pPr>
      <w:r>
        <w:rPr>
          <w:i/>
        </w:rPr>
        <w:t>Anonim</w:t>
      </w:r>
    </w:p>
    <w:p>
      <w:pPr>
        <w:spacing w:line="276" w:lineRule="auto" w:after="200"/>
      </w:pPr>
      <w:r>
        <w:t>Beyaz üstünde kırmızı ay,</w:t>
        <w:br/>
        <w:t>Yardım elini hemen say.</w:t>
        <w:br/>
        <w:t>Zorda kalan her insana,</w:t>
        <w:br/>
        <w:t>Açar kapısını Kızılay.</w:t>
      </w:r>
    </w:p>
    <w:p>
      <w:pPr>
        <w:spacing w:line="276" w:lineRule="auto" w:after="200"/>
      </w:pPr>
      <w:r>
        <w:t>Kan bağışı can demektir,</w:t>
        <w:br/>
        <w:t>Hayat veren emektir.</w:t>
        <w:br/>
        <w:t>Muhtaç olan kardeşine,</w:t>
        <w:br/>
        <w:t>Şefkatle el vermektir.</w:t>
      </w:r>
    </w:p>
    <w:p>
      <w:pPr>
        <w:spacing w:line="276" w:lineRule="auto" w:after="200"/>
      </w:pPr>
      <w:r>
        <w:t>Sen de bir gün dara düşsen,</w:t>
        <w:br/>
        <w:t>Kızılay koşar bilsen.</w:t>
        <w:br/>
        <w:t>Sevgiyle kurulan bu çatı,</w:t>
        <w:br/>
        <w:t>Yücelsin daima ülkem!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