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E5757" w14:textId="77777777" w:rsidR="00142195" w:rsidRDefault="00142195"/>
    <w:p w14:paraId="07D97083" w14:textId="77777777" w:rsidR="00142195" w:rsidRDefault="00142195"/>
    <w:p w14:paraId="3BBE0524" w14:textId="77777777" w:rsidR="00142195" w:rsidRDefault="00142195"/>
    <w:p w14:paraId="03D80EB9" w14:textId="77777777" w:rsidR="00142195" w:rsidRDefault="00142195"/>
    <w:p w14:paraId="12B97E1E" w14:textId="77777777" w:rsidR="00142195" w:rsidRDefault="00142195"/>
    <w:p w14:paraId="7127ED22" w14:textId="77777777" w:rsidR="00142195" w:rsidRDefault="00142195"/>
    <w:p w14:paraId="23C11FF3" w14:textId="77777777" w:rsidR="00142195" w:rsidRDefault="00142195"/>
    <w:p w14:paraId="42F364A6" w14:textId="77777777" w:rsidR="00142195" w:rsidRDefault="00000000">
      <w:pPr>
        <w:jc w:val="center"/>
      </w:pPr>
      <w:r>
        <w:rPr>
          <w:b/>
          <w:sz w:val="32"/>
        </w:rPr>
        <w:t>T.C.</w:t>
      </w:r>
      <w:r>
        <w:rPr>
          <w:b/>
          <w:sz w:val="32"/>
        </w:rPr>
        <w:br/>
        <w:t>.................................................................... MÜDÜRLÜĞÜ</w:t>
      </w:r>
    </w:p>
    <w:p w14:paraId="0E691710" w14:textId="77777777" w:rsidR="00142195" w:rsidRDefault="00142195"/>
    <w:p w14:paraId="70A683B9" w14:textId="77777777" w:rsidR="00142195" w:rsidRDefault="00142195"/>
    <w:p w14:paraId="3F1831EA" w14:textId="77777777" w:rsidR="00142195" w:rsidRDefault="00142195"/>
    <w:p w14:paraId="1E3FB274" w14:textId="77777777" w:rsidR="00142195" w:rsidRDefault="00142195"/>
    <w:p w14:paraId="0CADDAD2" w14:textId="7278651F" w:rsidR="00142195" w:rsidRDefault="00000000">
      <w:pPr>
        <w:jc w:val="center"/>
      </w:pPr>
      <w:r>
        <w:rPr>
          <w:b/>
          <w:sz w:val="44"/>
        </w:rPr>
        <w:t>İLKÖĞRETİM HAFTASI KUTLAMA PROGRAMI</w:t>
      </w:r>
      <w:r>
        <w:rPr>
          <w:b/>
          <w:sz w:val="44"/>
        </w:rPr>
        <w:br/>
      </w:r>
    </w:p>
    <w:p w14:paraId="04B05321" w14:textId="77777777" w:rsidR="00142195" w:rsidRDefault="00142195"/>
    <w:p w14:paraId="7B71CC3C" w14:textId="77777777" w:rsidR="00142195" w:rsidRDefault="00142195"/>
    <w:p w14:paraId="57B5234A" w14:textId="77777777" w:rsidR="00142195" w:rsidRDefault="00142195"/>
    <w:p w14:paraId="5B17B3B6" w14:textId="77777777" w:rsidR="00142195" w:rsidRDefault="00142195"/>
    <w:p w14:paraId="37562130" w14:textId="77777777" w:rsidR="00142195" w:rsidRDefault="00142195"/>
    <w:p w14:paraId="7E4400A1" w14:textId="77777777" w:rsidR="00142195" w:rsidRDefault="00142195"/>
    <w:p w14:paraId="11D92AA9" w14:textId="77777777" w:rsidR="00142195" w:rsidRDefault="00142195"/>
    <w:p w14:paraId="534646C5" w14:textId="77777777" w:rsidR="00142195" w:rsidRDefault="00000000">
      <w:pPr>
        <w:jc w:val="center"/>
      </w:pPr>
      <w:r>
        <w:rPr>
          <w:b/>
          <w:sz w:val="26"/>
        </w:rPr>
        <w:t>20... - 20... EĞİTİM ÖĞRETİM YILI</w:t>
      </w:r>
    </w:p>
    <w:p w14:paraId="4A15E84E" w14:textId="77777777" w:rsidR="00142195" w:rsidRDefault="00000000">
      <w:r>
        <w:br w:type="page"/>
      </w:r>
    </w:p>
    <w:p w14:paraId="457DD206" w14:textId="77777777" w:rsidR="00142195" w:rsidRDefault="00000000">
      <w:pPr>
        <w:spacing w:after="320"/>
        <w:jc w:val="center"/>
      </w:pPr>
      <w:r>
        <w:rPr>
          <w:b/>
          <w:sz w:val="26"/>
        </w:rPr>
        <w:lastRenderedPageBreak/>
        <w:t>.................................................................... MÜDÜRLÜĞÜNE</w:t>
      </w:r>
    </w:p>
    <w:p w14:paraId="06EF1A48" w14:textId="77777777" w:rsidR="00142195" w:rsidRDefault="00000000">
      <w:r>
        <w:t xml:space="preserve">       Hazırlamış olduğumuz "İlköğretim Haftası" kutlama programını .../.../20... günü saat ........’da okul bahçesinde / konferans salonunda gerçekleştirmek istiyoruz. Genişletilmiş ve ayrıntılı anma/kutlama programı akışı aşağıda belirtilmiştir.</w:t>
      </w:r>
    </w:p>
    <w:p w14:paraId="1DCFF76D" w14:textId="77777777" w:rsidR="00142195" w:rsidRDefault="00000000">
      <w:pPr>
        <w:spacing w:after="280"/>
      </w:pPr>
      <w:r>
        <w:t xml:space="preserve">       Gereğini bilgilerinize arz ederim.</w:t>
      </w:r>
    </w:p>
    <w:p w14:paraId="4E53DE13" w14:textId="77777777" w:rsidR="00142195" w:rsidRDefault="00000000">
      <w:pPr>
        <w:spacing w:after="120"/>
      </w:pPr>
      <w:r>
        <w:rPr>
          <w:b/>
        </w:rPr>
        <w:t>PROGRAM AKIŞI:</w:t>
      </w:r>
    </w:p>
    <w:p w14:paraId="027B51B4" w14:textId="77777777" w:rsidR="00142195" w:rsidRDefault="00000000">
      <w:pPr>
        <w:spacing w:after="60"/>
        <w:ind w:left="288"/>
      </w:pPr>
      <w:r>
        <w:t>1. Açılış, Saygı Duruşu ve İstiklâl Marşı</w:t>
      </w:r>
    </w:p>
    <w:p w14:paraId="4FFA0EDA" w14:textId="77777777" w:rsidR="00142195" w:rsidRDefault="00000000">
      <w:pPr>
        <w:spacing w:after="60"/>
        <w:ind w:left="288"/>
      </w:pPr>
      <w:r>
        <w:t>2. Günün Anlam ve Önemini Belirten Konuşma (Okul Müdürü / Öğretmen Konuşması)</w:t>
      </w:r>
    </w:p>
    <w:p w14:paraId="47189E55" w14:textId="77777777" w:rsidR="00142195" w:rsidRDefault="00000000">
      <w:pPr>
        <w:spacing w:after="60"/>
        <w:ind w:left="288"/>
      </w:pPr>
      <w:r>
        <w:t>3. Şiir: "İlköğretim Haftası" (İ. Hakkı TALAS)</w:t>
      </w:r>
    </w:p>
    <w:p w14:paraId="167F0B42" w14:textId="77777777" w:rsidR="00142195" w:rsidRDefault="00000000">
      <w:pPr>
        <w:spacing w:after="60"/>
        <w:ind w:left="288"/>
      </w:pPr>
      <w:r>
        <w:t>4. Okul Öğrenci Meclis Temsilcisi Konuşması ("Geleceğe İlk Adım")</w:t>
      </w:r>
    </w:p>
    <w:p w14:paraId="22DF976E" w14:textId="77777777" w:rsidR="00142195" w:rsidRDefault="00000000">
      <w:pPr>
        <w:spacing w:after="60"/>
        <w:ind w:left="288"/>
      </w:pPr>
      <w:r>
        <w:t>5. Şiir: "Açıldı Okulumuz" (Anonim)</w:t>
      </w:r>
    </w:p>
    <w:p w14:paraId="76C11021" w14:textId="77777777" w:rsidR="00142195" w:rsidRDefault="00000000">
      <w:pPr>
        <w:spacing w:after="60"/>
        <w:ind w:left="288"/>
      </w:pPr>
      <w:r>
        <w:t>6. Okula Yeni Başlayan 5. Sınıf Öğrencisi Adına Yapılan Konuşma</w:t>
      </w:r>
    </w:p>
    <w:p w14:paraId="6794B287" w14:textId="77777777" w:rsidR="00142195" w:rsidRDefault="00000000">
      <w:pPr>
        <w:spacing w:after="60"/>
        <w:ind w:left="288"/>
      </w:pPr>
      <w:r>
        <w:t>7. Şiir: "Okul Türküsü" (Vasfi Mahir KOCATÜRK)</w:t>
      </w:r>
    </w:p>
    <w:p w14:paraId="4E91DEA7" w14:textId="77777777" w:rsidR="00142195" w:rsidRDefault="00000000">
      <w:pPr>
        <w:spacing w:after="60"/>
        <w:ind w:left="288"/>
      </w:pPr>
      <w:r>
        <w:t>8. İlköğretim Haftası Oratoryosu: "Bilgi Işığında Aydınlanan Yarınlar"</w:t>
      </w:r>
    </w:p>
    <w:p w14:paraId="4D177EF0" w14:textId="77777777" w:rsidR="00142195" w:rsidRDefault="00000000">
      <w:pPr>
        <w:spacing w:after="60"/>
        <w:ind w:left="288"/>
      </w:pPr>
      <w:r>
        <w:t>9. Şiir: "Öğretmenim" (Ceyhun Atuf KANSU)</w:t>
      </w:r>
    </w:p>
    <w:p w14:paraId="196DA7F7" w14:textId="77777777" w:rsidR="00142195" w:rsidRDefault="00000000">
      <w:pPr>
        <w:spacing w:after="60"/>
        <w:ind w:left="288"/>
      </w:pPr>
      <w:r>
        <w:t>10. Eğitim, Bilim ve Okul Üzerine Seçme Özlü Sözler</w:t>
      </w:r>
    </w:p>
    <w:p w14:paraId="1ED15BFD" w14:textId="77777777" w:rsidR="00142195" w:rsidRDefault="00000000">
      <w:pPr>
        <w:spacing w:after="60"/>
        <w:ind w:left="288"/>
      </w:pPr>
      <w:r>
        <w:t>11. Şiir: "Yeni Ders Yılı" (Aka GÜNDÜZ)</w:t>
      </w:r>
    </w:p>
    <w:p w14:paraId="60C2C7A8" w14:textId="77777777" w:rsidR="00142195" w:rsidRDefault="00000000">
      <w:pPr>
        <w:spacing w:after="60"/>
        <w:ind w:left="288"/>
      </w:pPr>
      <w:r>
        <w:t>12. Okul Korosu: "Okul Şarkısı" ve "Gençlik Marşı"</w:t>
      </w:r>
    </w:p>
    <w:p w14:paraId="2B727490" w14:textId="77777777" w:rsidR="00142195" w:rsidRDefault="00000000">
      <w:pPr>
        <w:spacing w:after="60"/>
        <w:ind w:left="288"/>
      </w:pPr>
      <w:r>
        <w:t>13. Kıdemli Öğrencilerden Okula Yeni Başlayanlara "Hoş Geldiniz" Çiçeği Takdimi ve Kapanış</w:t>
      </w:r>
    </w:p>
    <w:p w14:paraId="60EE8DCE" w14:textId="77777777" w:rsidR="00142195" w:rsidRDefault="00142195">
      <w:pPr>
        <w:spacing w:after="320"/>
      </w:pPr>
    </w:p>
    <w:tbl>
      <w:tblPr>
        <w:tblW w:w="0" w:type="auto"/>
        <w:jc w:val="center"/>
        <w:tblLook w:val="04A0" w:firstRow="1" w:lastRow="0" w:firstColumn="1" w:lastColumn="0" w:noHBand="0" w:noVBand="1"/>
      </w:tblPr>
      <w:tblGrid>
        <w:gridCol w:w="4608"/>
        <w:gridCol w:w="4608"/>
      </w:tblGrid>
      <w:tr w:rsidR="00142195" w14:paraId="27DF629A" w14:textId="77777777">
        <w:trPr>
          <w:jc w:val="center"/>
        </w:trPr>
        <w:tc>
          <w:tcPr>
            <w:tcW w:w="4608" w:type="dxa"/>
          </w:tcPr>
          <w:p w14:paraId="3AC2FB57" w14:textId="77777777" w:rsidR="00142195"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65311AD6" w14:textId="77777777" w:rsidR="00142195" w:rsidRDefault="00000000">
            <w:pPr>
              <w:jc w:val="center"/>
            </w:pPr>
            <w:r>
              <w:rPr>
                <w:b/>
              </w:rPr>
              <w:t>... / ... / 20...</w:t>
            </w:r>
            <w:r>
              <w:rPr>
                <w:b/>
              </w:rPr>
              <w:br/>
              <w:t>UYGUNDUR</w:t>
            </w:r>
            <w:r>
              <w:rPr>
                <w:b/>
              </w:rPr>
              <w:br/>
            </w:r>
            <w:r>
              <w:rPr>
                <w:b/>
              </w:rPr>
              <w:br/>
            </w:r>
            <w:r>
              <w:rPr>
                <w:b/>
              </w:rPr>
              <w:br/>
              <w:t>...................................................</w:t>
            </w:r>
            <w:r>
              <w:rPr>
                <w:b/>
              </w:rPr>
              <w:br/>
            </w:r>
            <w:r>
              <w:t>Okul Müdürü</w:t>
            </w:r>
          </w:p>
        </w:tc>
      </w:tr>
    </w:tbl>
    <w:p w14:paraId="3FD68623" w14:textId="77777777" w:rsidR="00142195" w:rsidRDefault="00000000">
      <w:r>
        <w:br w:type="page"/>
      </w:r>
    </w:p>
    <w:p w14:paraId="23E4BE8A" w14:textId="4C3D5995" w:rsidR="00142195" w:rsidRDefault="00000000">
      <w:pPr>
        <w:pStyle w:val="Balk1"/>
        <w:spacing w:after="320"/>
        <w:jc w:val="center"/>
      </w:pPr>
      <w:r>
        <w:lastRenderedPageBreak/>
        <w:t>İLKÖĞRETİM HAFTASI KUTLAMA PROGRAMI</w:t>
      </w:r>
      <w:r>
        <w:br/>
        <w:t xml:space="preserve">PROGRAM SUNUCU METNİ </w:t>
      </w:r>
    </w:p>
    <w:p w14:paraId="196E7519" w14:textId="77777777" w:rsidR="00142195" w:rsidRDefault="00000000">
      <w:r>
        <w:rPr>
          <w:b/>
        </w:rPr>
        <w:t>1- AÇILIŞ VE SAYGI DURUŞU / İSTİKLÂL MARŞI ÇAĞRISI</w:t>
      </w:r>
      <w:r>
        <w:rPr>
          <w:b/>
        </w:rPr>
        <w:br/>
      </w:r>
      <w:r>
        <w:t>Sayın Okul Müdürüm, Değerli Öğretmenlerim, Saygıdeğer Velilerimiz ve Sevgili Arkadaşlarım,</w:t>
      </w:r>
      <w:r>
        <w:br/>
      </w:r>
      <w:r>
        <w:br/>
        <w:t>Tazelenen umutlarla, neşeyle çarpan yüreklerle ve bilgi denizine yelken açmanın eşsiz heyecanıyla yeni bir eğitim-öğretim yılına kavuşmuş bulunuyoruz. Okulumuzun çatısı altında bilgiyle donanacağımız, dostluklar kuracağımız ve aydınlık yarınları inşa edeceğimiz İlköğretim Haftası kutlama programına hepiniz hoş geldiniz!</w:t>
      </w:r>
      <w:r>
        <w:br/>
      </w:r>
      <w:r>
        <w:br/>
        <w:t>Sizleri; başta Türkiye Cumhuriyeti'nin kurucusu, Başöğretmenimiz Gazi Mustafa Kemal Atatürk ve silah arkadaşları olmak üzere, memleketin her köşesinde cehaletle savaşırken görevi başında şehit düşen aziz öğretmenlerimiz ve canlarını vatan uğruna feda eden tüm şehitlerimizin manevi huzurunda bir dakikalık saygı duruşuna, ardından İstiklâl Marşı’mızı gür bir sesle okumaya davet ediyorum.</w:t>
      </w:r>
      <w:r>
        <w:br/>
      </w:r>
      <w:r>
        <w:br/>
        <w:t>Dikkat!</w:t>
      </w:r>
    </w:p>
    <w:p w14:paraId="3D8F0611" w14:textId="77777777" w:rsidR="00142195" w:rsidRDefault="00000000">
      <w:pPr>
        <w:ind w:left="576"/>
      </w:pPr>
      <w:r>
        <w:rPr>
          <w:b/>
        </w:rPr>
        <w:t>Başöğretmen Gazi Mustafa Kemal ATATÜRK diyor ki:</w:t>
      </w:r>
      <w:r>
        <w:rPr>
          <w:b/>
        </w:rPr>
        <w:br/>
      </w:r>
      <w:r>
        <w:rPr>
          <w:i/>
        </w:rPr>
        <w:t>“İlköğretim meselesi demek; vatan, millet, bayrak meselesi demektir. İlköğretim meselesi bir millet için ölüm kalım meselesidir. Memleket evlatlarını ancak ilköğretimle aydınlatabilir, kalkındırabiliriz.”</w:t>
      </w:r>
    </w:p>
    <w:p w14:paraId="32E886AE" w14:textId="77777777" w:rsidR="00142195" w:rsidRDefault="00000000">
      <w:r>
        <w:rPr>
          <w:b/>
        </w:rPr>
        <w:t>2- GÜNÜN ANLAM VE ÖNEMİ KONUŞMASI TAKDİMİ</w:t>
      </w:r>
      <w:r>
        <w:rPr>
          <w:b/>
        </w:rPr>
        <w:br/>
      </w:r>
      <w:r>
        <w:t>Yeni bir ders yılının ilk zilini çalmanın mutluluğunu paylaştığımız bu anlamlı günde; günün anlam ve önemini belirten konuşmasını yapmak üzere okulumuz öğretmenlerinden Sayın ............................................................................’ı kürsüye davet ediyorum.</w:t>
      </w:r>
    </w:p>
    <w:p w14:paraId="1D838626" w14:textId="77777777" w:rsidR="00142195" w:rsidRDefault="00000000">
      <w:r>
        <w:rPr>
          <w:b/>
        </w:rPr>
        <w:t>3- ŞİİR TAKDİMİ ("İLKÖĞRETİM HAFTASI")</w:t>
      </w:r>
      <w:r>
        <w:rPr>
          <w:b/>
        </w:rPr>
        <w:br/>
      </w:r>
      <w:r>
        <w:t>Çaldı neşeyle okul zili, sınıflar şenlendi yine...</w:t>
      </w:r>
      <w:r>
        <w:br/>
        <w:t>İlköğretim Haftası adlı şiirini okumak üzere okulumuz ..... / ..... sınıfı öğrencilerinden ...................................................... kürsüye davet ediyorum.</w:t>
      </w:r>
    </w:p>
    <w:p w14:paraId="59BE177A" w14:textId="77777777" w:rsidR="00142195" w:rsidRDefault="00000000">
      <w:r>
        <w:rPr>
          <w:b/>
        </w:rPr>
        <w:t>4- OKUL ÖĞRENCİ TEMSİLCİSİ KONUŞMASI TAKDİMİ</w:t>
      </w:r>
      <w:r>
        <w:rPr>
          <w:b/>
        </w:rPr>
        <w:br/>
      </w:r>
      <w:r>
        <w:t>Okulumuzun kıdemli öğrencileri adına duygu ve düşüncelerini aktarmak üzere Okul Temsilcimiz ...................................................... kürsüye davet ediyorum.</w:t>
      </w:r>
    </w:p>
    <w:p w14:paraId="6C977B95" w14:textId="77777777" w:rsidR="00142195" w:rsidRDefault="00000000">
      <w:r>
        <w:rPr>
          <w:b/>
        </w:rPr>
        <w:t>5- ŞİİR TAKDİMİ ("AÇILDI OKULUMUZ")</w:t>
      </w:r>
      <w:r>
        <w:rPr>
          <w:b/>
        </w:rPr>
        <w:br/>
      </w:r>
      <w:r>
        <w:t>Açıldı Okulumuz adlı coşkulu şiiri okumak üzere okulumuz ..... / ..... sınıfı öğrencilerinden ...................................................... kürsüye davet ediyorum.</w:t>
      </w:r>
    </w:p>
    <w:p w14:paraId="0A6D0249" w14:textId="77777777" w:rsidR="00142195" w:rsidRDefault="00000000">
      <w:pPr>
        <w:spacing w:after="240"/>
      </w:pPr>
      <w:r>
        <w:rPr>
          <w:b/>
        </w:rPr>
        <w:t>6- OKULA YENİ BAŞLAYAN ÖĞRENCİ KONUŞMASI TAKDİMİ</w:t>
      </w:r>
      <w:r>
        <w:rPr>
          <w:b/>
        </w:rPr>
        <w:br/>
      </w:r>
      <w:r>
        <w:t>Bu yıl okulumuza ilk adımlarını atan sevgili 5. sınıf arkadaşlarımızın heyecanına ortak oluyoruz. Yeni başlayan öğrencilerimiz adına konuşmasını yapmak üzere ...................................................... kürsüye davet ediyorum.</w:t>
      </w:r>
    </w:p>
    <w:p w14:paraId="3011BB50" w14:textId="77777777" w:rsidR="00142195" w:rsidRDefault="00000000">
      <w:r>
        <w:rPr>
          <w:b/>
        </w:rPr>
        <w:lastRenderedPageBreak/>
        <w:t>7- ŞİİR TAKDİMİ ("OKUL TÜRKÜSÜ")</w:t>
      </w:r>
      <w:r>
        <w:rPr>
          <w:b/>
        </w:rPr>
        <w:br/>
      </w:r>
      <w:r>
        <w:t>Vasfi Mahir Kocatürk’ün "Okul Türküsü" adlı güzel şiirini dinlemek üzere ..... / ..... sınıfı öğrencilerinden ...................................................... kürsüye davet ediyorum.</w:t>
      </w:r>
    </w:p>
    <w:p w14:paraId="334BC321" w14:textId="77777777" w:rsidR="00142195" w:rsidRDefault="00000000">
      <w:r>
        <w:rPr>
          <w:b/>
        </w:rPr>
        <w:t>8- İLKÖĞRETİM ORATORYOSU TAKDİMİ</w:t>
      </w:r>
      <w:r>
        <w:rPr>
          <w:b/>
        </w:rPr>
        <w:br/>
      </w:r>
      <w:r>
        <w:t>Okulun, eğitimin ve vatan sevgisinin harmanlandığı "Bilgi Işığında Aydınlanan Yarınlar" adlı oratoryo gösterisini sunmak üzere okulumuz oratoryo ekibini sahneye davet ediyorum.</w:t>
      </w:r>
    </w:p>
    <w:p w14:paraId="7C89A55F" w14:textId="77777777" w:rsidR="00142195" w:rsidRDefault="00000000">
      <w:r>
        <w:rPr>
          <w:b/>
        </w:rPr>
        <w:t>9- ŞİİR TAKDİMİ ("ÖĞRETMENİM")</w:t>
      </w:r>
      <w:r>
        <w:rPr>
          <w:b/>
        </w:rPr>
        <w:br/>
      </w:r>
      <w:r>
        <w:t>Bizleri sabırla, şefkatle ve bilgiyle büyüten fedakâr öğretmenlerimize ithafen Ceyhun Atuf Kansu’nun "Öğretmenim" adlı şiirini okumak üzere ..... / ..... sınıfı öğrencilerinden ...................................................... davet ediyorum.</w:t>
      </w:r>
    </w:p>
    <w:p w14:paraId="479A2C4A" w14:textId="77777777" w:rsidR="00142195" w:rsidRDefault="00000000">
      <w:r>
        <w:rPr>
          <w:b/>
        </w:rPr>
        <w:t>10- EĞİTİM VE BİLİM ÜZERİNE ÖZLÜ SÖZLER TAKDİMİ</w:t>
      </w:r>
      <w:r>
        <w:rPr>
          <w:b/>
        </w:rPr>
        <w:br/>
      </w:r>
      <w:r>
        <w:t>Dünyaya yön veren düşünürlerin ve ilim insanlarının eğitim üzerine söyledikleri kıymetli sözleri dinlemek üzere öğrenci arkadaşlarımızı sahneye davet ediyorum.</w:t>
      </w:r>
    </w:p>
    <w:p w14:paraId="00A1F99D" w14:textId="77777777" w:rsidR="00142195" w:rsidRDefault="00000000">
      <w:r>
        <w:rPr>
          <w:b/>
        </w:rPr>
        <w:t>11- ŞİİR TAKDİMİ ("YENİ DERS YILI")</w:t>
      </w:r>
      <w:r>
        <w:rPr>
          <w:b/>
        </w:rPr>
        <w:br/>
      </w:r>
      <w:r>
        <w:t>Aka Gündüz’ün "Yeni Ders Yılı" adlı şiirini seslendirmek üzere ..... / ..... sınıfı öğrencilerinden ...................................................... kürsüye davet ediyorum.</w:t>
      </w:r>
    </w:p>
    <w:p w14:paraId="60F1B0A2" w14:textId="77777777" w:rsidR="00142195" w:rsidRDefault="00000000">
      <w:r>
        <w:rPr>
          <w:b/>
        </w:rPr>
        <w:t>12- MÜZİK KOROSU TAKDİMİ</w:t>
      </w:r>
      <w:r>
        <w:rPr>
          <w:b/>
        </w:rPr>
        <w:br/>
      </w:r>
      <w:r>
        <w:t>Yeni ders yılının coşkusunu ezgilerle taçlandırmak üzere Müzik Öğretmenimiz rehberliğinde hazırlanan okul koromuzu sahneye davet ediyorum.</w:t>
      </w:r>
    </w:p>
    <w:p w14:paraId="33122453" w14:textId="77777777" w:rsidR="00142195" w:rsidRDefault="00000000">
      <w:pPr>
        <w:spacing w:after="280"/>
      </w:pPr>
      <w:r>
        <w:rPr>
          <w:b/>
        </w:rPr>
        <w:t>13- ÇİÇEK TAKDİMİ VE KAPANIŞ</w:t>
      </w:r>
      <w:r>
        <w:rPr>
          <w:b/>
        </w:rPr>
        <w:br/>
      </w:r>
      <w:r>
        <w:t>Şimdi okulumuzun en üst sınıf öğrencilerinin, aramıza yeni katılan sevgili 5. sınıf kardeşlerimize "Okulumuza Hoş Geldiniz" çiçeği takdim etmesi törenini gerçekleştiriyoruz.</w:t>
      </w:r>
      <w:r>
        <w:br/>
      </w:r>
      <w:r>
        <w:br/>
        <w:t>Tüm idarecilerimize, öğretmenlerimize, sevgili öğrenci arkadaşlarımıza ve kıymetli velilerimize sağlıklı, başarılı, huzurlu ve sevinç dolu bir eğitim-öğretim yılı diliyoruz.</w:t>
      </w:r>
      <w:r>
        <w:br/>
      </w:r>
      <w:r>
        <w:br/>
        <w:t>İlköğretim Haftası kutlama programımız burada sona ermiştir. Katılımlarınızdan ötürü hepinize teşekkür ederiz.</w:t>
      </w:r>
    </w:p>
    <w:p w14:paraId="5A08518D" w14:textId="77777777" w:rsidR="00142195" w:rsidRDefault="00000000">
      <w:r>
        <w:br w:type="page"/>
      </w:r>
    </w:p>
    <w:p w14:paraId="0C2D806B" w14:textId="77777777" w:rsidR="00142195" w:rsidRDefault="00000000">
      <w:pPr>
        <w:pStyle w:val="Balk1"/>
        <w:spacing w:after="360"/>
        <w:jc w:val="center"/>
      </w:pPr>
      <w:r>
        <w:lastRenderedPageBreak/>
        <w:t>GÜNÜN ANLAM VE ÖNEMİNİ BELİRTEN KONUŞMA METNİ</w:t>
      </w:r>
      <w:r>
        <w:br/>
        <w:t>(Öğretmen Konuşması)</w:t>
      </w:r>
    </w:p>
    <w:p w14:paraId="48A43574" w14:textId="77777777" w:rsidR="00142195" w:rsidRDefault="00000000">
      <w:pPr>
        <w:spacing w:after="160"/>
      </w:pPr>
      <w:r>
        <w:t>Sayın Okul Müdürüm, Değerli Meslektaşlarım, Kıymetli Veliler ve Göz Bebeğimiz Sevgili Öğrenciler,</w:t>
      </w:r>
    </w:p>
    <w:p w14:paraId="5EA37FE6" w14:textId="77777777" w:rsidR="00142195" w:rsidRDefault="00000000">
      <w:pPr>
        <w:spacing w:after="160"/>
      </w:pPr>
      <w:r>
        <w:t>Güneşin sıcaklığıyla dinlendiğimiz uzun bir yaz tatilinin ardından, okulumuzun koridorlarını ve bahçesini cıvıl cıvıl çocuk sesleriyle doldurmanın, yeni bir ders yılına taptaze umutlarla başlamanın engin mutluluğunu yaşıyoruz. 20... - 20... eğitim-öğretim yılımız ve İlköğretim Haftamız hepimize kutlu olsun!</w:t>
      </w:r>
    </w:p>
    <w:p w14:paraId="416E95D0" w14:textId="77777777" w:rsidR="00142195" w:rsidRDefault="00000000">
      <w:pPr>
        <w:spacing w:after="160"/>
      </w:pPr>
      <w:r>
        <w:t>İlköğretim, bir insanın zihinsel, ahlaki ve sosyal dünyasının temellerinin atıldığı en mukaddes hayat evresidir. Çocuklarımızın ilk kez kitap kokusunu içine çektiği, arkadaşlığı, paylaşmayı, doğruyu, adaleti ve vatan sevgisini öğrendiği bu ocak, tüm hayatı şekillendirecek olan sağlam bir pusuladır. Nasıl ki sağlam bir bina ancak güçlü temeller üzerinde yükselirse, bir milletin geleceği de ilköğretim sıralarında yetişen nesillerin sağlam karakteri üzerinde inşa edilir.</w:t>
      </w:r>
    </w:p>
    <w:p w14:paraId="4A761EAF" w14:textId="77777777" w:rsidR="00142195" w:rsidRDefault="00000000">
      <w:pPr>
        <w:spacing w:after="160"/>
      </w:pPr>
      <w:r>
        <w:t>Cumhuriyetimizin kurucusu Başöğretmen Gazi Mustafa Kemal Atatürk, "Eğitimdir ki bir milleti ya hür, bağımsız, şanlı, yüksek bir topluluk halinde yaşatır ya da milleti esaret ve sefalete sürükler." diyerek bu gerçeği en veciz biçimde ortaya koymuştur. Bizler de öğretmenler olarak sadece tahtaya ders yazmıyor; çocuklarımızın yüreklerine vatan sevgisini, vicdanı, merhameti, çalışkanlığı ve bilim aşkını nakşediyoruz.</w:t>
      </w:r>
    </w:p>
    <w:p w14:paraId="3083FC69" w14:textId="77777777" w:rsidR="00142195" w:rsidRDefault="00000000">
      <w:pPr>
        <w:spacing w:after="160"/>
      </w:pPr>
      <w:r>
        <w:t>Sevgili Öğrencilerimiz,</w:t>
      </w:r>
      <w:r>
        <w:br/>
        <w:t>Sizler bu memleketin yarını, aydınlık meşalesisiniz. Önünüzde keşfedilmeyi bekleyen koca bir dünya, sayfaları açılmayı bekleyen binlerce kitap var. Bilgiden, okumaktan ve araştırmaktan asla vazgeçmeyiniz. Unutmayınız ki başarı; azmedenlerin, zorluklar karşısında pes etmeyenlerin ve öğretmenlerinin rehberliğinde yılmadan yürüyenlerin en sadık yol arkadaşıdır.</w:t>
      </w:r>
    </w:p>
    <w:p w14:paraId="52772401" w14:textId="77777777" w:rsidR="00142195" w:rsidRDefault="00000000">
      <w:pPr>
        <w:spacing w:after="160"/>
      </w:pPr>
      <w:r>
        <w:t>Kıymetli Velilerimiz,</w:t>
      </w:r>
      <w:r>
        <w:br/>
        <w:t>Bizlere emanet ettiğiniz en kıymetli hazineleriniz olan evlatlarınızı geleceğe güvenle hazırlarken en büyük desteğimiz sizlerin anlayışı ve okulumuzla kuracağı güçlü iş birliğidir. Eğitim, aile ve okul birlikteliğiyle meyve veren ulu bir ağaçtır.</w:t>
      </w:r>
    </w:p>
    <w:p w14:paraId="3FAD2EBA" w14:textId="77777777" w:rsidR="00142195" w:rsidRDefault="00000000">
      <w:pPr>
        <w:spacing w:after="160"/>
      </w:pPr>
      <w:r>
        <w:t>Bu duygu ve düşüncelerle; başta Başöğretmenimiz Mustafa Kemal Atatürk ve ebediyete irtihal etmiş tüm öğretmenlerimizi rahmet ve hürmetle anıyor; yeni eğitim-öğretim yılının ülkemize, milletimize ve okulumuza başarı, sağlık ve huzur getirmesini diliyorum.</w:t>
      </w:r>
    </w:p>
    <w:p w14:paraId="71E672C7" w14:textId="77777777" w:rsidR="00142195" w:rsidRDefault="00000000">
      <w:pPr>
        <w:spacing w:after="160"/>
      </w:pPr>
      <w:r>
        <w:rPr>
          <w:b/>
        </w:rPr>
        <w:t>İlk ders zilimiz ve İlköğretim Haftamız kutlu olsun!</w:t>
      </w:r>
    </w:p>
    <w:p w14:paraId="30CE3AFF" w14:textId="77777777" w:rsidR="00142195" w:rsidRDefault="00000000">
      <w:r>
        <w:br w:type="page"/>
      </w:r>
    </w:p>
    <w:p w14:paraId="72BA2878" w14:textId="77777777" w:rsidR="00142195" w:rsidRDefault="00000000">
      <w:pPr>
        <w:pStyle w:val="Balk1"/>
        <w:spacing w:after="320"/>
        <w:jc w:val="center"/>
      </w:pPr>
      <w:r>
        <w:lastRenderedPageBreak/>
        <w:t>ÖĞRENCİ KONUŞMA METİNLERİ</w:t>
      </w:r>
    </w:p>
    <w:p w14:paraId="6AAF69A5" w14:textId="77777777" w:rsidR="00142195" w:rsidRDefault="00000000">
      <w:pPr>
        <w:pStyle w:val="Balk2"/>
      </w:pPr>
      <w:r>
        <w:t>1. Okul Temsilcisi Konuşma Metni ("Geleceğe İlk Adım")</w:t>
      </w:r>
    </w:p>
    <w:p w14:paraId="6674C810" w14:textId="77777777" w:rsidR="00142195" w:rsidRDefault="00000000">
      <w:pPr>
        <w:spacing w:after="100"/>
      </w:pPr>
      <w:r>
        <w:t>Sayın Okul Müdürüm, Saygıdeğer Öğretmenlerim ve Sevgili Arkadaşlarım,</w:t>
      </w:r>
    </w:p>
    <w:p w14:paraId="292C07F3" w14:textId="77777777" w:rsidR="00142195" w:rsidRDefault="00000000">
      <w:pPr>
        <w:spacing w:after="100"/>
      </w:pPr>
      <w:r>
        <w:t>Bugün, ayrılığın sona erdiği; kalemlerin defterlerle, öğrencilerin öğretmenleriyle yeniden kucaklaştığı büyük bir günün heyecanını paylaşıyoruz.</w:t>
      </w:r>
    </w:p>
    <w:p w14:paraId="1939AB9A" w14:textId="77777777" w:rsidR="00142195" w:rsidRDefault="00000000">
      <w:pPr>
        <w:spacing w:after="100"/>
      </w:pPr>
      <w:r>
        <w:t>Okul; sadece duvarları olan bir bina değil, bizlerin hayata hazırlandığı, dostluğu, kardeşliği ve vatan sevgisini en derinden hissettiği ikinci yuvamızdır. Burada öğrendiğimiz her yeni bilgi, geleceğe atacağımız sağlam bir adımdır.</w:t>
      </w:r>
    </w:p>
    <w:p w14:paraId="547900DF" w14:textId="77777777" w:rsidR="00142195" w:rsidRDefault="00000000">
      <w:pPr>
        <w:spacing w:after="100"/>
      </w:pPr>
      <w:r>
        <w:t>Bizler, Cumhuriyetimizin emanetçisi Türk gençleri olarak; aklın, bilimin ve ahlakın yolundan ayrılmayacağımıza, çok çalışarak öğretmenlerimizin ve ailelerimizin emeklerini boşa çıkarmayacağımıza söz veriyoruz. Yeni eğitim-öğretim yılımız hepimize kutlu ve başarılı olsun!</w:t>
      </w:r>
    </w:p>
    <w:p w14:paraId="41234141" w14:textId="77777777" w:rsidR="00142195" w:rsidRDefault="00142195"/>
    <w:p w14:paraId="008B3714" w14:textId="77777777" w:rsidR="00142195" w:rsidRDefault="00000000">
      <w:pPr>
        <w:pStyle w:val="Balk2"/>
      </w:pPr>
      <w:r>
        <w:t>2. Okula Yeni Başlayan Öğrenci Konuşma Metni</w:t>
      </w:r>
    </w:p>
    <w:p w14:paraId="77CCB348" w14:textId="77777777" w:rsidR="00142195" w:rsidRDefault="00000000">
      <w:pPr>
        <w:spacing w:after="100"/>
      </w:pPr>
      <w:r>
        <w:t>Değerli Öğretmenlerim ve Sevgili Ağabeylerim, Ablalarım,</w:t>
      </w:r>
    </w:p>
    <w:p w14:paraId="0306DA21" w14:textId="77777777" w:rsidR="00142195" w:rsidRDefault="00000000">
      <w:pPr>
        <w:spacing w:after="100"/>
      </w:pPr>
      <w:r>
        <w:t>Bugün ortaokul sıralarına ilk kez oturmanın hem tatlı heyecanını hem de büyük gururunu yaşıyorum.</w:t>
      </w:r>
    </w:p>
    <w:p w14:paraId="38EAE481" w14:textId="77777777" w:rsidR="00142195" w:rsidRDefault="00000000">
      <w:pPr>
        <w:spacing w:after="100"/>
      </w:pPr>
      <w:r>
        <w:t>İlkokulu geride bırakıp bu büyük yuvaya adım atarken içimizde hafif bir telaş vardı; ancak öğretmenlerimizin sıcacık tebessümü ve sizlerin güler yüzü bize yalnız olmadığımızı gösterdi.</w:t>
      </w:r>
    </w:p>
    <w:p w14:paraId="264CEB67" w14:textId="77777777" w:rsidR="00142195" w:rsidRDefault="00000000">
      <w:pPr>
        <w:spacing w:after="100"/>
      </w:pPr>
      <w:r>
        <w:t>Bizler de okulumuzun kurallarına uyacak, çok çalışacak ve sizler gibi başarılı birer öğrenci olacağız. Bizleri aranıza kabul ettiğiniz ve sevgiyle kucakladığınız için teşekkür ederiz!</w:t>
      </w:r>
    </w:p>
    <w:p w14:paraId="6FEFA448" w14:textId="77777777" w:rsidR="00142195" w:rsidRDefault="00000000">
      <w:r>
        <w:br w:type="page"/>
      </w:r>
    </w:p>
    <w:p w14:paraId="577E6480" w14:textId="77777777" w:rsidR="00142195" w:rsidRDefault="00000000">
      <w:pPr>
        <w:pStyle w:val="Balk1"/>
        <w:spacing w:after="320"/>
        <w:jc w:val="center"/>
      </w:pPr>
      <w:r>
        <w:lastRenderedPageBreak/>
        <w:t>İLKÖĞRETİM HAFTASI ORATORYOSU</w:t>
      </w:r>
      <w:r>
        <w:br/>
        <w:t>"BİLGİ IŞIĞINDA AYDINLANAN YARINLAR"</w:t>
      </w:r>
    </w:p>
    <w:p w14:paraId="26E27691" w14:textId="77777777" w:rsidR="00142195" w:rsidRDefault="00000000">
      <w:pPr>
        <w:spacing w:after="120"/>
        <w:ind w:left="288"/>
      </w:pPr>
      <w:r>
        <w:rPr>
          <w:b/>
        </w:rPr>
        <w:t xml:space="preserve">1. Öğrenci: </w:t>
      </w:r>
      <w:r>
        <w:t>Bir eylül sabahı çaldı ilk ders zili... Dağıldı yaz uykusunun rehaveti, açıldı bilgi bahçesinin gonca gülleri!</w:t>
      </w:r>
    </w:p>
    <w:p w14:paraId="58EB5A03" w14:textId="77777777" w:rsidR="00142195" w:rsidRDefault="00000000">
      <w:pPr>
        <w:spacing w:after="120"/>
        <w:ind w:left="288"/>
      </w:pPr>
      <w:r>
        <w:rPr>
          <w:b/>
        </w:rPr>
        <w:t xml:space="preserve">2. Öğrenci: </w:t>
      </w:r>
      <w:r>
        <w:t>Sorar bana arkadaşım: Nedir ilköğretim? Nedir okul?</w:t>
      </w:r>
    </w:p>
    <w:p w14:paraId="57E90DEA" w14:textId="77777777" w:rsidR="00142195" w:rsidRDefault="00000000">
      <w:pPr>
        <w:spacing w:after="120"/>
        <w:ind w:left="288"/>
      </w:pPr>
      <w:r>
        <w:rPr>
          <w:b/>
        </w:rPr>
        <w:t xml:space="preserve">3. Öğrenci: </w:t>
      </w:r>
      <w:r>
        <w:t>İlköğretim, cehaletin karanlığını yırtan çelik bir kılıçtır!</w:t>
      </w:r>
    </w:p>
    <w:p w14:paraId="22C7A845" w14:textId="77777777" w:rsidR="00142195" w:rsidRDefault="00000000">
      <w:pPr>
        <w:spacing w:after="120"/>
        <w:ind w:left="288"/>
      </w:pPr>
      <w:r>
        <w:rPr>
          <w:b/>
        </w:rPr>
        <w:t xml:space="preserve">4. Öğrenci: </w:t>
      </w:r>
      <w:r>
        <w:t>İlköğretim; akıldır, fendir, vatanın her karış toprağına serpilen bereketli tohumdur!</w:t>
      </w:r>
    </w:p>
    <w:p w14:paraId="608F25DF" w14:textId="77777777" w:rsidR="00142195" w:rsidRDefault="00000000">
      <w:pPr>
        <w:spacing w:after="120"/>
        <w:ind w:left="288"/>
      </w:pPr>
      <w:r>
        <w:rPr>
          <w:b/>
        </w:rPr>
        <w:t xml:space="preserve">KORO: </w:t>
      </w:r>
      <w:r>
        <w:t>Biz buradayız! Işığa koşanlarız, geleceği ellerinde tutanlarız!</w:t>
      </w:r>
    </w:p>
    <w:p w14:paraId="6EACCECD" w14:textId="77777777" w:rsidR="00142195" w:rsidRDefault="00000000">
      <w:pPr>
        <w:spacing w:after="120"/>
        <w:ind w:left="288"/>
      </w:pPr>
      <w:r>
        <w:rPr>
          <w:b/>
        </w:rPr>
        <w:t xml:space="preserve">1. Öğrenci: </w:t>
      </w:r>
      <w:r>
        <w:t>Atatürk seslenir uzaklardan, ta Samsun’dan, ta Ankara’dan: "Gençler! Cumhuriyeti biz kurduk, onu yükseltecek ve yaşatacak sizlersiniz!"</w:t>
      </w:r>
    </w:p>
    <w:p w14:paraId="768672CC" w14:textId="77777777" w:rsidR="00142195" w:rsidRDefault="00000000">
      <w:pPr>
        <w:spacing w:after="120"/>
        <w:ind w:left="288"/>
      </w:pPr>
      <w:r>
        <w:rPr>
          <w:b/>
        </w:rPr>
        <w:t xml:space="preserve">2. Öğrenci: </w:t>
      </w:r>
      <w:r>
        <w:t>Andımız olsun Başöğretmenim! Kalemimiz kılıçtan keskin, azmimiz kayalardan serttir.</w:t>
      </w:r>
    </w:p>
    <w:p w14:paraId="1EEF04B5" w14:textId="77777777" w:rsidR="00142195" w:rsidRDefault="00000000">
      <w:pPr>
        <w:spacing w:after="120"/>
        <w:ind w:left="288"/>
      </w:pPr>
      <w:r>
        <w:rPr>
          <w:b/>
        </w:rPr>
        <w:t xml:space="preserve">3. Öğrenci: </w:t>
      </w:r>
      <w:r>
        <w:t>Öğretmenim açar yolu, uzatır şefkat dolu elini... Bir harf öğretir, bin kapı aralar dünyaya.</w:t>
      </w:r>
    </w:p>
    <w:p w14:paraId="52944C53" w14:textId="77777777" w:rsidR="00142195" w:rsidRDefault="00000000">
      <w:pPr>
        <w:spacing w:after="120"/>
        <w:ind w:left="288"/>
      </w:pPr>
      <w:r>
        <w:rPr>
          <w:b/>
        </w:rPr>
        <w:t xml:space="preserve">4. Öğrenci: </w:t>
      </w:r>
      <w:r>
        <w:t>Cehalet kaçar köşe bucak, her okul bir güneş gibi parlayacak!</w:t>
      </w:r>
    </w:p>
    <w:p w14:paraId="1E40EB50" w14:textId="77777777" w:rsidR="00142195" w:rsidRDefault="00000000">
      <w:pPr>
        <w:spacing w:after="120"/>
        <w:ind w:left="288"/>
      </w:pPr>
      <w:r>
        <w:rPr>
          <w:b/>
        </w:rPr>
        <w:t xml:space="preserve">KORO: </w:t>
      </w:r>
      <w:r>
        <w:t>Açılsın kitaplar, şenlensin sınıflar! Yaşasın ilköğretim, yaşasın aydınlık yarınlar!</w:t>
      </w:r>
    </w:p>
    <w:p w14:paraId="3B9029C4" w14:textId="77777777" w:rsidR="00142195" w:rsidRDefault="00000000">
      <w:r>
        <w:br w:type="page"/>
      </w:r>
    </w:p>
    <w:p w14:paraId="249F058B" w14:textId="77777777" w:rsidR="00142195" w:rsidRDefault="00000000">
      <w:pPr>
        <w:pStyle w:val="Balk1"/>
        <w:spacing w:after="360"/>
        <w:jc w:val="center"/>
      </w:pPr>
      <w:r>
        <w:lastRenderedPageBreak/>
        <w:t>EĞİTİM, BİLİM VE OKUL ÜZERİNE SEÇME ÖZLÜ SÖZLER</w:t>
      </w:r>
      <w:r>
        <w:br/>
        <w:t>(Öğrenci Sunumu)</w:t>
      </w:r>
    </w:p>
    <w:p w14:paraId="03A467F6" w14:textId="77777777" w:rsidR="00142195" w:rsidRDefault="00000000">
      <w:pPr>
        <w:spacing w:after="120"/>
        <w:ind w:left="288"/>
      </w:pPr>
      <w:r>
        <w:rPr>
          <w:b/>
        </w:rPr>
        <w:t xml:space="preserve">• Gazi Mustafa Kemal Atatürk: </w:t>
      </w:r>
      <w:r>
        <w:t>“Hayatta en hakiki mürşit ilimdir, fendir; ilim ve fenden başka yol gösterici aramak gaflettir, delalettir.”</w:t>
      </w:r>
    </w:p>
    <w:p w14:paraId="55350043" w14:textId="77777777" w:rsidR="00142195" w:rsidRDefault="00000000">
      <w:pPr>
        <w:spacing w:after="120"/>
        <w:ind w:left="288"/>
      </w:pPr>
      <w:r>
        <w:rPr>
          <w:b/>
        </w:rPr>
        <w:t xml:space="preserve">• Gazi Mustafa Kemal Atatürk: </w:t>
      </w:r>
      <w:r>
        <w:t>“Milletleri kurtaranlar yalnız ve ancak öğretmenlerdir. Öğretmenden, eğiticiden mahrum bir millet, henüz bir millet adını alma yeteneğini kazanamamıştır.”</w:t>
      </w:r>
    </w:p>
    <w:p w14:paraId="6D57F782" w14:textId="77777777" w:rsidR="00142195" w:rsidRDefault="00000000">
      <w:pPr>
        <w:spacing w:after="120"/>
        <w:ind w:left="288"/>
      </w:pPr>
      <w:r>
        <w:rPr>
          <w:b/>
        </w:rPr>
        <w:t xml:space="preserve">• Hz. Ali (r.a.): </w:t>
      </w:r>
      <w:r>
        <w:t>“Bana bir harf öğretenin kırk yıl kölesi olurum.”</w:t>
      </w:r>
    </w:p>
    <w:p w14:paraId="62BF2904" w14:textId="77777777" w:rsidR="00142195" w:rsidRDefault="00000000">
      <w:pPr>
        <w:spacing w:after="120"/>
        <w:ind w:left="288"/>
      </w:pPr>
      <w:r>
        <w:rPr>
          <w:b/>
        </w:rPr>
        <w:t xml:space="preserve">• Yunus Emre: </w:t>
      </w:r>
      <w:r>
        <w:t>“İlim ilim bilmektir, ilim kendin bilmektir. Sen kendini bilmezsen, ya nice okumaktır.”</w:t>
      </w:r>
    </w:p>
    <w:p w14:paraId="5A9562C8" w14:textId="77777777" w:rsidR="00142195" w:rsidRDefault="00000000">
      <w:pPr>
        <w:spacing w:after="120"/>
        <w:ind w:left="288"/>
      </w:pPr>
      <w:r>
        <w:rPr>
          <w:b/>
        </w:rPr>
        <w:t xml:space="preserve">• Victor Hugo: </w:t>
      </w:r>
      <w:r>
        <w:t>“Bir okul açan, bir hapishane kapatır.”</w:t>
      </w:r>
    </w:p>
    <w:p w14:paraId="2FFB74D0" w14:textId="77777777" w:rsidR="00142195" w:rsidRDefault="00000000">
      <w:pPr>
        <w:spacing w:after="120"/>
        <w:ind w:left="288"/>
      </w:pPr>
      <w:r>
        <w:rPr>
          <w:b/>
        </w:rPr>
        <w:t xml:space="preserve">• Sokrates: </w:t>
      </w:r>
      <w:r>
        <w:t>“Eğitim, kıvılcımla ateş yakmaktır; boş bir kabı doldurmak değildir.”</w:t>
      </w:r>
    </w:p>
    <w:p w14:paraId="5CBD2774" w14:textId="77777777" w:rsidR="00142195" w:rsidRDefault="00000000">
      <w:pPr>
        <w:spacing w:after="120"/>
        <w:ind w:left="288"/>
      </w:pPr>
      <w:r>
        <w:rPr>
          <w:b/>
        </w:rPr>
        <w:t xml:space="preserve">• Benjamin Franklin: </w:t>
      </w:r>
      <w:r>
        <w:t>“Bilgiye yapılan yatırım, en yüksek faizi öder.”</w:t>
      </w:r>
    </w:p>
    <w:p w14:paraId="5F9F6973" w14:textId="77777777" w:rsidR="00142195" w:rsidRDefault="00000000">
      <w:pPr>
        <w:spacing w:after="120"/>
        <w:ind w:left="288"/>
      </w:pPr>
      <w:r>
        <w:rPr>
          <w:b/>
        </w:rPr>
        <w:t xml:space="preserve">• Konfüçyüs: </w:t>
      </w:r>
      <w:r>
        <w:t>“Öğrenmek akıntıya karşı kürek çekmek gibidir; bıraktığın anda geri gidersin.”</w:t>
      </w:r>
    </w:p>
    <w:p w14:paraId="019D5898" w14:textId="77777777" w:rsidR="00142195" w:rsidRDefault="00000000">
      <w:pPr>
        <w:spacing w:after="120"/>
        <w:ind w:left="288"/>
      </w:pPr>
      <w:r>
        <w:rPr>
          <w:b/>
        </w:rPr>
        <w:t xml:space="preserve">• Seneca: </w:t>
      </w:r>
      <w:r>
        <w:t>“Kitapsız yaşamak; kör, sağır ve dilsiz yaşamaktır.”</w:t>
      </w:r>
    </w:p>
    <w:p w14:paraId="0C5C5D58" w14:textId="77777777" w:rsidR="00142195" w:rsidRDefault="00000000">
      <w:pPr>
        <w:spacing w:after="120"/>
        <w:ind w:left="288"/>
      </w:pPr>
      <w:r>
        <w:rPr>
          <w:b/>
        </w:rPr>
        <w:t xml:space="preserve">• Albert Einstein: </w:t>
      </w:r>
      <w:r>
        <w:t>“Eğitim, insanın okulda öğrendiği her şeyi unuttuktan sonra arta kalandır.”</w:t>
      </w:r>
    </w:p>
    <w:p w14:paraId="4E75AD32" w14:textId="77777777" w:rsidR="00142195" w:rsidRDefault="00000000">
      <w:r>
        <w:br w:type="page"/>
      </w:r>
    </w:p>
    <w:p w14:paraId="13822D4C" w14:textId="77777777" w:rsidR="00142195" w:rsidRDefault="00000000">
      <w:pPr>
        <w:pStyle w:val="Balk1"/>
        <w:jc w:val="center"/>
      </w:pPr>
      <w:r>
        <w:lastRenderedPageBreak/>
        <w:t>İLKÖĞRETİM HAFTASI</w:t>
      </w:r>
    </w:p>
    <w:p w14:paraId="04107B67" w14:textId="77777777" w:rsidR="00142195" w:rsidRDefault="00000000">
      <w:pPr>
        <w:spacing w:after="360"/>
        <w:jc w:val="center"/>
      </w:pPr>
      <w:r>
        <w:rPr>
          <w:i/>
        </w:rPr>
        <w:t>İ. Hakkı TALAS</w:t>
      </w:r>
    </w:p>
    <w:p w14:paraId="075ADA24" w14:textId="77777777" w:rsidR="00142195" w:rsidRDefault="00000000">
      <w:r>
        <w:t>Yine açıldı okullar,</w:t>
      </w:r>
      <w:r>
        <w:br/>
        <w:t>Doldu neşeyle sokaklar.</w:t>
      </w:r>
      <w:r>
        <w:br/>
        <w:t>Kitap, defter elimizde,</w:t>
      </w:r>
      <w:r>
        <w:br/>
        <w:t>Gülüyor bütün çocuklar.</w:t>
      </w:r>
    </w:p>
    <w:p w14:paraId="436F41A3" w14:textId="77777777" w:rsidR="00142195" w:rsidRDefault="00000000">
      <w:r>
        <w:t>Bir yıldır ayrı kaldık,</w:t>
      </w:r>
      <w:r>
        <w:br/>
        <w:t>Gözümüzde tüttü okul.</w:t>
      </w:r>
      <w:r>
        <w:br/>
        <w:t>Arkadaşla kaynaştık,</w:t>
      </w:r>
      <w:r>
        <w:br/>
        <w:t>Şenlendi yine okul.</w:t>
      </w:r>
    </w:p>
    <w:p w14:paraId="1E35EAA6" w14:textId="77777777" w:rsidR="00142195" w:rsidRDefault="00000000">
      <w:r>
        <w:t>Biz okullu çocuklarız,</w:t>
      </w:r>
      <w:r>
        <w:br/>
        <w:t>Bilgi saçarız her yana.</w:t>
      </w:r>
      <w:r>
        <w:br/>
        <w:t>Yarınlara koşarız,</w:t>
      </w:r>
      <w:r>
        <w:br/>
        <w:t>Işık oluruz vatana.</w:t>
      </w:r>
    </w:p>
    <w:p w14:paraId="1577B361" w14:textId="77777777" w:rsidR="00142195" w:rsidRDefault="00000000">
      <w:r>
        <w:t>Çalışkan olmalıyız,</w:t>
      </w:r>
      <w:r>
        <w:br/>
        <w:t>Yurdu aydınlatmalıyız.</w:t>
      </w:r>
      <w:r>
        <w:br/>
        <w:t>Atatürk’ün izinde,</w:t>
      </w:r>
      <w:r>
        <w:br/>
        <w:t>Biz hep ileri varmalıyız.</w:t>
      </w:r>
    </w:p>
    <w:p w14:paraId="2C29583F" w14:textId="77777777" w:rsidR="00142195" w:rsidRDefault="00000000">
      <w:r>
        <w:br w:type="page"/>
      </w:r>
    </w:p>
    <w:p w14:paraId="492B31B7" w14:textId="77777777" w:rsidR="00142195" w:rsidRDefault="00000000">
      <w:pPr>
        <w:pStyle w:val="Balk1"/>
        <w:jc w:val="center"/>
      </w:pPr>
      <w:r>
        <w:lastRenderedPageBreak/>
        <w:t>AÇILDI OKULUMUZ</w:t>
      </w:r>
    </w:p>
    <w:p w14:paraId="191F289A" w14:textId="77777777" w:rsidR="00142195" w:rsidRDefault="00000000">
      <w:pPr>
        <w:spacing w:after="360"/>
        <w:jc w:val="center"/>
      </w:pPr>
      <w:r>
        <w:rPr>
          <w:i/>
        </w:rPr>
        <w:t>Anonim</w:t>
      </w:r>
    </w:p>
    <w:p w14:paraId="5B655DBB" w14:textId="77777777" w:rsidR="00142195" w:rsidRDefault="00000000">
      <w:r>
        <w:t>Neşeliyiz hepimiz,</w:t>
      </w:r>
      <w:r>
        <w:br/>
        <w:t>Gülüyor yüzlerimiz.</w:t>
      </w:r>
      <w:r>
        <w:br/>
        <w:t>Kavuştuk okulumuza,</w:t>
      </w:r>
      <w:r>
        <w:br/>
        <w:t>Açıldı bilgi denizimiz.</w:t>
      </w:r>
    </w:p>
    <w:p w14:paraId="5AC9BB34" w14:textId="77777777" w:rsidR="00142195" w:rsidRDefault="00000000">
      <w:r>
        <w:t>Kalemler, defterler hazır,</w:t>
      </w:r>
      <w:r>
        <w:br/>
        <w:t>Zil çaldı neşeyle bakın.</w:t>
      </w:r>
      <w:r>
        <w:br/>
        <w:t>Sınıflar bilgi dolu,</w:t>
      </w:r>
      <w:r>
        <w:br/>
        <w:t>Öğretmenim cana yakın.</w:t>
      </w:r>
    </w:p>
    <w:p w14:paraId="081FA5CB" w14:textId="77777777" w:rsidR="00142195" w:rsidRDefault="00000000">
      <w:r>
        <w:t>Tembellik bize yakışmaz,</w:t>
      </w:r>
      <w:r>
        <w:br/>
        <w:t>Zaman boş yere akmaz.</w:t>
      </w:r>
      <w:r>
        <w:br/>
        <w:t>Okuyan, çok çalışan,</w:t>
      </w:r>
      <w:r>
        <w:br/>
        <w:t>Hiçbir zaman yolda kalmaz.</w:t>
      </w:r>
    </w:p>
    <w:p w14:paraId="4127FF70" w14:textId="77777777" w:rsidR="00142195" w:rsidRDefault="00000000">
      <w:r>
        <w:t>Açıldı okulumuz,</w:t>
      </w:r>
      <w:r>
        <w:br/>
        <w:t>Aydınlandı yolumuz.</w:t>
      </w:r>
      <w:r>
        <w:br/>
        <w:t>Sevgiyle, bilgiyle dolsun,</w:t>
      </w:r>
      <w:r>
        <w:br/>
        <w:t>Yeni ders yılımız!</w:t>
      </w:r>
    </w:p>
    <w:p w14:paraId="367F4959" w14:textId="77777777" w:rsidR="00142195" w:rsidRDefault="00000000">
      <w:r>
        <w:br w:type="page"/>
      </w:r>
    </w:p>
    <w:p w14:paraId="4C2DB71E" w14:textId="77777777" w:rsidR="00142195" w:rsidRDefault="00000000">
      <w:pPr>
        <w:pStyle w:val="Balk1"/>
        <w:jc w:val="center"/>
      </w:pPr>
      <w:r>
        <w:lastRenderedPageBreak/>
        <w:t>OKUL TÜRKÜSÜ</w:t>
      </w:r>
    </w:p>
    <w:p w14:paraId="10D6E74C" w14:textId="77777777" w:rsidR="00142195" w:rsidRDefault="00000000">
      <w:pPr>
        <w:spacing w:after="360"/>
        <w:jc w:val="center"/>
      </w:pPr>
      <w:r>
        <w:rPr>
          <w:i/>
        </w:rPr>
        <w:t>Vasfi Mahir KOCATÜRK</w:t>
      </w:r>
    </w:p>
    <w:p w14:paraId="1F740995" w14:textId="77777777" w:rsidR="00142195" w:rsidRDefault="00000000">
      <w:r>
        <w:t>Çok severiz biz okulu,</w:t>
      </w:r>
      <w:r>
        <w:br/>
        <w:t>İçi bilgi, neşe dolu.</w:t>
      </w:r>
      <w:r>
        <w:br/>
        <w:t>Aydınlığa doğru giden,</w:t>
      </w:r>
      <w:r>
        <w:br/>
        <w:t>En güzeldir okul yolu.</w:t>
      </w:r>
    </w:p>
    <w:p w14:paraId="41A04ABB" w14:textId="77777777" w:rsidR="00142195" w:rsidRDefault="00000000">
      <w:r>
        <w:t>Burda öğreniriz dünü,</w:t>
      </w:r>
      <w:r>
        <w:br/>
        <w:t>Yarını ve bugünü.</w:t>
      </w:r>
      <w:r>
        <w:br/>
        <w:t>Öğretmenler aydınlatır,</w:t>
      </w:r>
      <w:r>
        <w:br/>
        <w:t>Bize her güzel yönü.</w:t>
      </w:r>
    </w:p>
    <w:p w14:paraId="3D5FCB37" w14:textId="77777777" w:rsidR="00142195" w:rsidRDefault="00000000">
      <w:r>
        <w:t>Kitaplar en iyi dosttur,</w:t>
      </w:r>
      <w:r>
        <w:br/>
        <w:t>Okumak en yüce huydur.</w:t>
      </w:r>
      <w:r>
        <w:br/>
        <w:t>Bize hayatı sevdiren,</w:t>
      </w:r>
      <w:r>
        <w:br/>
        <w:t>Okul kutsal bir duygudur.</w:t>
      </w:r>
    </w:p>
    <w:p w14:paraId="1F03CA4F" w14:textId="77777777" w:rsidR="00142195" w:rsidRDefault="00000000">
      <w:r>
        <w:t>Ayrılsak da tatillerde,</w:t>
      </w:r>
      <w:r>
        <w:br/>
        <w:t>Aklı kalır hep geride.</w:t>
      </w:r>
      <w:r>
        <w:br/>
        <w:t>Coşkuyla çalar zilimiz,</w:t>
      </w:r>
      <w:r>
        <w:br/>
        <w:t>Başlar neşeli günlerimiz!</w:t>
      </w:r>
    </w:p>
    <w:p w14:paraId="6F74FD8E" w14:textId="77777777" w:rsidR="00142195" w:rsidRDefault="00000000">
      <w:r>
        <w:br w:type="page"/>
      </w:r>
    </w:p>
    <w:p w14:paraId="76302E03" w14:textId="77777777" w:rsidR="00142195" w:rsidRDefault="00000000">
      <w:pPr>
        <w:pStyle w:val="Balk1"/>
        <w:jc w:val="center"/>
      </w:pPr>
      <w:r>
        <w:lastRenderedPageBreak/>
        <w:t>ÖĞRETMENİM</w:t>
      </w:r>
    </w:p>
    <w:p w14:paraId="31622BFE" w14:textId="77777777" w:rsidR="00142195" w:rsidRDefault="00000000">
      <w:pPr>
        <w:spacing w:after="360"/>
        <w:jc w:val="center"/>
      </w:pPr>
      <w:r>
        <w:rPr>
          <w:i/>
        </w:rPr>
        <w:t>Ceyhun Atuf KANSU</w:t>
      </w:r>
    </w:p>
    <w:p w14:paraId="1E3E6F57" w14:textId="77777777" w:rsidR="00142195" w:rsidRDefault="00000000">
      <w:r>
        <w:t>Alfabenin ilk harfi gibi,</w:t>
      </w:r>
      <w:r>
        <w:br/>
        <w:t>Sen açtın dünyamı öğretmenim.</w:t>
      </w:r>
      <w:r>
        <w:br/>
        <w:t>Karanlık gecede kutup yıldızı,</w:t>
      </w:r>
      <w:r>
        <w:br/>
        <w:t>Bize yol gösteren sensin öğretmenim.</w:t>
      </w:r>
    </w:p>
    <w:p w14:paraId="5C421BB2" w14:textId="77777777" w:rsidR="00142195" w:rsidRDefault="00000000">
      <w:r>
        <w:t>Topraktık, fidan ettin bizi,</w:t>
      </w:r>
      <w:r>
        <w:br/>
        <w:t>Güneş gibi ısıttın içimizi.</w:t>
      </w:r>
      <w:r>
        <w:br/>
        <w:t>Tarihi, yurdu, sevgiyi bildik,</w:t>
      </w:r>
      <w:r>
        <w:br/>
        <w:t>Senin ellerinde filizlendik.</w:t>
      </w:r>
    </w:p>
    <w:p w14:paraId="6F2D5341" w14:textId="77777777" w:rsidR="00142195" w:rsidRDefault="00000000">
      <w:r>
        <w:t>Yorulmak bilmez o şefkatli sesin,</w:t>
      </w:r>
      <w:r>
        <w:br/>
        <w:t>Bize güç verir her bir nefesin.</w:t>
      </w:r>
      <w:r>
        <w:br/>
        <w:t>Vatan gibi kutsalsın başımızda,</w:t>
      </w:r>
      <w:r>
        <w:br/>
        <w:t>Emeğin var her adımımızda!</w:t>
      </w:r>
    </w:p>
    <w:p w14:paraId="38DFCB6A" w14:textId="77777777" w:rsidR="00142195" w:rsidRDefault="00000000">
      <w:r>
        <w:br w:type="page"/>
      </w:r>
    </w:p>
    <w:p w14:paraId="7C8B8370" w14:textId="77777777" w:rsidR="00142195" w:rsidRDefault="00000000">
      <w:pPr>
        <w:pStyle w:val="Balk1"/>
        <w:jc w:val="center"/>
      </w:pPr>
      <w:r>
        <w:lastRenderedPageBreak/>
        <w:t>YENİ DERS YILI</w:t>
      </w:r>
    </w:p>
    <w:p w14:paraId="0F3E490A" w14:textId="77777777" w:rsidR="00142195" w:rsidRDefault="00000000">
      <w:pPr>
        <w:spacing w:after="360"/>
        <w:jc w:val="center"/>
      </w:pPr>
      <w:r>
        <w:rPr>
          <w:i/>
        </w:rPr>
        <w:t>Aka GÜNDÜZ</w:t>
      </w:r>
    </w:p>
    <w:p w14:paraId="6384C718" w14:textId="77777777" w:rsidR="00142195" w:rsidRDefault="00000000">
      <w:r>
        <w:t>Güneş doğdu yine parlak,</w:t>
      </w:r>
      <w:r>
        <w:br/>
        <w:t>Açıldı işte ak yaprak.</w:t>
      </w:r>
      <w:r>
        <w:br/>
        <w:t>Çalışmanın zamanıdır,</w:t>
      </w:r>
      <w:r>
        <w:br/>
        <w:t>Boş duranlar kalır kurak.</w:t>
      </w:r>
    </w:p>
    <w:p w14:paraId="77D6C1FA" w14:textId="77777777" w:rsidR="00142195" w:rsidRDefault="00000000">
      <w:r>
        <w:t>Koşun çocuklar koşun,</w:t>
      </w:r>
      <w:r>
        <w:br/>
        <w:t>Sınıflar bilgiyle dolsun.</w:t>
      </w:r>
      <w:r>
        <w:br/>
        <w:t>Yeni ders yılımız bugün,</w:t>
      </w:r>
      <w:r>
        <w:br/>
        <w:t>Milletimize kutlu olsun!</w:t>
      </w:r>
    </w:p>
    <w:p w14:paraId="04DC80FF" w14:textId="77777777" w:rsidR="00142195" w:rsidRDefault="00000000">
      <w:r>
        <w:t>Kitap defter el ele,</w:t>
      </w:r>
      <w:r>
        <w:br/>
        <w:t>Girelim yeni yıla neşeyle.</w:t>
      </w:r>
      <w:r>
        <w:br/>
        <w:t>Bizi bekler güzel yarınlar,</w:t>
      </w:r>
      <w:r>
        <w:br/>
        <w:t>Yükselsin bu aziz diyar!</w:t>
      </w:r>
    </w:p>
    <w:sectPr w:rsidR="00142195" w:rsidSect="00B64813">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42303841">
    <w:abstractNumId w:val="8"/>
  </w:num>
  <w:num w:numId="2" w16cid:durableId="716852841">
    <w:abstractNumId w:val="6"/>
  </w:num>
  <w:num w:numId="3" w16cid:durableId="1574973671">
    <w:abstractNumId w:val="5"/>
  </w:num>
  <w:num w:numId="4" w16cid:durableId="905065725">
    <w:abstractNumId w:val="4"/>
  </w:num>
  <w:num w:numId="5" w16cid:durableId="1964075417">
    <w:abstractNumId w:val="7"/>
  </w:num>
  <w:num w:numId="6" w16cid:durableId="1235895486">
    <w:abstractNumId w:val="3"/>
  </w:num>
  <w:num w:numId="7" w16cid:durableId="1549298028">
    <w:abstractNumId w:val="2"/>
  </w:num>
  <w:num w:numId="8" w16cid:durableId="1373193440">
    <w:abstractNumId w:val="1"/>
  </w:num>
  <w:num w:numId="9" w16cid:durableId="287899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5CF"/>
    <w:rsid w:val="0006063C"/>
    <w:rsid w:val="00142195"/>
    <w:rsid w:val="0015074B"/>
    <w:rsid w:val="0029639D"/>
    <w:rsid w:val="00326F90"/>
    <w:rsid w:val="007E456D"/>
    <w:rsid w:val="00AA1D8D"/>
    <w:rsid w:val="00B47730"/>
    <w:rsid w:val="00B6481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1A61B"/>
  <w14:defaultImageDpi w14:val="300"/>
  <w15:docId w15:val="{6195FA18-DF2B-40B5-BF54-4C179DB8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2026-09-20T19:37:00Z</dcterms:modified>
  <cp:category/>
</cp:coreProperties>
</file>