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88492" w14:textId="77777777" w:rsidR="00116206" w:rsidRDefault="00116206"/>
    <w:p w14:paraId="3B129C85" w14:textId="77777777" w:rsidR="00116206" w:rsidRDefault="00116206"/>
    <w:p w14:paraId="540B7F18" w14:textId="77777777" w:rsidR="00116206" w:rsidRDefault="00116206"/>
    <w:p w14:paraId="5817A152" w14:textId="77777777" w:rsidR="00116206" w:rsidRDefault="00116206"/>
    <w:p w14:paraId="1D94AC52" w14:textId="77777777" w:rsidR="00116206" w:rsidRDefault="00116206"/>
    <w:p w14:paraId="6BA37DFC" w14:textId="77777777" w:rsidR="00116206" w:rsidRDefault="00116206"/>
    <w:p w14:paraId="7A250F39" w14:textId="77777777" w:rsidR="00116206" w:rsidRDefault="00116206"/>
    <w:p w14:paraId="7AC60673" w14:textId="77777777" w:rsidR="00116206" w:rsidRDefault="00000000">
      <w:pPr>
        <w:jc w:val="center"/>
      </w:pPr>
      <w:r>
        <w:rPr>
          <w:b/>
          <w:sz w:val="32"/>
        </w:rPr>
        <w:t>T.C.</w:t>
      </w:r>
      <w:r>
        <w:rPr>
          <w:b/>
          <w:sz w:val="32"/>
        </w:rPr>
        <w:br/>
        <w:t>.................................................................... MÜDÜRLÜĞÜ</w:t>
      </w:r>
    </w:p>
    <w:p w14:paraId="19F256A7" w14:textId="77777777" w:rsidR="00116206" w:rsidRDefault="00116206"/>
    <w:p w14:paraId="00F2F54D" w14:textId="77777777" w:rsidR="00116206" w:rsidRDefault="00116206"/>
    <w:p w14:paraId="03B93A08" w14:textId="77777777" w:rsidR="00116206" w:rsidRDefault="00116206"/>
    <w:p w14:paraId="73F3FB14" w14:textId="77777777" w:rsidR="00116206" w:rsidRDefault="00116206"/>
    <w:p w14:paraId="71F4201D" w14:textId="35B0C712" w:rsidR="00116206" w:rsidRDefault="00000000">
      <w:pPr>
        <w:jc w:val="center"/>
      </w:pPr>
      <w:r>
        <w:rPr>
          <w:b/>
          <w:sz w:val="44"/>
        </w:rPr>
        <w:t>İLKÖĞRETİM HAFTASI KUTLAMA PROGRAMI</w:t>
      </w:r>
      <w:r>
        <w:rPr>
          <w:b/>
          <w:sz w:val="44"/>
        </w:rPr>
        <w:br/>
      </w:r>
    </w:p>
    <w:p w14:paraId="3D80DE10" w14:textId="77777777" w:rsidR="00116206" w:rsidRDefault="00116206"/>
    <w:p w14:paraId="13D3EA73" w14:textId="77777777" w:rsidR="00116206" w:rsidRDefault="00116206"/>
    <w:p w14:paraId="43D60110" w14:textId="77777777" w:rsidR="00116206" w:rsidRDefault="00116206"/>
    <w:p w14:paraId="03F3A100" w14:textId="77777777" w:rsidR="00116206" w:rsidRDefault="00116206"/>
    <w:p w14:paraId="34743CD7" w14:textId="77777777" w:rsidR="00116206" w:rsidRDefault="00116206"/>
    <w:p w14:paraId="6A4ED4A7" w14:textId="77777777" w:rsidR="00116206" w:rsidRDefault="00116206"/>
    <w:p w14:paraId="6D40EE9F" w14:textId="77777777" w:rsidR="00116206" w:rsidRDefault="00116206"/>
    <w:p w14:paraId="6F0F2F70" w14:textId="77777777" w:rsidR="00116206" w:rsidRDefault="00000000">
      <w:pPr>
        <w:jc w:val="center"/>
      </w:pPr>
      <w:r>
        <w:rPr>
          <w:b/>
          <w:sz w:val="26"/>
        </w:rPr>
        <w:t>20... - 20... EĞİTİM ÖĞRETİM YILI</w:t>
      </w:r>
    </w:p>
    <w:p w14:paraId="349BC842" w14:textId="77777777" w:rsidR="00116206" w:rsidRDefault="00000000">
      <w:r>
        <w:br w:type="page"/>
      </w:r>
    </w:p>
    <w:p w14:paraId="575E6D75" w14:textId="77777777" w:rsidR="00116206" w:rsidRDefault="00000000">
      <w:pPr>
        <w:spacing w:after="400"/>
        <w:jc w:val="center"/>
      </w:pPr>
      <w:r>
        <w:rPr>
          <w:b/>
          <w:sz w:val="26"/>
        </w:rPr>
        <w:lastRenderedPageBreak/>
        <w:t>.................................................................... MÜDÜRLÜĞÜNE</w:t>
      </w:r>
    </w:p>
    <w:p w14:paraId="5C9A0768" w14:textId="77777777" w:rsidR="00116206" w:rsidRDefault="00000000">
      <w:pPr>
        <w:spacing w:after="240"/>
      </w:pPr>
      <w:r>
        <w:t xml:space="preserve">       Hazırlamış olduğumuz "İlköğretim Haftası" kutlama programını .../.../20... günü saat ........’da okul bahçesinde / konferans salonunda gerçekleştirmek istiyoruz. Kutlama programı akışı aşağıda belirtilmiştir.</w:t>
      </w:r>
    </w:p>
    <w:p w14:paraId="1C1AFBD2" w14:textId="77777777" w:rsidR="00116206" w:rsidRDefault="00000000">
      <w:pPr>
        <w:spacing w:after="360"/>
      </w:pPr>
      <w:r>
        <w:t xml:space="preserve">       Gereğini bilgilerinize arz ederim.</w:t>
      </w:r>
    </w:p>
    <w:p w14:paraId="523B755D" w14:textId="77777777" w:rsidR="00116206" w:rsidRDefault="00000000">
      <w:pPr>
        <w:spacing w:after="160"/>
      </w:pPr>
      <w:r>
        <w:rPr>
          <w:b/>
        </w:rPr>
        <w:t>PROGRAM AKIŞI:</w:t>
      </w:r>
    </w:p>
    <w:p w14:paraId="4E1254F7" w14:textId="77777777" w:rsidR="00116206" w:rsidRDefault="00000000">
      <w:pPr>
        <w:spacing w:after="100"/>
        <w:ind w:left="432"/>
      </w:pPr>
      <w:r>
        <w:t>1. Açılış, Saygı Duruşu ve İstiklâl Marşı</w:t>
      </w:r>
    </w:p>
    <w:p w14:paraId="30525BF3" w14:textId="77777777" w:rsidR="00116206" w:rsidRDefault="00000000">
      <w:pPr>
        <w:spacing w:after="100"/>
        <w:ind w:left="432"/>
      </w:pPr>
      <w:r>
        <w:t>2. Günün Anlam ve Önemini Belirten Konuşmanın Yapılması (Öğretmen Konuşması)</w:t>
      </w:r>
    </w:p>
    <w:p w14:paraId="629E5969" w14:textId="77777777" w:rsidR="00116206" w:rsidRDefault="00000000">
      <w:pPr>
        <w:spacing w:after="100"/>
        <w:ind w:left="432"/>
      </w:pPr>
      <w:r>
        <w:t>3. Şiir: "İlköğretim Haftası" (İ. Hakkı TALAS)</w:t>
      </w:r>
    </w:p>
    <w:p w14:paraId="6FD8ECB4" w14:textId="77777777" w:rsidR="00116206" w:rsidRDefault="00000000">
      <w:pPr>
        <w:spacing w:after="100"/>
        <w:ind w:left="432"/>
      </w:pPr>
      <w:r>
        <w:t>4. Öğrenci Temsilcisinin Konuşması ("Okula Başlarken")</w:t>
      </w:r>
    </w:p>
    <w:p w14:paraId="6FFDB43E" w14:textId="77777777" w:rsidR="00116206" w:rsidRDefault="00000000">
      <w:pPr>
        <w:spacing w:after="100"/>
        <w:ind w:left="432"/>
      </w:pPr>
      <w:r>
        <w:t>5. Şiir: "Açıldı Okulumuz"</w:t>
      </w:r>
    </w:p>
    <w:p w14:paraId="72F89C4A" w14:textId="77777777" w:rsidR="00116206" w:rsidRDefault="00000000">
      <w:pPr>
        <w:spacing w:after="100"/>
        <w:ind w:left="432"/>
      </w:pPr>
      <w:r>
        <w:t>6. Okul ve Eğitim Üzerine Özlü Sözlerin Okunması</w:t>
      </w:r>
    </w:p>
    <w:p w14:paraId="4690C722" w14:textId="77777777" w:rsidR="00116206" w:rsidRDefault="00000000">
      <w:pPr>
        <w:spacing w:after="100"/>
        <w:ind w:left="432"/>
      </w:pPr>
      <w:r>
        <w:t>7. Şiir: "Okul Türküsü" (Vasfi Mahir KOCATÜRK)</w:t>
      </w:r>
    </w:p>
    <w:p w14:paraId="3B342DC2" w14:textId="77777777" w:rsidR="00116206" w:rsidRDefault="00000000">
      <w:pPr>
        <w:spacing w:after="100"/>
        <w:ind w:left="432"/>
      </w:pPr>
      <w:r>
        <w:t>8. Okula Yeni Başlayan Öğrencilere "Hoş Geldiniz" Çiçeği Takdimi ve Kapanış</w:t>
      </w:r>
    </w:p>
    <w:p w14:paraId="5BCC2D1D" w14:textId="77777777" w:rsidR="00116206" w:rsidRDefault="00116206">
      <w:pPr>
        <w:spacing w:after="500"/>
      </w:pPr>
    </w:p>
    <w:tbl>
      <w:tblPr>
        <w:tblW w:w="0" w:type="auto"/>
        <w:jc w:val="center"/>
        <w:tblLook w:val="04A0" w:firstRow="1" w:lastRow="0" w:firstColumn="1" w:lastColumn="0" w:noHBand="0" w:noVBand="1"/>
      </w:tblPr>
      <w:tblGrid>
        <w:gridCol w:w="4608"/>
        <w:gridCol w:w="4608"/>
      </w:tblGrid>
      <w:tr w:rsidR="00116206" w14:paraId="7BCBACAF" w14:textId="77777777">
        <w:trPr>
          <w:jc w:val="center"/>
        </w:trPr>
        <w:tc>
          <w:tcPr>
            <w:tcW w:w="4608" w:type="dxa"/>
          </w:tcPr>
          <w:p w14:paraId="42EB8FDF" w14:textId="77777777" w:rsidR="00116206"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61FB2BC9" w14:textId="77777777" w:rsidR="00116206" w:rsidRDefault="00000000">
            <w:pPr>
              <w:jc w:val="center"/>
            </w:pPr>
            <w:r>
              <w:rPr>
                <w:b/>
              </w:rPr>
              <w:t>... / ... / 20...</w:t>
            </w:r>
            <w:r>
              <w:rPr>
                <w:b/>
              </w:rPr>
              <w:br/>
              <w:t>UYGUNDUR</w:t>
            </w:r>
            <w:r>
              <w:rPr>
                <w:b/>
              </w:rPr>
              <w:br/>
            </w:r>
            <w:r>
              <w:rPr>
                <w:b/>
              </w:rPr>
              <w:br/>
            </w:r>
            <w:r>
              <w:rPr>
                <w:b/>
              </w:rPr>
              <w:br/>
              <w:t>...................................................</w:t>
            </w:r>
            <w:r>
              <w:rPr>
                <w:b/>
              </w:rPr>
              <w:br/>
            </w:r>
            <w:r>
              <w:t>Okul Müdürü</w:t>
            </w:r>
          </w:p>
        </w:tc>
      </w:tr>
    </w:tbl>
    <w:p w14:paraId="4FACC0A4" w14:textId="77777777" w:rsidR="00116206" w:rsidRDefault="00000000">
      <w:r>
        <w:br w:type="page"/>
      </w:r>
    </w:p>
    <w:p w14:paraId="31673237" w14:textId="77777777" w:rsidR="00116206" w:rsidRDefault="00000000">
      <w:pPr>
        <w:pStyle w:val="Balk1"/>
        <w:spacing w:after="360"/>
        <w:jc w:val="center"/>
      </w:pPr>
      <w:r>
        <w:lastRenderedPageBreak/>
        <w:t>İLKÖĞRETİM HAFTASI KUTLAMA PROGRAMI</w:t>
      </w:r>
      <w:r>
        <w:br/>
        <w:t>PROGRAM SUNUCU METNİ</w:t>
      </w:r>
    </w:p>
    <w:p w14:paraId="5EFE2B44" w14:textId="77777777" w:rsidR="00116206" w:rsidRDefault="00000000">
      <w:pPr>
        <w:spacing w:after="240"/>
      </w:pPr>
      <w:r>
        <w:rPr>
          <w:b/>
        </w:rPr>
        <w:t>1- AÇILIŞ VE SAYGI DURUŞU / İSTİKLÂL MARŞI ÇAĞRISI</w:t>
      </w:r>
      <w:r>
        <w:rPr>
          <w:b/>
        </w:rPr>
        <w:br/>
      </w:r>
      <w:r>
        <w:t>Sayın Okul Müdürüm, Değerli Öğretmenlerim, Kıymetli Veliler ve Sevgili Arkadaşlarım,</w:t>
      </w:r>
      <w:r>
        <w:br/>
      </w:r>
      <w:r>
        <w:br/>
        <w:t>Yeni bir eğitim-öğretim yılına adım atmanın heyecanı, sevinci ve coşkusu içerisindeyiz. Bilgiye açılan kapıların aralandığı, dostlukların pekiştiği ve geleceğe umutla yürüdüğümüz İlköğretim Haftası kutlama programına hoş geldiniz.</w:t>
      </w:r>
      <w:r>
        <w:br/>
      </w:r>
      <w:r>
        <w:br/>
        <w:t>Sizleri; başta Cumhuriyetimizin kurucusu, Başöğretmenimiz Gazi Mustafa Kemal Atatürk ve silah arkadaşları olmak üzere, görevi başında şehit düşen aziz öğretmenlerimiz ve tüm şehitlerimizin manevi huzurunda bir dakikalık saygı duruşuna, ardından İstiklâl Marşı’mızı gür sesle okumaya davet ediyorum.</w:t>
      </w:r>
      <w:r>
        <w:br/>
      </w:r>
      <w:r>
        <w:br/>
        <w:t>Dikkat!</w:t>
      </w:r>
    </w:p>
    <w:p w14:paraId="57CEADE3" w14:textId="77777777" w:rsidR="00116206" w:rsidRDefault="00000000">
      <w:pPr>
        <w:spacing w:after="240"/>
        <w:ind w:left="576"/>
      </w:pPr>
      <w:r>
        <w:rPr>
          <w:b/>
        </w:rPr>
        <w:t>Başöğretmen Gazi Mustafa Kemal ATATÜRK diyor ki:</w:t>
      </w:r>
      <w:r>
        <w:rPr>
          <w:b/>
        </w:rPr>
        <w:br/>
      </w:r>
      <w:r>
        <w:rPr>
          <w:i/>
        </w:rPr>
        <w:t>“İlköğretim meselesi demek; vatan, millet, bayrak meselesi demektir. İlköğretim meselesi bir millet için ölüm kalım meselesidir.”</w:t>
      </w:r>
    </w:p>
    <w:p w14:paraId="2EF1C3AB" w14:textId="77777777" w:rsidR="00116206" w:rsidRDefault="00000000">
      <w:pPr>
        <w:spacing w:after="240"/>
      </w:pPr>
      <w:r>
        <w:rPr>
          <w:b/>
        </w:rPr>
        <w:t>2- GÜNÜN ANLAM VE ÖNEMİ KONUŞMASI TAKDİMİ</w:t>
      </w:r>
      <w:r>
        <w:rPr>
          <w:b/>
        </w:rPr>
        <w:br/>
      </w:r>
      <w:r>
        <w:t>Yeni ders yılının ilk ders zilini kutlamak, haftanın anlam ve önemini belirtmek üzere günün konuşmasını yapmak için okulumuz öğretmenlerinden Sayın ............................................................................’ı kürsüye davet ediyorum.</w:t>
      </w:r>
    </w:p>
    <w:p w14:paraId="0BEC47AC" w14:textId="77777777" w:rsidR="00116206" w:rsidRDefault="00000000">
      <w:pPr>
        <w:spacing w:after="240"/>
      </w:pPr>
      <w:r>
        <w:rPr>
          <w:b/>
        </w:rPr>
        <w:t>3- ŞİİR: "İLKÖĞRETİM HAFTASI"</w:t>
      </w:r>
      <w:r>
        <w:rPr>
          <w:b/>
        </w:rPr>
        <w:br/>
      </w:r>
      <w:r>
        <w:rPr>
          <w:i/>
        </w:rPr>
        <w:t>Çaldı neşeyle okul zili,</w:t>
      </w:r>
      <w:r>
        <w:rPr>
          <w:i/>
        </w:rPr>
        <w:br/>
        <w:t>Açıldı bilgi ve ışık yolu...</w:t>
      </w:r>
      <w:r>
        <w:rPr>
          <w:i/>
        </w:rPr>
        <w:br/>
      </w:r>
      <w:r>
        <w:rPr>
          <w:i/>
        </w:rPr>
        <w:br/>
      </w:r>
      <w:r>
        <w:t>İlköğretim Haftası adlı şiiri okumak üzere okulumuz ..... / ..... sınıfı öğrencilerinden ...................................................... kürsüye davet ediyorum.</w:t>
      </w:r>
    </w:p>
    <w:p w14:paraId="02864F14" w14:textId="77777777" w:rsidR="00116206" w:rsidRDefault="00000000">
      <w:pPr>
        <w:spacing w:after="240"/>
      </w:pPr>
      <w:r>
        <w:rPr>
          <w:b/>
        </w:rPr>
        <w:t>4- ÖĞRENCİ KONUŞMASI TAKDİMİ</w:t>
      </w:r>
      <w:r>
        <w:rPr>
          <w:b/>
        </w:rPr>
        <w:br/>
      </w:r>
      <w:r>
        <w:t>Okula yeniden kavuşmanın heyecanını ve duygularını paylaşmak üzere, okulumuz öğrencilerinden ...................................................... konuşmasını yapmak için kürsüye davet ediyorum.</w:t>
      </w:r>
    </w:p>
    <w:p w14:paraId="75947194" w14:textId="77777777" w:rsidR="00116206" w:rsidRDefault="00000000">
      <w:pPr>
        <w:spacing w:after="240"/>
      </w:pPr>
      <w:r>
        <w:rPr>
          <w:b/>
        </w:rPr>
        <w:t>5- ŞİİR: "AÇILDI OKULUMUZ"</w:t>
      </w:r>
      <w:r>
        <w:rPr>
          <w:b/>
        </w:rPr>
        <w:br/>
      </w:r>
      <w:r>
        <w:t>Açıldı Okulumuz adlı şiiri seslendirmek üzere ..... / ..... sınıfı öğrencilerinden ...................................................... kürsüye davet ediyorum.</w:t>
      </w:r>
    </w:p>
    <w:p w14:paraId="5AD62743" w14:textId="77777777" w:rsidR="00116206" w:rsidRDefault="00000000">
      <w:pPr>
        <w:spacing w:after="240"/>
      </w:pPr>
      <w:r>
        <w:rPr>
          <w:b/>
        </w:rPr>
        <w:t>6- EĞİTİM VE BİLGİ ÜZERİNE ÖZLÜ SÖZLER</w:t>
      </w:r>
      <w:r>
        <w:rPr>
          <w:b/>
        </w:rPr>
        <w:br/>
      </w:r>
      <w:r>
        <w:t>Şimdi, ilim ve eğitimin önemine dair söylenmiş veciz sözleri seslendirmek üzere okulumuz öğrencilerini kürsüye davet ediyorum.</w:t>
      </w:r>
    </w:p>
    <w:p w14:paraId="64AD26DB" w14:textId="77777777" w:rsidR="00116206" w:rsidRDefault="00000000">
      <w:pPr>
        <w:spacing w:after="280"/>
      </w:pPr>
      <w:r>
        <w:rPr>
          <w:b/>
        </w:rPr>
        <w:lastRenderedPageBreak/>
        <w:t>7- ŞİİR: "OKUL TÜRKÜSÜ" VE KAPANIŞ</w:t>
      </w:r>
      <w:r>
        <w:rPr>
          <w:b/>
        </w:rPr>
        <w:br/>
      </w:r>
      <w:r>
        <w:t>Vasfi Mahir Kocatürk’ün "Okul Türküsü" adlı şiirini okumak üzere ..... / ..... sınıfı öğrencilerinden ...................................................... davet ediyorum.</w:t>
      </w:r>
      <w:r>
        <w:br/>
      </w:r>
      <w:r>
        <w:br/>
        <w:t>Okulumuza yeni başlayan sevgili küçük kardeşlerimize "Aramıza Hoş Geldiniz" diyor, tüm öğretmen ve öğrenci arkadaşlarımıza başarı, sağlık ve neşe dolu bir eğitim-öğretim yılı diliyoruz.</w:t>
      </w:r>
      <w:r>
        <w:br/>
      </w:r>
      <w:r>
        <w:br/>
        <w:t>İlköğretim Haftası kutlama programımız burada sona ermiştir. Teşekkür ederiz.</w:t>
      </w:r>
    </w:p>
    <w:p w14:paraId="61B88084" w14:textId="77777777" w:rsidR="00116206" w:rsidRDefault="00000000">
      <w:r>
        <w:br w:type="page"/>
      </w:r>
    </w:p>
    <w:p w14:paraId="7E272370" w14:textId="77777777" w:rsidR="00116206" w:rsidRDefault="00000000">
      <w:pPr>
        <w:pStyle w:val="Balk1"/>
        <w:spacing w:after="360"/>
        <w:jc w:val="center"/>
      </w:pPr>
      <w:r>
        <w:lastRenderedPageBreak/>
        <w:t>GÜNÜN ANLAM VE ÖNEMİNİ BELİRTEN KONUŞMA METNİ</w:t>
      </w:r>
      <w:r>
        <w:br/>
        <w:t>(Öğretmen Konuşması)</w:t>
      </w:r>
    </w:p>
    <w:p w14:paraId="3E877793" w14:textId="77777777" w:rsidR="00116206" w:rsidRDefault="00000000">
      <w:pPr>
        <w:spacing w:after="160"/>
      </w:pPr>
      <w:r>
        <w:t>Sayın Okul Müdürüm, Değerli Meslektaşlarım, Saygıdeğer Veliler ve Sevgili Öğrenciler,</w:t>
      </w:r>
    </w:p>
    <w:p w14:paraId="6E030DDA" w14:textId="77777777" w:rsidR="00116206" w:rsidRDefault="00000000">
      <w:pPr>
        <w:spacing w:after="160"/>
      </w:pPr>
      <w:r>
        <w:t>Uzun ve dinlendirici bir yaz tatilinin ardından yeni bir eğitim-öğretim yılına başlamanın, okulumuzun bahçesini neşeli çocuk sesleriyle doldurmanın büyük mutluluğunu ve heyecanını yaşıyoruz. Hepiniz yeni ders yılımıza ve İlköğretim Haftası kutlama programımıza hoş geldiniz!</w:t>
      </w:r>
    </w:p>
    <w:p w14:paraId="06376108" w14:textId="77777777" w:rsidR="00116206" w:rsidRDefault="00000000">
      <w:pPr>
        <w:spacing w:after="160"/>
      </w:pPr>
      <w:r>
        <w:t>İlköğretim; insan hayatının en kıymetli, kişiliğin, bilincin ve karakterin şekillendiği temel basamaktır. Bir bina ne kadar sağlam temeller üzerine kurulursa o kadar dayanıklı ve görkemli olursa, bir insanın ve bir toplumun geleceği de ilköğretimde atılan tohumlarla yeşerir.</w:t>
      </w:r>
    </w:p>
    <w:p w14:paraId="159214B3" w14:textId="77777777" w:rsidR="00116206" w:rsidRDefault="00000000">
      <w:pPr>
        <w:spacing w:after="160"/>
      </w:pPr>
      <w:r>
        <w:t>Başöğretmenimiz Gazi Mustafa Kemal Atatürk, "Eğitimdir ki bir milleti ya özgür, bağımsız, şanlı, yüksek bir topluluk halinde yaşatır ya da milleti esaret ve sefalete sürükler." diyerek eğitimin hayati önemini en veciz şekilde ifade etmiştir. Bizler de okulumuzda sadece akademik bilgiyi değil; sevgiyi, saygıyı, dürüstlüğü, vatan sevgisini ve bilimin rehberliğini öğretiyoruz.</w:t>
      </w:r>
    </w:p>
    <w:p w14:paraId="2030D1A0" w14:textId="77777777" w:rsidR="00116206" w:rsidRDefault="00000000">
      <w:pPr>
        <w:spacing w:after="160"/>
      </w:pPr>
      <w:r>
        <w:t>Sevgili Öğrencilerimiz,</w:t>
      </w:r>
      <w:r>
        <w:br/>
        <w:t>Sizler bu ülkenin aydınlık yarınları, umut ışığısınız. Okulunuzu seviniz, öğretmenlerinizin rehberliğinden en iyi şekilde faydalanınız. Çok okumak, sorgulamak ve azimle çalışmak sizleri hedeflerinize ulaştıracaktır. Unutmayınız ki başarı, gayret edenlerin yanındadır.</w:t>
      </w:r>
    </w:p>
    <w:p w14:paraId="0BE69C41" w14:textId="77777777" w:rsidR="00116206" w:rsidRDefault="00000000">
      <w:pPr>
        <w:spacing w:after="160"/>
      </w:pPr>
      <w:r>
        <w:t>Kıymetli Velilerimiz,</w:t>
      </w:r>
      <w:r>
        <w:br/>
        <w:t>Bize emanet ettiğiniz en değerli varlıklarınız olan evlatlarınızı geleceğe en güzel şekilde hazırlamak için büyük bir heyecanla buradayız. Bu süreçte sizlerin okul ile kuracağı güçlü iş birliği, çocuklarımızın başarısını katbekat artıracaktır.</w:t>
      </w:r>
    </w:p>
    <w:p w14:paraId="290514C6" w14:textId="77777777" w:rsidR="00116206" w:rsidRDefault="00000000">
      <w:pPr>
        <w:spacing w:after="160"/>
      </w:pPr>
      <w:r>
        <w:t>Bu duygu ve düşüncelerle; başta Başöğretmenimiz Mustafa Kemal Atatürk olmak üzere şehit öğretmenlerimizi rahmet ve saygıyla anıyor, 20... - 20... eğitim-öğretim yılının tüm öğretmenlerimize, öğrencilerimize ve velilerimize sağlık, başarı ve huzur getirmesini diliyorum.</w:t>
      </w:r>
    </w:p>
    <w:p w14:paraId="42FABB62" w14:textId="77777777" w:rsidR="00116206" w:rsidRDefault="00000000">
      <w:pPr>
        <w:spacing w:after="160"/>
      </w:pPr>
      <w:r>
        <w:rPr>
          <w:b/>
        </w:rPr>
        <w:t>İlköğretim Haftamız kutlu olsun!</w:t>
      </w:r>
    </w:p>
    <w:p w14:paraId="27F37512" w14:textId="77777777" w:rsidR="00116206" w:rsidRDefault="00000000">
      <w:r>
        <w:br w:type="page"/>
      </w:r>
    </w:p>
    <w:p w14:paraId="41DEFE8B" w14:textId="77777777" w:rsidR="00116206" w:rsidRDefault="00000000">
      <w:pPr>
        <w:pStyle w:val="Balk1"/>
        <w:spacing w:after="360"/>
        <w:jc w:val="center"/>
      </w:pPr>
      <w:r>
        <w:lastRenderedPageBreak/>
        <w:t>ÖĞRENCİ KONUŞMASI VE EĞİTİM ÜZERİNE ÖZLÜ SÖZLER</w:t>
      </w:r>
    </w:p>
    <w:p w14:paraId="22D7ED85" w14:textId="77777777" w:rsidR="00116206" w:rsidRDefault="00000000">
      <w:pPr>
        <w:pStyle w:val="Balk2"/>
        <w:spacing w:after="160"/>
      </w:pPr>
      <w:r>
        <w:t>Öğrenci Temsilcisi Konuşma Metni</w:t>
      </w:r>
    </w:p>
    <w:p w14:paraId="50BFC4AF" w14:textId="77777777" w:rsidR="00116206" w:rsidRDefault="00000000">
      <w:pPr>
        <w:spacing w:after="120"/>
      </w:pPr>
      <w:r>
        <w:t>Sayın Müdürüm, Kıymetli Öğretmenlerim ve Sevgili Arkadaşlarım,</w:t>
      </w:r>
    </w:p>
    <w:p w14:paraId="67E93E58" w14:textId="77777777" w:rsidR="00116206" w:rsidRDefault="00000000">
      <w:pPr>
        <w:spacing w:after="120"/>
      </w:pPr>
      <w:r>
        <w:t>Bugün okulumuza, sıralarımıza, arkadaşlarımıza ve bizleri sevgiyle kucaklayan öğretmenlerimize kavuşmanın tarifsiz heyecanını yaşıyoruz.</w:t>
      </w:r>
    </w:p>
    <w:p w14:paraId="7A09AED3" w14:textId="77777777" w:rsidR="00116206" w:rsidRDefault="00000000">
      <w:pPr>
        <w:spacing w:after="120"/>
      </w:pPr>
      <w:r>
        <w:t>Yaz tatili boyunca dinlendik, gezdik ama okul zillinin o tatlı sesini, sınıfımızın sıcaklığını ve birlikte öğrenmenin neşesini çok özledik. Biliyoruz ki okul; sadece ders çalıştığımız değil, hayata hazırlandığımız, iyiliği ve paylaşmayı öğrendiğimiz ikinci yuvamızdır.</w:t>
      </w:r>
    </w:p>
    <w:p w14:paraId="6084D454" w14:textId="77777777" w:rsidR="00116206" w:rsidRDefault="00000000">
      <w:pPr>
        <w:spacing w:after="120"/>
      </w:pPr>
      <w:r>
        <w:t>Okulumuza bu yıl ilk defa adım atan küçük kardeşlerimiz, aramıza hoş geldiniz! Korkmayın, burada yalnız değilsiniz; öğretmenlerimizin şefkati ve biz ağabey ve ablalarınızın sevgisi her zaman sizinle olacak.</w:t>
      </w:r>
    </w:p>
    <w:p w14:paraId="62D28822" w14:textId="77777777" w:rsidR="00116206" w:rsidRDefault="00000000">
      <w:pPr>
        <w:spacing w:after="120"/>
      </w:pPr>
      <w:r>
        <w:t>Bizler Türk gençliği olarak öğretmenlerimizin açtığı aydınlık yolda yorulmadan yürüyecek, çalışacak ve ülkemizi gururlandıracağız. Yeni eğitim-öğretim yılımız hepimize kutlu olsun!</w:t>
      </w:r>
    </w:p>
    <w:p w14:paraId="41BD7697" w14:textId="77777777" w:rsidR="00116206" w:rsidRDefault="00116206">
      <w:pPr>
        <w:spacing w:after="240"/>
      </w:pPr>
    </w:p>
    <w:p w14:paraId="1C7B4A76" w14:textId="77777777" w:rsidR="00116206" w:rsidRDefault="00000000">
      <w:pPr>
        <w:pStyle w:val="Balk2"/>
      </w:pPr>
      <w:r>
        <w:t>İlköğretim ve Eğitim Üzerine Özlü Sözler</w:t>
      </w:r>
    </w:p>
    <w:p w14:paraId="40E44EE8" w14:textId="77777777" w:rsidR="00116206" w:rsidRDefault="00000000">
      <w:pPr>
        <w:spacing w:after="80"/>
        <w:ind w:left="288"/>
      </w:pPr>
      <w:r>
        <w:t>• "Milletleri kurtaranlar yalnız ve ancak öğretmenlerdir." — Gazi Mustafa Kemal Atatürk</w:t>
      </w:r>
    </w:p>
    <w:p w14:paraId="11B40369" w14:textId="77777777" w:rsidR="00116206" w:rsidRDefault="00000000">
      <w:pPr>
        <w:spacing w:after="80"/>
        <w:ind w:left="288"/>
      </w:pPr>
      <w:r>
        <w:t>• "İlim ilim bilmektir, ilim kendin bilmektir. Sen kendini bilmezsin, ya nice okumaktır." — Yunus Emre</w:t>
      </w:r>
    </w:p>
    <w:p w14:paraId="41F3808D" w14:textId="77777777" w:rsidR="00116206" w:rsidRDefault="00000000">
      <w:pPr>
        <w:spacing w:after="80"/>
        <w:ind w:left="288"/>
      </w:pPr>
      <w:r>
        <w:t>• "Bana bir harf öğretenin kırk yıl kölesi olurum." — Hz. Ali (r.a.)</w:t>
      </w:r>
    </w:p>
    <w:p w14:paraId="35977DE9" w14:textId="77777777" w:rsidR="00116206" w:rsidRDefault="00000000">
      <w:pPr>
        <w:spacing w:after="80"/>
        <w:ind w:left="288"/>
      </w:pPr>
      <w:r>
        <w:t>• "Bir okul açan, bin hapishane kapatır." — Victor Hugo</w:t>
      </w:r>
    </w:p>
    <w:p w14:paraId="0FC62193" w14:textId="77777777" w:rsidR="00116206" w:rsidRDefault="00000000">
      <w:pPr>
        <w:spacing w:after="80"/>
        <w:ind w:left="288"/>
      </w:pPr>
      <w:r>
        <w:t>• "Eğitim kafayı geliştirmek demektir, belleği doldurmak değil." — Mark Twain</w:t>
      </w:r>
    </w:p>
    <w:p w14:paraId="3F02B448" w14:textId="77777777" w:rsidR="00116206" w:rsidRDefault="00000000">
      <w:pPr>
        <w:spacing w:after="80"/>
        <w:ind w:left="288"/>
      </w:pPr>
      <w:r>
        <w:t>• "Kitapsız yaşamak; kör, sağır ve dilsiz yaşamaktır." — Seneca</w:t>
      </w:r>
    </w:p>
    <w:p w14:paraId="65CB0A9E" w14:textId="77777777" w:rsidR="00116206" w:rsidRDefault="00000000">
      <w:r>
        <w:br w:type="page"/>
      </w:r>
    </w:p>
    <w:p w14:paraId="39632EC8" w14:textId="77777777" w:rsidR="00116206" w:rsidRDefault="00000000">
      <w:pPr>
        <w:pStyle w:val="Balk1"/>
        <w:jc w:val="center"/>
      </w:pPr>
      <w:r>
        <w:lastRenderedPageBreak/>
        <w:t>İLKÖĞRETİM HAFTASI</w:t>
      </w:r>
    </w:p>
    <w:p w14:paraId="2D069143" w14:textId="77777777" w:rsidR="00116206" w:rsidRDefault="00000000">
      <w:pPr>
        <w:spacing w:after="360"/>
        <w:jc w:val="center"/>
      </w:pPr>
      <w:r>
        <w:rPr>
          <w:i/>
        </w:rPr>
        <w:t>İ. Hakkı TALAS</w:t>
      </w:r>
    </w:p>
    <w:p w14:paraId="6FFF92AD" w14:textId="77777777" w:rsidR="00116206" w:rsidRDefault="00000000">
      <w:r>
        <w:t>Yine açıldı okullar,</w:t>
      </w:r>
      <w:r>
        <w:br/>
        <w:t>Doldu neşeyle sokaklar.</w:t>
      </w:r>
      <w:r>
        <w:br/>
        <w:t>Kitap, defter elimizde,</w:t>
      </w:r>
      <w:r>
        <w:br/>
        <w:t>Gülüyor bütün çocuklar.</w:t>
      </w:r>
    </w:p>
    <w:p w14:paraId="3AAAE0CC" w14:textId="77777777" w:rsidR="00116206" w:rsidRDefault="00000000">
      <w:r>
        <w:t>Bir yıldır ayrı kaldık,</w:t>
      </w:r>
      <w:r>
        <w:br/>
        <w:t>Gözümüzde tüttü okul.</w:t>
      </w:r>
      <w:r>
        <w:br/>
        <w:t>Arkadaşla kaynaştık,</w:t>
      </w:r>
      <w:r>
        <w:br/>
        <w:t>Şenlendi yine okul.</w:t>
      </w:r>
    </w:p>
    <w:p w14:paraId="487EC5F4" w14:textId="77777777" w:rsidR="00116206" w:rsidRDefault="00000000">
      <w:r>
        <w:t>Biz okullu çocuklarız,</w:t>
      </w:r>
      <w:r>
        <w:br/>
        <w:t>Bilgi saçarız her yana.</w:t>
      </w:r>
      <w:r>
        <w:br/>
        <w:t>Yarınlara koşarız,</w:t>
      </w:r>
      <w:r>
        <w:br/>
        <w:t>Işık oluruz vatana.</w:t>
      </w:r>
    </w:p>
    <w:p w14:paraId="427D054C" w14:textId="77777777" w:rsidR="00116206" w:rsidRDefault="00000000">
      <w:r>
        <w:t>Çalışkan olmalıyız,</w:t>
      </w:r>
      <w:r>
        <w:br/>
        <w:t>Yurdu aydınlatmalıyız.</w:t>
      </w:r>
      <w:r>
        <w:br/>
        <w:t>Atatürk’ün izinde,</w:t>
      </w:r>
      <w:r>
        <w:br/>
        <w:t>Biz hep ileri varmalıyız.</w:t>
      </w:r>
    </w:p>
    <w:p w14:paraId="5140FE6A" w14:textId="77777777" w:rsidR="00116206" w:rsidRDefault="00000000">
      <w:r>
        <w:br w:type="page"/>
      </w:r>
    </w:p>
    <w:p w14:paraId="456CFF20" w14:textId="77777777" w:rsidR="00116206" w:rsidRDefault="00000000">
      <w:pPr>
        <w:pStyle w:val="Balk1"/>
        <w:jc w:val="center"/>
      </w:pPr>
      <w:r>
        <w:lastRenderedPageBreak/>
        <w:t>AÇILDI OKULUMUZ</w:t>
      </w:r>
    </w:p>
    <w:p w14:paraId="01844792" w14:textId="77777777" w:rsidR="00116206" w:rsidRDefault="00000000">
      <w:pPr>
        <w:spacing w:after="360"/>
        <w:jc w:val="center"/>
      </w:pPr>
      <w:r>
        <w:rPr>
          <w:i/>
        </w:rPr>
        <w:t>Anonim</w:t>
      </w:r>
    </w:p>
    <w:p w14:paraId="4ABA5074" w14:textId="77777777" w:rsidR="00116206" w:rsidRDefault="00000000">
      <w:r>
        <w:t>Neşeliyiz hepimiz,</w:t>
      </w:r>
      <w:r>
        <w:br/>
        <w:t>Gülüyor yüzlerimiz.</w:t>
      </w:r>
      <w:r>
        <w:br/>
        <w:t>Kavuştuk okulumuza,</w:t>
      </w:r>
      <w:r>
        <w:br/>
        <w:t>Açıldı bilgi denizimiz.</w:t>
      </w:r>
    </w:p>
    <w:p w14:paraId="68AD569E" w14:textId="77777777" w:rsidR="00116206" w:rsidRDefault="00000000">
      <w:r>
        <w:t>Kalemler, defterler hazır,</w:t>
      </w:r>
      <w:r>
        <w:br/>
        <w:t>Zil çaldı neşeyle bakın.</w:t>
      </w:r>
      <w:r>
        <w:br/>
        <w:t>Sınıflar bilgi dolu,</w:t>
      </w:r>
      <w:r>
        <w:br/>
        <w:t>Öğretmenim cana yakın.</w:t>
      </w:r>
    </w:p>
    <w:p w14:paraId="5CE0E6F4" w14:textId="77777777" w:rsidR="00116206" w:rsidRDefault="00000000">
      <w:r>
        <w:t>Tembellik bize yakışmaz,</w:t>
      </w:r>
      <w:r>
        <w:br/>
        <w:t>Zaman boş yere akmaz.</w:t>
      </w:r>
      <w:r>
        <w:br/>
        <w:t>Okuyan, çok çalışan,</w:t>
      </w:r>
      <w:r>
        <w:br/>
        <w:t>Hiçbir zaman yolda kalmaz.</w:t>
      </w:r>
    </w:p>
    <w:p w14:paraId="3B090CA3" w14:textId="77777777" w:rsidR="00116206" w:rsidRDefault="00000000">
      <w:r>
        <w:t>Açıldı okulumuz,</w:t>
      </w:r>
      <w:r>
        <w:br/>
        <w:t>Aydınlandı yolumuz.</w:t>
      </w:r>
      <w:r>
        <w:br/>
        <w:t>Sevgiyle, bilgiyle dolsun,</w:t>
      </w:r>
      <w:r>
        <w:br/>
        <w:t>Yeni ders yılımız!</w:t>
      </w:r>
    </w:p>
    <w:p w14:paraId="65369591" w14:textId="77777777" w:rsidR="00116206" w:rsidRDefault="00000000">
      <w:r>
        <w:br w:type="page"/>
      </w:r>
    </w:p>
    <w:p w14:paraId="7A14B909" w14:textId="77777777" w:rsidR="00116206" w:rsidRDefault="00000000">
      <w:pPr>
        <w:pStyle w:val="Balk1"/>
        <w:jc w:val="center"/>
      </w:pPr>
      <w:r>
        <w:lastRenderedPageBreak/>
        <w:t>OKUL TÜRKÜSÜ</w:t>
      </w:r>
    </w:p>
    <w:p w14:paraId="080B748D" w14:textId="77777777" w:rsidR="00116206" w:rsidRDefault="00000000">
      <w:pPr>
        <w:spacing w:after="360"/>
        <w:jc w:val="center"/>
      </w:pPr>
      <w:r>
        <w:rPr>
          <w:i/>
        </w:rPr>
        <w:t>Vasfi Mahir KOCATÜRK</w:t>
      </w:r>
    </w:p>
    <w:p w14:paraId="3A82F674" w14:textId="77777777" w:rsidR="00116206" w:rsidRDefault="00000000">
      <w:r>
        <w:t>Çok severiz biz okulu,</w:t>
      </w:r>
      <w:r>
        <w:br/>
        <w:t>İçi bilgi, neşe dolu.</w:t>
      </w:r>
      <w:r>
        <w:br/>
        <w:t>Aydınlığa doğru giden,</w:t>
      </w:r>
      <w:r>
        <w:br/>
        <w:t>En güzeldir okul yolu.</w:t>
      </w:r>
    </w:p>
    <w:p w14:paraId="4D358094" w14:textId="77777777" w:rsidR="00116206" w:rsidRDefault="00000000">
      <w:r>
        <w:t>Burda öğreniriz dünü,</w:t>
      </w:r>
      <w:r>
        <w:br/>
        <w:t>Yarını ve bugünü.</w:t>
      </w:r>
      <w:r>
        <w:br/>
        <w:t>Öğretmenler aydınlatır,</w:t>
      </w:r>
      <w:r>
        <w:br/>
        <w:t>Bize her güzel yönü.</w:t>
      </w:r>
    </w:p>
    <w:p w14:paraId="18928FB3" w14:textId="77777777" w:rsidR="00116206" w:rsidRDefault="00000000">
      <w:r>
        <w:t>Kitaplar en iyi dosttur,</w:t>
      </w:r>
      <w:r>
        <w:br/>
        <w:t>Okumak en yüce huydur.</w:t>
      </w:r>
      <w:r>
        <w:br/>
        <w:t>Bize hayatı sevdiren,</w:t>
      </w:r>
      <w:r>
        <w:br/>
        <w:t>Okul kutsal bir duygudur.</w:t>
      </w:r>
    </w:p>
    <w:p w14:paraId="499F8903" w14:textId="77777777" w:rsidR="00116206" w:rsidRDefault="00000000">
      <w:r>
        <w:t>Ayrılsak da tatillerde,</w:t>
      </w:r>
      <w:r>
        <w:br/>
        <w:t>Aklı kalır hep geride.</w:t>
      </w:r>
      <w:r>
        <w:br/>
        <w:t>Coşkuyla çalar zilimiz,</w:t>
      </w:r>
      <w:r>
        <w:br/>
        <w:t>Başlar neşeli günlerimiz!</w:t>
      </w:r>
    </w:p>
    <w:sectPr w:rsidR="0011620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6561411">
    <w:abstractNumId w:val="8"/>
  </w:num>
  <w:num w:numId="2" w16cid:durableId="54939437">
    <w:abstractNumId w:val="6"/>
  </w:num>
  <w:num w:numId="3" w16cid:durableId="260066298">
    <w:abstractNumId w:val="5"/>
  </w:num>
  <w:num w:numId="4" w16cid:durableId="361790085">
    <w:abstractNumId w:val="4"/>
  </w:num>
  <w:num w:numId="5" w16cid:durableId="1030255529">
    <w:abstractNumId w:val="7"/>
  </w:num>
  <w:num w:numId="6" w16cid:durableId="1895695085">
    <w:abstractNumId w:val="3"/>
  </w:num>
  <w:num w:numId="7" w16cid:durableId="1618103779">
    <w:abstractNumId w:val="2"/>
  </w:num>
  <w:num w:numId="8" w16cid:durableId="20320341">
    <w:abstractNumId w:val="1"/>
  </w:num>
  <w:num w:numId="9" w16cid:durableId="520244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6206"/>
    <w:rsid w:val="0015074B"/>
    <w:rsid w:val="0029639D"/>
    <w:rsid w:val="00326F90"/>
    <w:rsid w:val="004B38B4"/>
    <w:rsid w:val="00AA1D8D"/>
    <w:rsid w:val="00B252C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3F3D18"/>
  <w14:defaultImageDpi w14:val="300"/>
  <w15:docId w15:val="{2B76F2EC-B7D6-4A68-A2F2-9C04884F6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2026-09-20T19:37:00Z</dcterms:modified>
  <cp:category/>
</cp:coreProperties>
</file>