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49945" w14:textId="77777777" w:rsidR="00893E8A" w:rsidRDefault="00893E8A"/>
    <w:p w14:paraId="5868A9BB" w14:textId="77777777" w:rsidR="00893E8A" w:rsidRDefault="00893E8A"/>
    <w:p w14:paraId="42445794" w14:textId="77777777" w:rsidR="00893E8A" w:rsidRDefault="00893E8A"/>
    <w:p w14:paraId="52E0B124" w14:textId="77777777" w:rsidR="00893E8A" w:rsidRDefault="00893E8A"/>
    <w:p w14:paraId="10F88CE5" w14:textId="77777777" w:rsidR="00893E8A" w:rsidRDefault="00893E8A"/>
    <w:p w14:paraId="2A41E65D" w14:textId="77777777" w:rsidR="00893E8A" w:rsidRDefault="00893E8A"/>
    <w:p w14:paraId="3D2F47F7" w14:textId="77777777" w:rsidR="00893E8A" w:rsidRDefault="00893E8A"/>
    <w:p w14:paraId="59E8A1D3" w14:textId="77777777" w:rsidR="00893E8A" w:rsidRDefault="00000000">
      <w:pPr>
        <w:jc w:val="center"/>
      </w:pPr>
      <w:r>
        <w:rPr>
          <w:b/>
          <w:sz w:val="32"/>
        </w:rPr>
        <w:t>T.C.</w:t>
      </w:r>
      <w:r>
        <w:rPr>
          <w:b/>
          <w:sz w:val="32"/>
        </w:rPr>
        <w:br/>
        <w:t>.................................................................... MÜDÜRLÜĞÜ</w:t>
      </w:r>
    </w:p>
    <w:p w14:paraId="4C95065A" w14:textId="77777777" w:rsidR="00893E8A" w:rsidRDefault="00893E8A"/>
    <w:p w14:paraId="0C21775A" w14:textId="77777777" w:rsidR="00893E8A" w:rsidRDefault="00893E8A"/>
    <w:p w14:paraId="7AEC6433" w14:textId="77777777" w:rsidR="00893E8A" w:rsidRDefault="00893E8A"/>
    <w:p w14:paraId="59CCF4AF" w14:textId="77777777" w:rsidR="00893E8A" w:rsidRDefault="00893E8A"/>
    <w:p w14:paraId="26D3B6AA" w14:textId="77777777" w:rsidR="00893E8A" w:rsidRDefault="00000000">
      <w:pPr>
        <w:jc w:val="center"/>
      </w:pPr>
      <w:r>
        <w:rPr>
          <w:b/>
          <w:sz w:val="40"/>
        </w:rPr>
        <w:t>13 EKİM DÜNYA AFET RİSKLERİNİN AZALTILMASI GÜNÜ</w:t>
      </w:r>
      <w:r>
        <w:rPr>
          <w:b/>
          <w:sz w:val="40"/>
        </w:rPr>
        <w:br/>
        <w:t>ANMA VE BİLİNÇLENDİRME PROGRAMI</w:t>
      </w:r>
    </w:p>
    <w:p w14:paraId="2313707A" w14:textId="77777777" w:rsidR="00893E8A" w:rsidRDefault="00893E8A"/>
    <w:p w14:paraId="3BCEAE32" w14:textId="77777777" w:rsidR="00893E8A" w:rsidRDefault="00893E8A"/>
    <w:p w14:paraId="02FD7EA6" w14:textId="77777777" w:rsidR="00893E8A" w:rsidRDefault="00893E8A"/>
    <w:p w14:paraId="51F0488C" w14:textId="77777777" w:rsidR="00893E8A" w:rsidRDefault="00893E8A"/>
    <w:p w14:paraId="0A1BFD14" w14:textId="77777777" w:rsidR="00893E8A" w:rsidRDefault="00893E8A"/>
    <w:p w14:paraId="6EC8A70E" w14:textId="77777777" w:rsidR="00893E8A" w:rsidRDefault="00893E8A"/>
    <w:p w14:paraId="22BDA62B" w14:textId="77777777" w:rsidR="00893E8A" w:rsidRDefault="00893E8A"/>
    <w:p w14:paraId="609C909E" w14:textId="77777777" w:rsidR="00893E8A" w:rsidRDefault="00000000">
      <w:pPr>
        <w:jc w:val="center"/>
      </w:pPr>
      <w:r>
        <w:rPr>
          <w:b/>
          <w:sz w:val="26"/>
        </w:rPr>
        <w:t>20... - 20... EĞİTİM ÖĞRETİM YILI</w:t>
      </w:r>
    </w:p>
    <w:p w14:paraId="7164E4CC" w14:textId="77777777" w:rsidR="00893E8A" w:rsidRDefault="00000000">
      <w:r>
        <w:br w:type="page"/>
      </w:r>
    </w:p>
    <w:p w14:paraId="46AA596D" w14:textId="77777777" w:rsidR="00893E8A" w:rsidRDefault="00000000">
      <w:pPr>
        <w:spacing w:after="320"/>
        <w:jc w:val="center"/>
      </w:pPr>
      <w:r>
        <w:rPr>
          <w:b/>
          <w:sz w:val="26"/>
        </w:rPr>
        <w:lastRenderedPageBreak/>
        <w:t>.................................................................... MÜDÜRLÜĞÜNE</w:t>
      </w:r>
    </w:p>
    <w:p w14:paraId="1035730E" w14:textId="77777777" w:rsidR="00893E8A" w:rsidRDefault="00000000">
      <w:r>
        <w:t xml:space="preserve">       Hazırlamış olduğumuz "13 Ekim Dünya Afet Risklerinin Azaltılması Günü" programını .../.../20... günü saat ........’da okul bahçesinde / konferans salonunda gerçekleştirmek istiyoruz. Genişletilmiş ve ayrıntılı program akışı aşağıda belirtilmiştir.</w:t>
      </w:r>
    </w:p>
    <w:p w14:paraId="6D8BAC5C" w14:textId="77777777" w:rsidR="00893E8A" w:rsidRDefault="00000000">
      <w:pPr>
        <w:spacing w:after="280"/>
      </w:pPr>
      <w:r>
        <w:t xml:space="preserve">       Gereğini bilgilerinize arz ederim.</w:t>
      </w:r>
    </w:p>
    <w:p w14:paraId="2260422E" w14:textId="77777777" w:rsidR="00893E8A" w:rsidRDefault="00000000">
      <w:pPr>
        <w:spacing w:after="120"/>
      </w:pPr>
      <w:r>
        <w:rPr>
          <w:b/>
        </w:rPr>
        <w:t>PROGRAM AKIŞI:</w:t>
      </w:r>
    </w:p>
    <w:p w14:paraId="61D7A2D2" w14:textId="77777777" w:rsidR="00893E8A" w:rsidRDefault="00000000">
      <w:pPr>
        <w:spacing w:after="60"/>
        <w:ind w:left="288"/>
      </w:pPr>
      <w:r>
        <w:t>1. Açılış, Saygı Duruşu ve İstiklâl Marşı</w:t>
      </w:r>
    </w:p>
    <w:p w14:paraId="288E3067" w14:textId="77777777" w:rsidR="00893E8A" w:rsidRDefault="00000000">
      <w:pPr>
        <w:spacing w:after="60"/>
        <w:ind w:left="288"/>
      </w:pPr>
      <w:r>
        <w:t>2. Günün Anlam ve Önemini Belirten Konuşma (Okul Müdürü / Öğretmen Konuşması)</w:t>
      </w:r>
    </w:p>
    <w:p w14:paraId="71E39849" w14:textId="77777777" w:rsidR="00893E8A" w:rsidRDefault="00000000">
      <w:pPr>
        <w:spacing w:after="60"/>
        <w:ind w:left="288"/>
      </w:pPr>
      <w:r>
        <w:t>3. Şiir: "Deprem ve Tedbir" (Anonim)</w:t>
      </w:r>
    </w:p>
    <w:p w14:paraId="4356238D" w14:textId="77777777" w:rsidR="00893E8A" w:rsidRDefault="00000000">
      <w:pPr>
        <w:spacing w:after="60"/>
        <w:ind w:left="288"/>
      </w:pPr>
      <w:r>
        <w:t>4. Öğrenci Temsilcisi Konuşması ("Afet Bilinci ve Dirençli Toplum")</w:t>
      </w:r>
    </w:p>
    <w:p w14:paraId="5A9EBBF3" w14:textId="77777777" w:rsidR="00893E8A" w:rsidRDefault="00000000">
      <w:pPr>
        <w:spacing w:after="60"/>
        <w:ind w:left="288"/>
      </w:pPr>
      <w:r>
        <w:t>5. Bilgilendirme Sunumu: "Doğal Afet Türleri, Risk Yönetimi ve Afet Çantasının Önemi"</w:t>
      </w:r>
    </w:p>
    <w:p w14:paraId="169D506B" w14:textId="77777777" w:rsidR="00893E8A" w:rsidRDefault="00000000">
      <w:pPr>
        <w:spacing w:after="60"/>
        <w:ind w:left="288"/>
      </w:pPr>
      <w:r>
        <w:t>6. Şiir: "Deprem" (Anonim)</w:t>
      </w:r>
    </w:p>
    <w:p w14:paraId="2C22C501" w14:textId="77777777" w:rsidR="00893E8A" w:rsidRDefault="00000000">
      <w:pPr>
        <w:spacing w:after="60"/>
        <w:ind w:left="288"/>
      </w:pPr>
      <w:r>
        <w:t>7. Afet Farkındalık Oratoryosu: "Sessiz Doğanın Çığlığı ve İnsanın Tedbiri"</w:t>
      </w:r>
    </w:p>
    <w:p w14:paraId="4CEC90AD" w14:textId="77777777" w:rsidR="00893E8A" w:rsidRDefault="00000000">
      <w:pPr>
        <w:spacing w:after="60"/>
        <w:ind w:left="288"/>
      </w:pPr>
      <w:r>
        <w:t>8. Uygulamalı Gösteri: "Deprem Anında Çök-Kapan-Tutun ve Tahliye Kuralları"</w:t>
      </w:r>
    </w:p>
    <w:p w14:paraId="2A772A78" w14:textId="77777777" w:rsidR="00893E8A" w:rsidRDefault="00000000">
      <w:pPr>
        <w:spacing w:after="60"/>
        <w:ind w:left="288"/>
      </w:pPr>
      <w:r>
        <w:t>9. Şiir: "Tedbir Hayat Kurtarır"</w:t>
      </w:r>
    </w:p>
    <w:p w14:paraId="38A50D78" w14:textId="77777777" w:rsidR="00893E8A" w:rsidRDefault="00000000">
      <w:pPr>
        <w:spacing w:after="60"/>
        <w:ind w:left="288"/>
      </w:pPr>
      <w:r>
        <w:t>10. Afet Bilinci, Bilim ve Tedbir Üzerine Özlü Sözler</w:t>
      </w:r>
    </w:p>
    <w:p w14:paraId="2F028033" w14:textId="77777777" w:rsidR="00893E8A" w:rsidRDefault="00000000">
      <w:pPr>
        <w:spacing w:after="60"/>
        <w:ind w:left="288"/>
      </w:pPr>
      <w:r>
        <w:t>11. Şiir: "Toprak Sallanırken"</w:t>
      </w:r>
    </w:p>
    <w:p w14:paraId="0DFCE292" w14:textId="77777777" w:rsidR="00893E8A" w:rsidRDefault="00000000">
      <w:pPr>
        <w:spacing w:after="60"/>
        <w:ind w:left="288"/>
      </w:pPr>
      <w:r>
        <w:t>12. Şiir: "Umut ve Dayanışma"</w:t>
      </w:r>
    </w:p>
    <w:p w14:paraId="398CBDCD" w14:textId="77777777" w:rsidR="00893E8A" w:rsidRDefault="00000000">
      <w:pPr>
        <w:spacing w:after="60"/>
        <w:ind w:left="288"/>
      </w:pPr>
      <w:r>
        <w:t>13. Okul Geneli Deprem ve Tahliye Tatbikatı Duyurusu ve Kapanış</w:t>
      </w:r>
    </w:p>
    <w:p w14:paraId="675A353E" w14:textId="77777777" w:rsidR="00893E8A" w:rsidRDefault="00893E8A">
      <w:pPr>
        <w:spacing w:after="320"/>
      </w:pPr>
    </w:p>
    <w:tbl>
      <w:tblPr>
        <w:tblW w:w="0" w:type="auto"/>
        <w:jc w:val="center"/>
        <w:tblLook w:val="04A0" w:firstRow="1" w:lastRow="0" w:firstColumn="1" w:lastColumn="0" w:noHBand="0" w:noVBand="1"/>
      </w:tblPr>
      <w:tblGrid>
        <w:gridCol w:w="4608"/>
        <w:gridCol w:w="4608"/>
      </w:tblGrid>
      <w:tr w:rsidR="00893E8A" w14:paraId="711183BC" w14:textId="77777777">
        <w:trPr>
          <w:jc w:val="center"/>
        </w:trPr>
        <w:tc>
          <w:tcPr>
            <w:tcW w:w="4608" w:type="dxa"/>
          </w:tcPr>
          <w:p w14:paraId="0AB96837" w14:textId="77777777" w:rsidR="00893E8A"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05DFAD8C" w14:textId="77777777" w:rsidR="00893E8A" w:rsidRDefault="00000000">
            <w:pPr>
              <w:jc w:val="center"/>
            </w:pPr>
            <w:r>
              <w:rPr>
                <w:b/>
              </w:rPr>
              <w:t>... / ... / 20...</w:t>
            </w:r>
            <w:r>
              <w:rPr>
                <w:b/>
              </w:rPr>
              <w:br/>
              <w:t>UYGUNDUR</w:t>
            </w:r>
            <w:r>
              <w:rPr>
                <w:b/>
              </w:rPr>
              <w:br/>
            </w:r>
            <w:r>
              <w:rPr>
                <w:b/>
              </w:rPr>
              <w:br/>
            </w:r>
            <w:r>
              <w:rPr>
                <w:b/>
              </w:rPr>
              <w:br/>
              <w:t>...................................................</w:t>
            </w:r>
            <w:r>
              <w:rPr>
                <w:b/>
              </w:rPr>
              <w:br/>
            </w:r>
            <w:r>
              <w:t>Okul Müdürü</w:t>
            </w:r>
          </w:p>
        </w:tc>
      </w:tr>
    </w:tbl>
    <w:p w14:paraId="47F7C61F" w14:textId="77777777" w:rsidR="00893E8A" w:rsidRDefault="00000000">
      <w:r>
        <w:br w:type="page"/>
      </w:r>
    </w:p>
    <w:p w14:paraId="077872CD" w14:textId="48461D7C" w:rsidR="00893E8A" w:rsidRDefault="00000000">
      <w:pPr>
        <w:pStyle w:val="Balk1"/>
        <w:spacing w:after="320"/>
        <w:jc w:val="center"/>
      </w:pPr>
      <w:r>
        <w:lastRenderedPageBreak/>
        <w:t>13 EKİM DÜNYA AFET RİSKLERİNİN AZALTILMASI GÜNÜ</w:t>
      </w:r>
      <w:r>
        <w:br/>
        <w:t>PROGRAM SUNUCU METNİ</w:t>
      </w:r>
    </w:p>
    <w:p w14:paraId="32D8C64A" w14:textId="77777777" w:rsidR="00893E8A" w:rsidRDefault="00000000">
      <w:r>
        <w:rPr>
          <w:b/>
        </w:rPr>
        <w:t>1- AÇILIŞ VE SAYGI DURUŞU / İSTİKLÂL MARŞI ÇAĞRISI</w:t>
      </w:r>
      <w:r>
        <w:rPr>
          <w:b/>
        </w:rPr>
        <w:br/>
      </w:r>
      <w:r>
        <w:t>Sayın Okul Müdürüm, Değerli Öğretmenlerim ve Sevgili Öğrenci Arkadaşlarım,</w:t>
      </w:r>
      <w:r>
        <w:br/>
      </w:r>
      <w:r>
        <w:br/>
        <w:t>Doğal tehlikelerin felakete dönüşmesini engellemek, tedbir bilincini toplumun her kesimine yaymak ve güvenli yaşam kültürünü benimsemek amacıyla Birleşmiş Milletler tarafından ilan edilen 13 Ekim Dünya Afet Risklerinin Azaltılması Günü programımıza hoş geldiniz!</w:t>
      </w:r>
      <w:r>
        <w:br/>
      </w:r>
      <w:r>
        <w:br/>
        <w:t>Sizleri; başta Cumhuriyetimizin kurucusu Gazi Mustafa Kemal Atatürk ve silah arkadaşları olmak üzere, başta 6 Şubat Kahramanmaraş depremleri olmak üzere ülkemizde ve dünyada yaşanan tüm afetlerde hayatını kaybeden vatandaşlarımız ve aziz şehitlerimizin manevi huzurunda bir dakikalık saygı duruşuna, ardından İstiklâl Marşı’mızı gür bir sesle okumaya davet ediyorum.</w:t>
      </w:r>
      <w:r>
        <w:br/>
      </w:r>
      <w:r>
        <w:br/>
        <w:t>Dikkat!</w:t>
      </w:r>
    </w:p>
    <w:p w14:paraId="413BD7FB" w14:textId="77777777" w:rsidR="00893E8A" w:rsidRDefault="00000000">
      <w:pPr>
        <w:ind w:left="576"/>
      </w:pPr>
      <w:r>
        <w:rPr>
          <w:b/>
        </w:rPr>
        <w:t>Gazi Mustafa Kemal ATATÜRK diyor ki:</w:t>
      </w:r>
      <w:r>
        <w:rPr>
          <w:b/>
        </w:rPr>
        <w:br/>
      </w:r>
      <w:r>
        <w:rPr>
          <w:i/>
        </w:rPr>
        <w:t>“Felaket başa gelmeden evvel önleyici ve koruyucu tedbirleri düşünmek lazımdır; geldikten sonra dövünmenin hiçbir faydası yoktur.”</w:t>
      </w:r>
    </w:p>
    <w:p w14:paraId="2FD97C85" w14:textId="77777777" w:rsidR="00893E8A" w:rsidRDefault="00000000">
      <w:r>
        <w:rPr>
          <w:b/>
        </w:rPr>
        <w:t>2- GÜNÜN ANLAM VE ÖNEMİ KONUŞMASI TAKDİMİ</w:t>
      </w:r>
      <w:r>
        <w:rPr>
          <w:b/>
        </w:rPr>
        <w:br/>
      </w:r>
      <w:r>
        <w:t>Afet risklerini azaltmanın hayati önemini ve dirençli şehirler kurmanın gerekliliğini vurgulamak üzere günün konuşmasını yapmak için okulumuz öğretmenlerinden Sayın ............................................................................’ı kürsüye davet ediyorum.</w:t>
      </w:r>
    </w:p>
    <w:p w14:paraId="458AC6F8" w14:textId="77777777" w:rsidR="00893E8A" w:rsidRDefault="00000000">
      <w:r>
        <w:rPr>
          <w:b/>
        </w:rPr>
        <w:t>3- ŞİİR TAKDİMİ ("DEPREM VE TEDBİR")</w:t>
      </w:r>
      <w:r>
        <w:rPr>
          <w:b/>
        </w:rPr>
        <w:br/>
      </w:r>
      <w:r>
        <w:t>"Deprem ve Tedbir" adlı şiiri seslendirmek üzere okulumuz ..... / ..... sınıfı öğrencilerinden ...................................................... kürsüye davet ediyorum.</w:t>
      </w:r>
    </w:p>
    <w:p w14:paraId="77FFEAF6" w14:textId="77777777" w:rsidR="00893E8A" w:rsidRDefault="00000000">
      <w:r>
        <w:rPr>
          <w:b/>
        </w:rPr>
        <w:t>4- ÖĞRENCİ TEMSİLCİSİ KONUŞMASI TAKDİMİ</w:t>
      </w:r>
      <w:r>
        <w:rPr>
          <w:b/>
        </w:rPr>
        <w:br/>
      </w:r>
      <w:r>
        <w:t>Gençlerin afet bilincindeki rolünü ifade etmek üzere okul temsilcimiz ...................................................... konuşmasını yapmak için davet ediyorum.</w:t>
      </w:r>
    </w:p>
    <w:p w14:paraId="2FE5DB86" w14:textId="77777777" w:rsidR="00893E8A" w:rsidRDefault="00000000">
      <w:pPr>
        <w:spacing w:after="240"/>
      </w:pPr>
      <w:r>
        <w:rPr>
          <w:b/>
        </w:rPr>
        <w:t>5- BİLGİLENDİRME SUNUMU TAKDİMİ</w:t>
      </w:r>
      <w:r>
        <w:rPr>
          <w:b/>
        </w:rPr>
        <w:br/>
      </w:r>
      <w:r>
        <w:t>Afet türleri, tehlike avı ve afet acil durum çantasının önemini anlatan sunumu dinlemek üzere öğrenci arkadaşlarımızı sahneye davet ediyorum.</w:t>
      </w:r>
    </w:p>
    <w:p w14:paraId="20237CC6" w14:textId="77777777" w:rsidR="00893E8A" w:rsidRDefault="00000000">
      <w:r>
        <w:br w:type="page"/>
      </w:r>
    </w:p>
    <w:p w14:paraId="35D82865" w14:textId="77777777" w:rsidR="00893E8A" w:rsidRDefault="00000000">
      <w:r>
        <w:rPr>
          <w:b/>
        </w:rPr>
        <w:lastRenderedPageBreak/>
        <w:t>6- ŞİİR TAKDİMİ ("DEPREM")</w:t>
      </w:r>
      <w:r>
        <w:rPr>
          <w:b/>
        </w:rPr>
        <w:br/>
      </w:r>
      <w:r>
        <w:t>"Deprem" adlı şiiri seslendirmek üzere ..... / ..... sınıfından ...................................................... kürsüye davet ediyorum.</w:t>
      </w:r>
    </w:p>
    <w:p w14:paraId="4092752C" w14:textId="77777777" w:rsidR="00893E8A" w:rsidRDefault="00000000">
      <w:r>
        <w:rPr>
          <w:b/>
        </w:rPr>
        <w:t>7- ORATORYO GÖSTERİSİ TAKDİMİ</w:t>
      </w:r>
      <w:r>
        <w:rPr>
          <w:b/>
        </w:rPr>
        <w:br/>
      </w:r>
      <w:r>
        <w:t>Öğrencilerimiz tarafından hazırlanan "Sessiz Doğanın Çığlığı ve İnsanın Tedbiri" adlı afet farkındalık oratoryosunu sunmak üzere ekibimizi sahneye davet ediyorum.</w:t>
      </w:r>
    </w:p>
    <w:p w14:paraId="4DA5E197" w14:textId="77777777" w:rsidR="00893E8A" w:rsidRDefault="00000000">
      <w:r>
        <w:rPr>
          <w:b/>
        </w:rPr>
        <w:t>8- UYGULAMALI GÖSTERİ TAKDİMİ (ÇÖK-KAPAN-TUTUN)</w:t>
      </w:r>
      <w:r>
        <w:rPr>
          <w:b/>
        </w:rPr>
        <w:br/>
      </w:r>
      <w:r>
        <w:t>Afet anında hayat kurtaran doğru davranış biçimlerini uygulamalı olarak sergilemek üzere Sivil Savunma Kulübü öğrencilerimizi sahneye davet ediyorum.</w:t>
      </w:r>
    </w:p>
    <w:p w14:paraId="6FCC3811" w14:textId="77777777" w:rsidR="00893E8A" w:rsidRDefault="00000000">
      <w:r>
        <w:rPr>
          <w:b/>
        </w:rPr>
        <w:t>9- ŞİİR TAKDİMİ ("TEDBİR HAYAT KURTARIR")</w:t>
      </w:r>
      <w:r>
        <w:rPr>
          <w:b/>
        </w:rPr>
        <w:br/>
      </w:r>
      <w:r>
        <w:t>"Tedbir Hayat Kurtarır" adlı şiiri dinlemek üzere ..... / ..... sınıfından ...................................................... davet ediyorum.</w:t>
      </w:r>
    </w:p>
    <w:p w14:paraId="088FD8B1" w14:textId="77777777" w:rsidR="00893E8A" w:rsidRDefault="00000000">
      <w:r>
        <w:rPr>
          <w:b/>
        </w:rPr>
        <w:t>10- AFET BİLİNCİ VE TEDBİR ÜZERİNE ÖZLÜ SÖZLER</w:t>
      </w:r>
      <w:r>
        <w:rPr>
          <w:b/>
        </w:rPr>
        <w:br/>
      </w:r>
      <w:r>
        <w:t>Bilim insanlarının ve düşünürlerin afetlere dair söylediği rehber sözleri dinlemek üzere öğrenci arkadaşlarımızı sahneye davet ediyorum.</w:t>
      </w:r>
    </w:p>
    <w:p w14:paraId="1178C32A" w14:textId="77777777" w:rsidR="00893E8A" w:rsidRDefault="00000000">
      <w:r>
        <w:rPr>
          <w:b/>
        </w:rPr>
        <w:t>11- ŞİİRLER: "TOPRAK SALLANIRKEN" VE "UMUT VE DAYANIŞMA"</w:t>
      </w:r>
      <w:r>
        <w:rPr>
          <w:b/>
        </w:rPr>
        <w:br/>
      </w:r>
      <w:r>
        <w:t>Afetlere karşı uyanık olmayı ve milletimizin kenetlenme gücünü anlatan şiirlerimizi seslendirmek üzere öğrenci arkadaşlarımızı sahneye davet ediyorum.</w:t>
      </w:r>
    </w:p>
    <w:p w14:paraId="60E3D2F6" w14:textId="77777777" w:rsidR="00893E8A" w:rsidRDefault="00000000">
      <w:pPr>
        <w:spacing w:after="280"/>
      </w:pPr>
      <w:r>
        <w:rPr>
          <w:b/>
        </w:rPr>
        <w:t>12- TATBİKAT DUYURUSU VE KAPANIŞ</w:t>
      </w:r>
      <w:r>
        <w:rPr>
          <w:b/>
        </w:rPr>
        <w:br/>
      </w:r>
      <w:r>
        <w:t>Programımızın ardından çalacak siren sesiyle birlikte tüm sınıflarımızda eş zamanlı olarak "Deprem ve Tahliye Tatbikatı" icra edilecektir.</w:t>
      </w:r>
      <w:r>
        <w:br/>
      </w:r>
      <w:r>
        <w:br/>
        <w:t>Unutmayınız: Afetlere hazır olmak bir tercih değil, yaşamsal bir zorunluluktur.</w:t>
      </w:r>
      <w:r>
        <w:br/>
      </w:r>
      <w:r>
        <w:br/>
        <w:t>Programımız burada sona ermiştir. Katılımlarınızdan dolayı teşekkür eder, afetsiz günler dileriz.</w:t>
      </w:r>
    </w:p>
    <w:p w14:paraId="1F2103C2" w14:textId="77777777" w:rsidR="00893E8A" w:rsidRDefault="00000000">
      <w:r>
        <w:br w:type="page"/>
      </w:r>
    </w:p>
    <w:p w14:paraId="5099DB87" w14:textId="77777777" w:rsidR="00893E8A" w:rsidRDefault="00000000">
      <w:pPr>
        <w:pStyle w:val="Balk1"/>
        <w:spacing w:after="360"/>
        <w:jc w:val="center"/>
      </w:pPr>
      <w:r>
        <w:lastRenderedPageBreak/>
        <w:t>GÜNÜN ANLAM VE ÖNEMİNİ BELİRTEN KONUŞMA METNİ</w:t>
      </w:r>
      <w:r>
        <w:br/>
        <w:t>(Öğretmen / İdareci)</w:t>
      </w:r>
    </w:p>
    <w:p w14:paraId="3987B0C5" w14:textId="77777777" w:rsidR="00893E8A" w:rsidRDefault="00000000">
      <w:pPr>
        <w:spacing w:after="160"/>
      </w:pPr>
      <w:r>
        <w:t>Sayın Okul Müdürüm, Değerli Meslektaşlarım ve Sevgili Öğrenciler,</w:t>
      </w:r>
    </w:p>
    <w:p w14:paraId="25955088" w14:textId="77777777" w:rsidR="00893E8A" w:rsidRDefault="00000000">
      <w:pPr>
        <w:spacing w:after="160"/>
      </w:pPr>
      <w:r>
        <w:t>Bugün; Birleşmiş Milletler Genel Kurulu tarafından dünya genelinde afet risklerinin azaltılması, toplumların dirençli hale getirilmesi ve farkındalığın artırılması amacıyla ilan edilen 13 Ekim Dünya Afet Risklerinin Azaltılması Günü’nü idrak etmek üzere bir aradayız.</w:t>
      </w:r>
    </w:p>
    <w:p w14:paraId="6C3F3883" w14:textId="77777777" w:rsidR="00893E8A" w:rsidRDefault="00000000">
      <w:pPr>
        <w:spacing w:after="160"/>
      </w:pPr>
      <w:r>
        <w:t>Yeryüzü canlı ve dinamik bir yapıya sahiptir. Depremler, taşkınlar, heyelanlar, orman yangınları ve fırtınalar doğanın kendi döngüsü içinde gerçekleşen olaylardır. Bir doğa olayının "afet" haline gelmesi ise insanların eksiklikleri, ihmalleri ve hazırlıksızlığı sebebiyle gerçekleşir. Nitekim bilim insanlarının da vurguladığı gibi: "Deprem bir doğa olayıdır, afete dönüşmesi ise insani bir kusurdur."</w:t>
      </w:r>
    </w:p>
    <w:p w14:paraId="5067E1E4" w14:textId="77777777" w:rsidR="00893E8A" w:rsidRDefault="00000000">
      <w:pPr>
        <w:spacing w:after="160"/>
      </w:pPr>
      <w:r>
        <w:t>Ülkemiz, Alp-Himalaya deprem kuşağı üzerinde yer alan ve tarih boyunca yıkıcı sarsıntılar yaşamış bir coğrafyadır. En son 6 Şubat 2023 tarihinde yaşadığımız asrın felaketi, bizlere afet öncesi alınacak tedbirlerin, sağlam zemin ve sağlam binaların ne kadar vazgeçilmez olduğunu en acı biçimde hatırlatmıştır. Felaketlerin ardından duyulan acıyı azaltmanın tek yolu, felaket gelmeden önce bilimin ve aklın emrettiği tedbirleri eksiksiz almaktır.</w:t>
      </w:r>
    </w:p>
    <w:p w14:paraId="3C51BBAC" w14:textId="77777777" w:rsidR="00893E8A" w:rsidRDefault="00000000">
      <w:pPr>
        <w:spacing w:after="160"/>
      </w:pPr>
      <w:r>
        <w:t>Afet risklerini azaltmak çok boyutlu bir sorumluluktur. Devletimizin sağlam altyapı ve kentsel dönüşüm politikalarının yanında, fert olarak her birimize düşen görevler vardır. Evlerimizde "tehlike avı" yaparak devrilebilecek mobilyaları sabitlemek, aile afet planı oluşturmak, acil durum çantamızı hazır tutmak ve afet anındaki doğru davranış reflekslerini kazanmak hayat kurtarır.</w:t>
      </w:r>
    </w:p>
    <w:p w14:paraId="26999924" w14:textId="77777777" w:rsidR="00893E8A" w:rsidRDefault="00000000">
      <w:pPr>
        <w:spacing w:after="160"/>
      </w:pPr>
      <w:r>
        <w:t>Sevgili Gençler,</w:t>
      </w:r>
      <w:r>
        <w:br/>
        <w:t>Sizler yarının mimarları, mühendisleri, yöneticileri ve bilinçli ebeveynlerisiniz. Bilimi rehber edinen, doğaya saygı duyan ve tedbiri elden bırakmayan nesiller yetiştirmek en büyük gayemizdir. Okulumuzda yapılan tatbikatları sadece bir oyun değil, yarın hayatınızı kurtaracak birer altın kural olarak görünüz.</w:t>
      </w:r>
    </w:p>
    <w:p w14:paraId="6D94C3E1" w14:textId="77777777" w:rsidR="00893E8A" w:rsidRDefault="00000000">
      <w:pPr>
        <w:spacing w:after="160"/>
      </w:pPr>
      <w:r>
        <w:t>Bu vesileyle; geçmişten bugüne tüm afetlerde yitirdiğimiz canlarımızı rahmet ve hürmetle anıyor; milletimize ve tüm insanlığa afetsiz, güvenli ve huzurlu bir gelecek diliyorum.</w:t>
      </w:r>
    </w:p>
    <w:p w14:paraId="7F2B8BB7" w14:textId="77777777" w:rsidR="00893E8A" w:rsidRDefault="00000000">
      <w:pPr>
        <w:spacing w:after="160"/>
      </w:pPr>
      <w:r>
        <w:rPr>
          <w:b/>
        </w:rPr>
        <w:t>Bilinçli olalım, tedbir alalım, hayatta kalalım!</w:t>
      </w:r>
    </w:p>
    <w:p w14:paraId="449BEAC9" w14:textId="77777777" w:rsidR="00893E8A" w:rsidRDefault="00000000">
      <w:r>
        <w:br w:type="page"/>
      </w:r>
    </w:p>
    <w:p w14:paraId="2C8AEBE0" w14:textId="77777777" w:rsidR="00893E8A" w:rsidRDefault="00000000">
      <w:pPr>
        <w:pStyle w:val="Balk1"/>
        <w:spacing w:after="360"/>
        <w:jc w:val="center"/>
      </w:pPr>
      <w:r>
        <w:lastRenderedPageBreak/>
        <w:t>ÖĞRENCİ TEMSİLCİSİ KONUŞMA METNİ</w:t>
      </w:r>
      <w:r>
        <w:br/>
        <w:t>"AFET BİLİNCİ VE DİRENÇLİ TOPLUM"</w:t>
      </w:r>
    </w:p>
    <w:p w14:paraId="6887B575" w14:textId="77777777" w:rsidR="00893E8A" w:rsidRDefault="00000000">
      <w:pPr>
        <w:spacing w:after="120"/>
      </w:pPr>
      <w:r>
        <w:t>Sayın Okul Müdürüm, Değerli Öğretmenlerim ve Sevgili Arkadaşlarım,</w:t>
      </w:r>
    </w:p>
    <w:p w14:paraId="3949357A" w14:textId="77777777" w:rsidR="00893E8A" w:rsidRDefault="00000000">
      <w:pPr>
        <w:spacing w:after="120"/>
      </w:pPr>
      <w:r>
        <w:t>Bugün burada, yarınlarımızı karartabilecek tehlikelere karşı bilgimizle ve tedbirimizle kalkan olmak için toplandık.</w:t>
      </w:r>
    </w:p>
    <w:p w14:paraId="48955958" w14:textId="77777777" w:rsidR="00893E8A" w:rsidRDefault="00000000">
      <w:pPr>
        <w:spacing w:after="120"/>
      </w:pPr>
      <w:r>
        <w:t>Hepimiz biliyoruz ki doğa olaylarını durduramayız. Yerin metrelerce altındaki fayların kırılmasını engellemek bizim elimizde değil; ancak o faylar kırıldığında yıkılmayacak evlerde yaşamak, sarsıntı başladığında ne yapacağını bilmek tamamen bizim elimizdedir.</w:t>
      </w:r>
    </w:p>
    <w:p w14:paraId="24915E83" w14:textId="77777777" w:rsidR="00893E8A" w:rsidRDefault="00000000">
      <w:pPr>
        <w:spacing w:after="120"/>
      </w:pPr>
      <w:r>
        <w:t>Korku bilgisizlikten doğar; bilgi ise insanı güçlü ve hazırlıklı kılar. Bir deprem anında balkonlara veya merdivenlere koşmak yerine, sağlam bir nesnenin yanında cenin pozisyonu alıp ÇÖK-KAPAN-TUTUN hareketini yapabilmek saniyeler içinde hayatımızı kurtarabilir.</w:t>
      </w:r>
    </w:p>
    <w:p w14:paraId="77E37D63" w14:textId="77777777" w:rsidR="00893E8A" w:rsidRDefault="00000000">
      <w:pPr>
        <w:spacing w:after="120"/>
      </w:pPr>
      <w:r>
        <w:t>Bizler Türk gençliği olarak bugünden tezi yok evlerimizde ailemizle afet planımızı yapmalı, eşyalarımızın sabitlendiğinden emin olmalı ve afet çantamızı yatağımızın başucunda hazır bulundurmalıyız. Geleceğimizi şansa değil, sağlam tedbirlere emanet etmeliyiz.</w:t>
      </w:r>
    </w:p>
    <w:p w14:paraId="6D4E28D6" w14:textId="77777777" w:rsidR="00893E8A" w:rsidRDefault="00000000">
      <w:pPr>
        <w:spacing w:after="120"/>
      </w:pPr>
      <w:r>
        <w:t>Unutmayalım ki: Afet gelmeden önce atılan küçük bir adım, afet anında koskoca bir hayat demektir!</w:t>
      </w:r>
    </w:p>
    <w:p w14:paraId="6A818CE8" w14:textId="77777777" w:rsidR="00893E8A" w:rsidRDefault="00000000">
      <w:pPr>
        <w:spacing w:after="120"/>
      </w:pPr>
      <w:r>
        <w:t>Beni dinlediğiniz için teşekkür eder, güvenli bir yaşam dilerim.</w:t>
      </w:r>
    </w:p>
    <w:p w14:paraId="0707812B" w14:textId="77777777" w:rsidR="00893E8A" w:rsidRDefault="00000000">
      <w:r>
        <w:br w:type="page"/>
      </w:r>
    </w:p>
    <w:p w14:paraId="45F2FCC7" w14:textId="77777777" w:rsidR="00893E8A" w:rsidRDefault="00000000">
      <w:pPr>
        <w:pStyle w:val="Balk1"/>
        <w:spacing w:after="360"/>
        <w:jc w:val="center"/>
      </w:pPr>
      <w:r>
        <w:lastRenderedPageBreak/>
        <w:t>BİLGİLENDİRME SUNUM METNİ</w:t>
      </w:r>
      <w:r>
        <w:br/>
        <w:t>"AFET TÜRLERİ, RİSK YÖNETİMİ VE AFET ÇANTASI"</w:t>
      </w:r>
    </w:p>
    <w:p w14:paraId="15D833F0" w14:textId="77777777" w:rsidR="00893E8A" w:rsidRDefault="00000000">
      <w:pPr>
        <w:pStyle w:val="Balk2"/>
        <w:spacing w:after="120"/>
      </w:pPr>
      <w:r>
        <w:t>1. Doğal Afetler ve Risk Yönetimi Anlayışı</w:t>
      </w:r>
    </w:p>
    <w:p w14:paraId="224D4945" w14:textId="77777777" w:rsidR="00893E8A" w:rsidRDefault="00000000">
      <w:pPr>
        <w:spacing w:after="240"/>
      </w:pPr>
      <w:r>
        <w:t>Doğal afetler; jeolojik (deprem, heyelan, volkanik patlama) ve meteorolojik/iklimsel (sel, fırtına, kuraklık, çığ) olmak üzere ikiye ayrılır. Modern dünyada afet yönetimi artık kriz yönetiminden (olay olduktan sonra yardıma koşmaktan), risk yönetimine (olay olmadan önce hasarı önlemeye) evrilmiştir. Riski azaltmak, zararı yok etmenin ilk kuralıdır.</w:t>
      </w:r>
    </w:p>
    <w:p w14:paraId="0A008FB2" w14:textId="77777777" w:rsidR="00893E8A" w:rsidRDefault="00000000">
      <w:pPr>
        <w:pStyle w:val="Balk2"/>
        <w:spacing w:after="120"/>
      </w:pPr>
      <w:r>
        <w:t>2. Yaşam Alanlarında Tehlike Avı ve Eşya Sabitleme</w:t>
      </w:r>
    </w:p>
    <w:p w14:paraId="529558E9" w14:textId="77777777" w:rsidR="00893E8A" w:rsidRDefault="00000000">
      <w:pPr>
        <w:spacing w:after="240"/>
      </w:pPr>
      <w:r>
        <w:t>Depremlerde meydana gelen yaralanmaların ve can kayıplarının %50’den fazlası, bina yıkılmasa dahi devrilen gardıroplar, kitaplıklar, beyaz eşyalar ve kırılan camlar sebebiyle gerçekleşmektedir. Evlerimizde L-braketler ve dübellerle eşyaların duvara sabitlenmesi, uyuduğumuz yerlerin pencerelerden uzak tutulması en ucuz ama en etkili hayat sigortasıdır.</w:t>
      </w:r>
    </w:p>
    <w:p w14:paraId="4680B3CB" w14:textId="77777777" w:rsidR="00893E8A" w:rsidRDefault="00000000">
      <w:pPr>
        <w:pStyle w:val="Balk2"/>
        <w:spacing w:after="120"/>
      </w:pPr>
      <w:r>
        <w:t>3. Afet ve Acil Durum Çantası Neler İçermelidir?</w:t>
      </w:r>
    </w:p>
    <w:p w14:paraId="527E41B8" w14:textId="77777777" w:rsidR="00893E8A" w:rsidRDefault="00000000">
      <w:pPr>
        <w:spacing w:after="240"/>
      </w:pPr>
      <w:r>
        <w:t>İlk 72 saatte hayatta kalmamızı sağlayacak acil durum çantasında; kişi başına en az 1 litre su, yüksek kalorili bozulmayan bisküvi ve konserveler, düdük, fener, yedek piller, ilk yardım seti, reçeteli ilaçlar, mevsime uygun giysi, önemli evrak fotokopileri ve bir miktar nakit para bulunmalıdır.</w:t>
      </w:r>
    </w:p>
    <w:p w14:paraId="50AC1AEA" w14:textId="77777777" w:rsidR="00893E8A" w:rsidRDefault="00000000">
      <w:r>
        <w:br w:type="page"/>
      </w:r>
    </w:p>
    <w:p w14:paraId="75917280" w14:textId="77777777" w:rsidR="00893E8A" w:rsidRDefault="00000000">
      <w:pPr>
        <w:pStyle w:val="Balk1"/>
        <w:spacing w:after="320"/>
        <w:jc w:val="center"/>
      </w:pPr>
      <w:r>
        <w:lastRenderedPageBreak/>
        <w:t>AFET FARKINDALIK ORATORYOSU</w:t>
      </w:r>
      <w:r>
        <w:br/>
        <w:t>"SESSİZ DOĞANIN ÇIĞLIĞI VE İNSANIN TEDBİRİ"</w:t>
      </w:r>
    </w:p>
    <w:p w14:paraId="67E27D20" w14:textId="77777777" w:rsidR="00893E8A" w:rsidRDefault="00000000">
      <w:pPr>
        <w:spacing w:after="120"/>
        <w:ind w:left="288"/>
      </w:pPr>
      <w:r>
        <w:rPr>
          <w:b/>
        </w:rPr>
        <w:t xml:space="preserve">1. Öğrenci: </w:t>
      </w:r>
      <w:r>
        <w:t>Bir uğultu kopar yerin derinliklerinden... Dağlar sarsılır, toprak yarılır, binalar titrer!</w:t>
      </w:r>
    </w:p>
    <w:p w14:paraId="76E732BA" w14:textId="77777777" w:rsidR="00893E8A" w:rsidRDefault="00000000">
      <w:pPr>
        <w:spacing w:after="120"/>
        <w:ind w:left="288"/>
      </w:pPr>
      <w:r>
        <w:rPr>
          <w:b/>
        </w:rPr>
        <w:t xml:space="preserve">2. Öğrenci: </w:t>
      </w:r>
      <w:r>
        <w:t>Sorar insan gökyüzüne bakarak: Neden yıktın evimi ey fırtına? Neden aldın canımı ey yer sarsıntısı?</w:t>
      </w:r>
    </w:p>
    <w:p w14:paraId="1E91FE50" w14:textId="77777777" w:rsidR="00893E8A" w:rsidRDefault="00000000">
      <w:pPr>
        <w:spacing w:after="120"/>
        <w:ind w:left="288"/>
      </w:pPr>
      <w:r>
        <w:rPr>
          <w:b/>
        </w:rPr>
        <w:t xml:space="preserve">3. Öğrenci: </w:t>
      </w:r>
      <w:r>
        <w:t>Toprak dile gelir ve haykırır: "Ben yaratılışımın gereğini yaparım! Fay kırılır, nehir yatağına akar. Suç bende değil, dere yatağına bina kuranda, demirden çalandadır!"</w:t>
      </w:r>
    </w:p>
    <w:p w14:paraId="61D5F689" w14:textId="77777777" w:rsidR="00893E8A" w:rsidRDefault="00000000">
      <w:pPr>
        <w:spacing w:after="120"/>
        <w:ind w:left="288"/>
      </w:pPr>
      <w:r>
        <w:rPr>
          <w:b/>
        </w:rPr>
        <w:t xml:space="preserve">4. Öğrenci: </w:t>
      </w:r>
      <w:r>
        <w:t>Unutma insanoğlu! Doğa öç almaz; doğa sadece kendi kanunlarını uygular!</w:t>
      </w:r>
    </w:p>
    <w:p w14:paraId="685FDDCD" w14:textId="77777777" w:rsidR="00893E8A" w:rsidRDefault="00000000">
      <w:pPr>
        <w:spacing w:after="120"/>
        <w:ind w:left="288"/>
      </w:pPr>
      <w:r>
        <w:rPr>
          <w:b/>
        </w:rPr>
        <w:t xml:space="preserve">KORO: </w:t>
      </w:r>
      <w:r>
        <w:t>Deprem bir kader değildir; tedbirsizlik felakettir!</w:t>
      </w:r>
    </w:p>
    <w:p w14:paraId="40CD013A" w14:textId="77777777" w:rsidR="00893E8A" w:rsidRDefault="00000000">
      <w:pPr>
        <w:spacing w:after="120"/>
        <w:ind w:left="288"/>
      </w:pPr>
      <w:r>
        <w:rPr>
          <w:b/>
        </w:rPr>
        <w:t xml:space="preserve">1. Öğrenci: </w:t>
      </w:r>
      <w:r>
        <w:t>Bilim konuştu yıllarca: Sağlam zemin, sağlam temel, sağlam yapı dedi!</w:t>
      </w:r>
    </w:p>
    <w:p w14:paraId="13B4DC4C" w14:textId="77777777" w:rsidR="00893E8A" w:rsidRDefault="00000000">
      <w:pPr>
        <w:spacing w:after="120"/>
        <w:ind w:left="288"/>
      </w:pPr>
      <w:r>
        <w:rPr>
          <w:b/>
        </w:rPr>
        <w:t xml:space="preserve">2. Öğrenci: </w:t>
      </w:r>
      <w:r>
        <w:t>Dinledik mi bilimin sesini? Sabitledik mi başımıza yıkılacak dolapları?</w:t>
      </w:r>
    </w:p>
    <w:p w14:paraId="1C741B5D" w14:textId="77777777" w:rsidR="00893E8A" w:rsidRDefault="00000000">
      <w:pPr>
        <w:spacing w:after="120"/>
        <w:ind w:left="288"/>
      </w:pPr>
      <w:r>
        <w:rPr>
          <w:b/>
        </w:rPr>
        <w:t xml:space="preserve">3. Öğrenci: </w:t>
      </w:r>
      <w:r>
        <w:t>Korku çare değil, panik kurtuluş değil!</w:t>
      </w:r>
    </w:p>
    <w:p w14:paraId="2D4A8AC4" w14:textId="77777777" w:rsidR="00893E8A" w:rsidRDefault="00000000">
      <w:pPr>
        <w:spacing w:after="120"/>
        <w:ind w:left="288"/>
      </w:pPr>
      <w:r>
        <w:rPr>
          <w:b/>
        </w:rPr>
        <w:t xml:space="preserve">4. Öğrenci: </w:t>
      </w:r>
      <w:r>
        <w:t>Çök masanın yanına! Kapan başının üstüne! Tutun hayata sımsıkı!</w:t>
      </w:r>
    </w:p>
    <w:p w14:paraId="1FBA3BB9" w14:textId="77777777" w:rsidR="00893E8A" w:rsidRDefault="00000000">
      <w:pPr>
        <w:spacing w:after="120"/>
        <w:ind w:left="288"/>
      </w:pPr>
      <w:r>
        <w:rPr>
          <w:b/>
        </w:rPr>
        <w:t xml:space="preserve">KORO: </w:t>
      </w:r>
      <w:r>
        <w:t>Biz bilinçli gençleriz! Tedbir alacak, sağlam yapacak, doğayla barış içinde yaşayacağız!</w:t>
      </w:r>
    </w:p>
    <w:p w14:paraId="4691FCBA" w14:textId="77777777" w:rsidR="00893E8A" w:rsidRDefault="00000000">
      <w:r>
        <w:br w:type="page"/>
      </w:r>
    </w:p>
    <w:p w14:paraId="69994136" w14:textId="77777777" w:rsidR="00893E8A" w:rsidRDefault="00000000">
      <w:pPr>
        <w:pStyle w:val="Balk1"/>
        <w:spacing w:after="360"/>
        <w:jc w:val="center"/>
      </w:pPr>
      <w:r>
        <w:lastRenderedPageBreak/>
        <w:t>AFET BİLİNCİ, BİLİM VE TEDBİR ÜZERİNE ÖZLÜ SÖZLER</w:t>
      </w:r>
      <w:r>
        <w:br/>
        <w:t>(Öğrenci Sunumu)</w:t>
      </w:r>
    </w:p>
    <w:p w14:paraId="3767A60F" w14:textId="77777777" w:rsidR="00893E8A" w:rsidRDefault="00000000">
      <w:pPr>
        <w:spacing w:after="120"/>
        <w:ind w:left="288"/>
      </w:pPr>
      <w:r>
        <w:rPr>
          <w:b/>
        </w:rPr>
        <w:t xml:space="preserve">• Gazi Mustafa Kemal Atatürk: </w:t>
      </w:r>
      <w:r>
        <w:t>“Felaket başa gelmeden evvel önleyici ve koruyucu tedbirleri düşünmek lazımdır; geldikten sonra dövünmenin hiçbir faydası yoktur.”</w:t>
      </w:r>
    </w:p>
    <w:p w14:paraId="1E5A6771" w14:textId="77777777" w:rsidR="00893E8A" w:rsidRDefault="00000000">
      <w:pPr>
        <w:spacing w:after="120"/>
        <w:ind w:left="288"/>
      </w:pPr>
      <w:r>
        <w:rPr>
          <w:b/>
        </w:rPr>
        <w:t xml:space="preserve">• Prof. Dr. Aykut Barka: </w:t>
      </w:r>
      <w:r>
        <w:t>“Deprem değil, bina öldürür!”</w:t>
      </w:r>
    </w:p>
    <w:p w14:paraId="0D3F134D" w14:textId="77777777" w:rsidR="00893E8A" w:rsidRDefault="00000000">
      <w:pPr>
        <w:spacing w:after="120"/>
        <w:ind w:left="288"/>
      </w:pPr>
      <w:r>
        <w:rPr>
          <w:b/>
        </w:rPr>
        <w:t xml:space="preserve">• Prof. Dr. Celal Şengör: </w:t>
      </w:r>
      <w:r>
        <w:t>“Depreme hazırlıklı olmak lüks değil, bu coğrafyada yaşamanın birinci şartıdır.”</w:t>
      </w:r>
    </w:p>
    <w:p w14:paraId="47D41BC2" w14:textId="77777777" w:rsidR="00893E8A" w:rsidRDefault="00000000">
      <w:pPr>
        <w:spacing w:after="120"/>
        <w:ind w:left="288"/>
      </w:pPr>
      <w:r>
        <w:rPr>
          <w:b/>
        </w:rPr>
        <w:t xml:space="preserve">• Japon Atasözü: </w:t>
      </w:r>
      <w:r>
        <w:t>“Bir felaket, bir önceki felaketin unutulduğu anda gelir.”</w:t>
      </w:r>
    </w:p>
    <w:p w14:paraId="2F39B074" w14:textId="77777777" w:rsidR="00893E8A" w:rsidRDefault="00000000">
      <w:pPr>
        <w:spacing w:after="120"/>
        <w:ind w:left="288"/>
      </w:pPr>
      <w:r>
        <w:rPr>
          <w:b/>
        </w:rPr>
        <w:t xml:space="preserve">• Benjamin Franklin: </w:t>
      </w:r>
      <w:r>
        <w:t>“Hazırlık yapmayı başaramazsanız, başarısızlığa hazırlanmış olursunuz.”</w:t>
      </w:r>
    </w:p>
    <w:p w14:paraId="533316D9" w14:textId="77777777" w:rsidR="00893E8A" w:rsidRDefault="00000000">
      <w:pPr>
        <w:spacing w:after="120"/>
        <w:ind w:left="288"/>
      </w:pPr>
      <w:r>
        <w:rPr>
          <w:b/>
        </w:rPr>
        <w:t xml:space="preserve">• Sivil Savunma İlkesi: </w:t>
      </w:r>
      <w:r>
        <w:t>“Afet anında doğru davranan bir kişi, hem kendi hayatını hem de etrafındakilerin hayatını kurtarır.”</w:t>
      </w:r>
    </w:p>
    <w:p w14:paraId="6A007253" w14:textId="77777777" w:rsidR="00893E8A" w:rsidRDefault="00000000">
      <w:pPr>
        <w:spacing w:after="120"/>
        <w:ind w:left="288"/>
      </w:pPr>
      <w:r>
        <w:rPr>
          <w:b/>
        </w:rPr>
        <w:t xml:space="preserve">• Temel Yaşam Kuralı: </w:t>
      </w:r>
      <w:r>
        <w:t>“Deprem anında asansörleri ve merdivenleri kesinlikle kullanmayınız!”</w:t>
      </w:r>
    </w:p>
    <w:p w14:paraId="2E2EBEC8" w14:textId="77777777" w:rsidR="00893E8A" w:rsidRDefault="00000000">
      <w:pPr>
        <w:spacing w:after="120"/>
        <w:ind w:left="288"/>
      </w:pPr>
      <w:r>
        <w:rPr>
          <w:b/>
        </w:rPr>
        <w:t xml:space="preserve">• Halk Sözü: </w:t>
      </w:r>
      <w:r>
        <w:t>“Akıllı adam tedbir alır, gafil adam kader der ağlar.”</w:t>
      </w:r>
    </w:p>
    <w:p w14:paraId="5259D652" w14:textId="77777777" w:rsidR="00893E8A" w:rsidRDefault="00000000">
      <w:r>
        <w:br w:type="page"/>
      </w:r>
    </w:p>
    <w:p w14:paraId="5B7FF58F" w14:textId="77777777" w:rsidR="00893E8A" w:rsidRDefault="00000000">
      <w:pPr>
        <w:pStyle w:val="Balk1"/>
        <w:jc w:val="center"/>
      </w:pPr>
      <w:r>
        <w:lastRenderedPageBreak/>
        <w:t>DEPREM VE TEDBİR</w:t>
      </w:r>
    </w:p>
    <w:p w14:paraId="56FC4CC2" w14:textId="77777777" w:rsidR="00893E8A" w:rsidRDefault="00000000">
      <w:pPr>
        <w:spacing w:after="360"/>
        <w:jc w:val="center"/>
      </w:pPr>
      <w:r>
        <w:rPr>
          <w:i/>
        </w:rPr>
        <w:t>Anonim</w:t>
      </w:r>
    </w:p>
    <w:p w14:paraId="28199834" w14:textId="77777777" w:rsidR="00893E8A" w:rsidRDefault="00000000">
      <w:r>
        <w:t>Yer sarsılır ansızın,</w:t>
      </w:r>
      <w:r>
        <w:br/>
        <w:t>Korku sarar her yanı.</w:t>
      </w:r>
      <w:r>
        <w:br/>
        <w:t>Eğer tedbir almazsan,</w:t>
      </w:r>
      <w:r>
        <w:br/>
        <w:t>Çok acıtır bu anı.</w:t>
      </w:r>
    </w:p>
    <w:p w14:paraId="78F0C1AD" w14:textId="77777777" w:rsidR="00893E8A" w:rsidRDefault="00000000">
      <w:r>
        <w:t>Çürük bina yapmayın,</w:t>
      </w:r>
      <w:r>
        <w:br/>
        <w:t>Doğru yoldan sapmayın.</w:t>
      </w:r>
      <w:r>
        <w:br/>
        <w:t>Sağlam olsun evimiz,</w:t>
      </w:r>
      <w:r>
        <w:br/>
        <w:t>Huzur bulsun kalbimiz.</w:t>
      </w:r>
    </w:p>
    <w:p w14:paraId="4743124B" w14:textId="77777777" w:rsidR="00893E8A" w:rsidRDefault="00000000">
      <w:r>
        <w:t>Dolapları bağla sen,</w:t>
      </w:r>
      <w:r>
        <w:br/>
        <w:t>Çantayı hazırla sen.</w:t>
      </w:r>
      <w:r>
        <w:br/>
        <w:t>Bilgi en büyük zırhtır,</w:t>
      </w:r>
      <w:r>
        <w:br/>
        <w:t>Bunu iyi anla sen!</w:t>
      </w:r>
    </w:p>
    <w:p w14:paraId="7321983E" w14:textId="77777777" w:rsidR="00893E8A" w:rsidRDefault="00000000">
      <w:r>
        <w:br w:type="page"/>
      </w:r>
    </w:p>
    <w:p w14:paraId="6ADA69EC" w14:textId="77777777" w:rsidR="00893E8A" w:rsidRDefault="00000000">
      <w:pPr>
        <w:pStyle w:val="Balk1"/>
        <w:jc w:val="center"/>
      </w:pPr>
      <w:r>
        <w:lastRenderedPageBreak/>
        <w:t>DEPREM</w:t>
      </w:r>
    </w:p>
    <w:p w14:paraId="581E760C" w14:textId="77777777" w:rsidR="00893E8A" w:rsidRDefault="00000000">
      <w:pPr>
        <w:spacing w:after="360"/>
        <w:jc w:val="center"/>
      </w:pPr>
      <w:r>
        <w:rPr>
          <w:i/>
        </w:rPr>
        <w:t>Anonim</w:t>
      </w:r>
    </w:p>
    <w:p w14:paraId="23A3992E" w14:textId="77777777" w:rsidR="00893E8A" w:rsidRDefault="00000000">
      <w:r>
        <w:t>Toprak sallanır birden,</w:t>
      </w:r>
      <w:r>
        <w:br/>
        <w:t>Sesler gelir derinden.</w:t>
      </w:r>
      <w:r>
        <w:br/>
        <w:t>Panik yapma sakın ha,</w:t>
      </w:r>
      <w:r>
        <w:br/>
        <w:t>Oynama hiç yerinden.</w:t>
      </w:r>
    </w:p>
    <w:p w14:paraId="563845FD" w14:textId="77777777" w:rsidR="00893E8A" w:rsidRDefault="00000000">
      <w:r>
        <w:t>Çök hemen bir sıraya,</w:t>
      </w:r>
      <w:r>
        <w:br/>
        <w:t>Kapan, tutun masaya.</w:t>
      </w:r>
      <w:r>
        <w:br/>
        <w:t>Başını koru iyi,</w:t>
      </w:r>
      <w:r>
        <w:br/>
        <w:t>Uy güvenli yasaya.</w:t>
      </w:r>
    </w:p>
    <w:p w14:paraId="47E1D14D" w14:textId="77777777" w:rsidR="00893E8A" w:rsidRDefault="00000000">
      <w:r>
        <w:t>Sarsıntı bitince dur,</w:t>
      </w:r>
      <w:r>
        <w:br/>
        <w:t>Merdivene sakin vur.</w:t>
      </w:r>
      <w:r>
        <w:br/>
        <w:t>Açık alana yönel,</w:t>
      </w:r>
      <w:r>
        <w:br/>
        <w:t>Güvenli bir hayat kur!</w:t>
      </w:r>
    </w:p>
    <w:p w14:paraId="3D27615F" w14:textId="77777777" w:rsidR="00893E8A" w:rsidRDefault="00000000">
      <w:r>
        <w:br w:type="page"/>
      </w:r>
    </w:p>
    <w:p w14:paraId="2ACF50A8" w14:textId="77777777" w:rsidR="00893E8A" w:rsidRDefault="00000000">
      <w:pPr>
        <w:pStyle w:val="Balk1"/>
        <w:jc w:val="center"/>
      </w:pPr>
      <w:r>
        <w:lastRenderedPageBreak/>
        <w:t>TEDBİR HAYAT KURTARIR</w:t>
      </w:r>
    </w:p>
    <w:p w14:paraId="6E55FA05" w14:textId="77777777" w:rsidR="00893E8A" w:rsidRDefault="00000000">
      <w:pPr>
        <w:spacing w:after="360"/>
        <w:jc w:val="center"/>
      </w:pPr>
      <w:r>
        <w:rPr>
          <w:i/>
        </w:rPr>
        <w:t>Anonim</w:t>
      </w:r>
    </w:p>
    <w:p w14:paraId="73658C79" w14:textId="77777777" w:rsidR="00893E8A" w:rsidRDefault="00000000">
      <w:r>
        <w:t>Afet gelir habersiz,</w:t>
      </w:r>
      <w:r>
        <w:br/>
        <w:t>Bırakmasın çaresiz.</w:t>
      </w:r>
      <w:r>
        <w:br/>
        <w:t>Önceden hazırlanan,</w:t>
      </w:r>
      <w:r>
        <w:br/>
        <w:t>Kalmaz asla kimsesiz.</w:t>
      </w:r>
    </w:p>
    <w:p w14:paraId="19CAE523" w14:textId="77777777" w:rsidR="00893E8A" w:rsidRDefault="00000000">
      <w:r>
        <w:t>Bilinçli ol ey insan,</w:t>
      </w:r>
      <w:r>
        <w:br/>
        <w:t>Boşa akmasın zaman.</w:t>
      </w:r>
      <w:r>
        <w:br/>
        <w:t>Tedbirini alırsan,</w:t>
      </w:r>
      <w:r>
        <w:br/>
        <w:t>Kurtulur elbet bu can.</w:t>
      </w:r>
    </w:p>
    <w:p w14:paraId="17C527D7" w14:textId="77777777" w:rsidR="00893E8A" w:rsidRDefault="00000000">
      <w:r>
        <w:t>Deprem, yangın ya da sel,</w:t>
      </w:r>
      <w:r>
        <w:br/>
        <w:t>Uzat dostuna bir el.</w:t>
      </w:r>
      <w:r>
        <w:br/>
        <w:t>Birlikte güçlüyüz biz,</w:t>
      </w:r>
      <w:r>
        <w:br/>
        <w:t>Aydınlık olsun emel!</w:t>
      </w:r>
    </w:p>
    <w:p w14:paraId="01961875" w14:textId="77777777" w:rsidR="00893E8A" w:rsidRDefault="00000000">
      <w:r>
        <w:br w:type="page"/>
      </w:r>
    </w:p>
    <w:p w14:paraId="76350091" w14:textId="77777777" w:rsidR="00893E8A" w:rsidRDefault="00000000">
      <w:pPr>
        <w:pStyle w:val="Balk1"/>
        <w:jc w:val="center"/>
      </w:pPr>
      <w:r>
        <w:lastRenderedPageBreak/>
        <w:t>TOPRAK SALLANIRKEN</w:t>
      </w:r>
    </w:p>
    <w:p w14:paraId="6A63A021" w14:textId="77777777" w:rsidR="00893E8A" w:rsidRDefault="00000000">
      <w:pPr>
        <w:spacing w:after="360"/>
        <w:jc w:val="center"/>
      </w:pPr>
      <w:r>
        <w:rPr>
          <w:i/>
        </w:rPr>
        <w:t>Anonim</w:t>
      </w:r>
    </w:p>
    <w:p w14:paraId="0B02F51F" w14:textId="77777777" w:rsidR="00893E8A" w:rsidRDefault="00000000">
      <w:r>
        <w:t>Bir gece ansızın sarsıldı zemin,</w:t>
      </w:r>
      <w:r>
        <w:br/>
        <w:t>Uykudan uyandı koca bir şehir.</w:t>
      </w:r>
      <w:r>
        <w:br/>
        <w:t>Sağlamsa binan olursun emin,</w:t>
      </w:r>
      <w:r>
        <w:br/>
        <w:t>Tedbirdir insana en büyük sihir.</w:t>
      </w:r>
    </w:p>
    <w:p w14:paraId="0B8265A8" w14:textId="77777777" w:rsidR="00893E8A" w:rsidRDefault="00000000">
      <w:r>
        <w:t>Merdivene koşma, balkondan atma,</w:t>
      </w:r>
      <w:r>
        <w:br/>
        <w:t>Korkuyu panikle içine katma.</w:t>
      </w:r>
      <w:r>
        <w:br/>
        <w:t>Sağlam bir eşyaya kapan ve tutun,</w:t>
      </w:r>
      <w:r>
        <w:br/>
        <w:t>Aklını başına topla, unutma!</w:t>
      </w:r>
    </w:p>
    <w:p w14:paraId="248284C5" w14:textId="77777777" w:rsidR="00893E8A" w:rsidRDefault="00000000">
      <w:r>
        <w:t>Sonrasında sakin toplanma yeri,</w:t>
      </w:r>
      <w:r>
        <w:br/>
        <w:t>Arama geride kalan şeyleri.</w:t>
      </w:r>
      <w:r>
        <w:br/>
        <w:t>Önemli olan candır her zaman,</w:t>
      </w:r>
      <w:r>
        <w:br/>
        <w:t>Koru bu hayatı, dinle rehberi!</w:t>
      </w:r>
    </w:p>
    <w:p w14:paraId="3E2C4FE2" w14:textId="77777777" w:rsidR="00893E8A" w:rsidRDefault="00000000">
      <w:r>
        <w:br w:type="page"/>
      </w:r>
    </w:p>
    <w:p w14:paraId="45017488" w14:textId="77777777" w:rsidR="00893E8A" w:rsidRDefault="00000000">
      <w:pPr>
        <w:pStyle w:val="Balk1"/>
        <w:jc w:val="center"/>
      </w:pPr>
      <w:r>
        <w:lastRenderedPageBreak/>
        <w:t>UMUT VE DAYANIŞMA</w:t>
      </w:r>
    </w:p>
    <w:p w14:paraId="63E060AB" w14:textId="77777777" w:rsidR="00893E8A" w:rsidRDefault="00000000">
      <w:pPr>
        <w:spacing w:after="360"/>
        <w:jc w:val="center"/>
      </w:pPr>
      <w:r>
        <w:rPr>
          <w:i/>
        </w:rPr>
        <w:t>Anonim</w:t>
      </w:r>
    </w:p>
    <w:p w14:paraId="31E9631A" w14:textId="77777777" w:rsidR="00893E8A" w:rsidRDefault="00000000">
      <w:r>
        <w:t>Yıkılsa da evler, dökülse taşlar,</w:t>
      </w:r>
      <w:r>
        <w:br/>
        <w:t>Bizde tükenmeyen bir umut başlar.</w:t>
      </w:r>
      <w:r>
        <w:br/>
        <w:t>Acıyı paylaşır kardeşe koşan,</w:t>
      </w:r>
      <w:r>
        <w:br/>
        <w:t>Milletçe silinir gözdeki yaşlar.</w:t>
      </w:r>
    </w:p>
    <w:p w14:paraId="618BB442" w14:textId="77777777" w:rsidR="00893E8A" w:rsidRDefault="00000000">
      <w:r>
        <w:t>Fakat asıl marifet yıkılmamaktır,</w:t>
      </w:r>
      <w:r>
        <w:br/>
        <w:t>Fayların üstüne sağlam bakmaktır.</w:t>
      </w:r>
      <w:r>
        <w:br/>
        <w:t>Bilimle kuşanıp güvenli kente,</w:t>
      </w:r>
      <w:r>
        <w:br/>
        <w:t>Gelecek nesle yurt bırakmaktır.</w:t>
      </w:r>
    </w:p>
    <w:p w14:paraId="478F43AF" w14:textId="77777777" w:rsidR="00893E8A" w:rsidRDefault="00000000">
      <w:r>
        <w:t>El ele verelim, bilinçlenelim,</w:t>
      </w:r>
      <w:r>
        <w:br/>
        <w:t>Afete karşı hep güçlenelim.</w:t>
      </w:r>
      <w:r>
        <w:br/>
        <w:t>Korkusuz yarınlar bizim hakkımız,</w:t>
      </w:r>
      <w:r>
        <w:br/>
        <w:t>Tedbirle aydınlansın ufkumuz!</w:t>
      </w:r>
    </w:p>
    <w:sectPr w:rsidR="00893E8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53643404">
    <w:abstractNumId w:val="8"/>
  </w:num>
  <w:num w:numId="2" w16cid:durableId="2105957896">
    <w:abstractNumId w:val="6"/>
  </w:num>
  <w:num w:numId="3" w16cid:durableId="33429417">
    <w:abstractNumId w:val="5"/>
  </w:num>
  <w:num w:numId="4" w16cid:durableId="586035831">
    <w:abstractNumId w:val="4"/>
  </w:num>
  <w:num w:numId="5" w16cid:durableId="1957133224">
    <w:abstractNumId w:val="7"/>
  </w:num>
  <w:num w:numId="6" w16cid:durableId="25328836">
    <w:abstractNumId w:val="3"/>
  </w:num>
  <w:num w:numId="7" w16cid:durableId="746726197">
    <w:abstractNumId w:val="2"/>
  </w:num>
  <w:num w:numId="8" w16cid:durableId="279800216">
    <w:abstractNumId w:val="1"/>
  </w:num>
  <w:num w:numId="9" w16cid:durableId="647053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4A04"/>
    <w:rsid w:val="0015074B"/>
    <w:rsid w:val="0029639D"/>
    <w:rsid w:val="00326F90"/>
    <w:rsid w:val="00847E06"/>
    <w:rsid w:val="00893E8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64C856"/>
  <w14:defaultImageDpi w14:val="300"/>
  <w15:docId w15:val="{BEB5656A-7AC7-4A8D-809D-003283B3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2026-09-20T19:35:00Z</dcterms:modified>
  <cp:category/>
</cp:coreProperties>
</file>