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075D0" w14:textId="77777777" w:rsidR="00F33C06" w:rsidRDefault="00F33C06"/>
    <w:p w14:paraId="1FF45673" w14:textId="77777777" w:rsidR="00F33C06" w:rsidRDefault="00F33C06"/>
    <w:p w14:paraId="7BA541DB" w14:textId="77777777" w:rsidR="00F33C06" w:rsidRDefault="00F33C06"/>
    <w:p w14:paraId="0DDC64B9" w14:textId="77777777" w:rsidR="00F33C06" w:rsidRDefault="00F33C06"/>
    <w:p w14:paraId="5B10D1EA" w14:textId="77777777" w:rsidR="00F33C06" w:rsidRDefault="00F33C06"/>
    <w:p w14:paraId="2F51ED81" w14:textId="77777777" w:rsidR="00F33C06" w:rsidRDefault="00F33C06"/>
    <w:p w14:paraId="75112C20" w14:textId="77777777" w:rsidR="00F33C06" w:rsidRDefault="00F33C06"/>
    <w:p w14:paraId="2ED6C5A8" w14:textId="77777777" w:rsidR="00F33C06" w:rsidRDefault="00000000">
      <w:pPr>
        <w:jc w:val="center"/>
      </w:pPr>
      <w:r>
        <w:rPr>
          <w:b/>
          <w:sz w:val="32"/>
        </w:rPr>
        <w:t>T.C.</w:t>
      </w:r>
      <w:r>
        <w:rPr>
          <w:b/>
          <w:sz w:val="32"/>
        </w:rPr>
        <w:br/>
        <w:t>.................................................................... MÜDÜRLÜĞÜ</w:t>
      </w:r>
    </w:p>
    <w:p w14:paraId="00698598" w14:textId="77777777" w:rsidR="00F33C06" w:rsidRDefault="00F33C06"/>
    <w:p w14:paraId="6B36B73D" w14:textId="77777777" w:rsidR="00F33C06" w:rsidRDefault="00F33C06"/>
    <w:p w14:paraId="2D2080A5" w14:textId="77777777" w:rsidR="00F33C06" w:rsidRDefault="00F33C06"/>
    <w:p w14:paraId="52F407F1" w14:textId="77777777" w:rsidR="00F33C06" w:rsidRDefault="00F33C06"/>
    <w:p w14:paraId="76E185C2" w14:textId="77777777" w:rsidR="00F33C06" w:rsidRDefault="00000000">
      <w:pPr>
        <w:jc w:val="center"/>
      </w:pPr>
      <w:r>
        <w:rPr>
          <w:b/>
          <w:sz w:val="40"/>
        </w:rPr>
        <w:t>13 EKİM DÜNYA AFET RİSKLERİNİN AZALTILMASI GÜNÜ</w:t>
      </w:r>
      <w:r>
        <w:rPr>
          <w:b/>
          <w:sz w:val="40"/>
        </w:rPr>
        <w:br/>
        <w:t>ANMA VE BİLİNÇLENDİRME PROGRAMI</w:t>
      </w:r>
    </w:p>
    <w:p w14:paraId="44D5622E" w14:textId="77777777" w:rsidR="00F33C06" w:rsidRDefault="00F33C06"/>
    <w:p w14:paraId="49245E8B" w14:textId="77777777" w:rsidR="00F33C06" w:rsidRDefault="00F33C06"/>
    <w:p w14:paraId="134BE08D" w14:textId="77777777" w:rsidR="00F33C06" w:rsidRDefault="00F33C06"/>
    <w:p w14:paraId="60F243D5" w14:textId="77777777" w:rsidR="00F33C06" w:rsidRDefault="00F33C06"/>
    <w:p w14:paraId="49212E93" w14:textId="77777777" w:rsidR="00F33C06" w:rsidRDefault="00F33C06"/>
    <w:p w14:paraId="1904A255" w14:textId="77777777" w:rsidR="00F33C06" w:rsidRDefault="00F33C06"/>
    <w:p w14:paraId="61D4640E" w14:textId="77777777" w:rsidR="00F33C06" w:rsidRDefault="00F33C06"/>
    <w:p w14:paraId="2C0F4A60" w14:textId="77777777" w:rsidR="00F33C06" w:rsidRDefault="00000000">
      <w:pPr>
        <w:jc w:val="center"/>
      </w:pPr>
      <w:r>
        <w:rPr>
          <w:b/>
          <w:sz w:val="26"/>
        </w:rPr>
        <w:t>20... - 20... EĞİTİM ÖĞRETİM YILI</w:t>
      </w:r>
    </w:p>
    <w:p w14:paraId="61A4FDD2" w14:textId="77777777" w:rsidR="00F33C06" w:rsidRDefault="00000000">
      <w:r>
        <w:br w:type="page"/>
      </w:r>
    </w:p>
    <w:p w14:paraId="11AA3CEE" w14:textId="77777777" w:rsidR="00F33C06" w:rsidRDefault="00000000">
      <w:pPr>
        <w:spacing w:after="320"/>
        <w:jc w:val="center"/>
      </w:pPr>
      <w:r>
        <w:rPr>
          <w:b/>
          <w:sz w:val="26"/>
        </w:rPr>
        <w:lastRenderedPageBreak/>
        <w:t>.................................................................... MÜDÜRLÜĞÜNE</w:t>
      </w:r>
    </w:p>
    <w:p w14:paraId="4AF02F8E" w14:textId="77777777" w:rsidR="00F33C06" w:rsidRDefault="00000000">
      <w:r>
        <w:t xml:space="preserve">       Hazırlamış olduğumuz "13 Ekim Dünya Afet Risklerinin Azaltılması Günü" programını .../.../20... günü saat ........’da okul bahçesinde / konferans salonunda gerçekleştirmek istiyoruz. Program akışı aşağıda belirtilmiştir.</w:t>
      </w:r>
    </w:p>
    <w:p w14:paraId="7B5D4428" w14:textId="77777777" w:rsidR="00F33C06" w:rsidRDefault="00000000">
      <w:pPr>
        <w:spacing w:after="280"/>
      </w:pPr>
      <w:r>
        <w:t xml:space="preserve">       Gereğini bilgilerinize arz ederim.</w:t>
      </w:r>
    </w:p>
    <w:p w14:paraId="440CB01C" w14:textId="77777777" w:rsidR="00F33C06" w:rsidRDefault="00000000">
      <w:pPr>
        <w:spacing w:after="120"/>
      </w:pPr>
      <w:r>
        <w:rPr>
          <w:b/>
        </w:rPr>
        <w:t>PROGRAM AKIŞI:</w:t>
      </w:r>
    </w:p>
    <w:p w14:paraId="35CD0C7F" w14:textId="77777777" w:rsidR="00F33C06" w:rsidRDefault="00000000">
      <w:pPr>
        <w:spacing w:after="80"/>
        <w:ind w:left="288"/>
      </w:pPr>
      <w:r>
        <w:t>1. Açılış, Saygı Duruşu ve İstiklâl Marşı</w:t>
      </w:r>
    </w:p>
    <w:p w14:paraId="16653450" w14:textId="77777777" w:rsidR="00F33C06" w:rsidRDefault="00000000">
      <w:pPr>
        <w:spacing w:after="80"/>
        <w:ind w:left="288"/>
      </w:pPr>
      <w:r>
        <w:t>2. Günün Anlam ve Önemini Belirten Konuşma (Öğretmen Konuşması)</w:t>
      </w:r>
    </w:p>
    <w:p w14:paraId="4394A22D" w14:textId="77777777" w:rsidR="00F33C06" w:rsidRDefault="00000000">
      <w:pPr>
        <w:spacing w:after="80"/>
        <w:ind w:left="288"/>
      </w:pPr>
      <w:r>
        <w:t>3. Şiir: "Deprem ve Tedbir" (Anonim)</w:t>
      </w:r>
    </w:p>
    <w:p w14:paraId="381E6C45" w14:textId="77777777" w:rsidR="00F33C06" w:rsidRDefault="00000000">
      <w:pPr>
        <w:spacing w:after="80"/>
        <w:ind w:left="288"/>
      </w:pPr>
      <w:r>
        <w:t>4. Öğrenci Temsilcisi Konuşması ("Afetler Değil, Tedbirsizlik Öldürür")</w:t>
      </w:r>
    </w:p>
    <w:p w14:paraId="022C5755" w14:textId="77777777" w:rsidR="00F33C06" w:rsidRDefault="00000000">
      <w:pPr>
        <w:spacing w:after="80"/>
        <w:ind w:left="288"/>
      </w:pPr>
      <w:r>
        <w:t>5. Afet Bilinci ve Güvenlik Üzerine Temel İlkeler</w:t>
      </w:r>
    </w:p>
    <w:p w14:paraId="7A1EF732" w14:textId="77777777" w:rsidR="00F33C06" w:rsidRDefault="00000000">
      <w:pPr>
        <w:spacing w:after="80"/>
        <w:ind w:left="288"/>
      </w:pPr>
      <w:r>
        <w:t>6. Şiir: "Deprem"</w:t>
      </w:r>
    </w:p>
    <w:p w14:paraId="10FE3686" w14:textId="77777777" w:rsidR="00F33C06" w:rsidRDefault="00000000">
      <w:pPr>
        <w:spacing w:after="80"/>
        <w:ind w:left="288"/>
      </w:pPr>
      <w:r>
        <w:t>7. Şiir: "Tedbir Hayat Kurtarır"</w:t>
      </w:r>
    </w:p>
    <w:p w14:paraId="037E78BE" w14:textId="77777777" w:rsidR="00F33C06" w:rsidRDefault="00000000">
      <w:pPr>
        <w:spacing w:after="80"/>
        <w:ind w:left="288"/>
      </w:pPr>
      <w:r>
        <w:t>8. Kapanış</w:t>
      </w:r>
    </w:p>
    <w:p w14:paraId="25EABE22" w14:textId="77777777" w:rsidR="00F33C06" w:rsidRDefault="00F33C06">
      <w:pPr>
        <w:spacing w:after="500"/>
      </w:pPr>
    </w:p>
    <w:tbl>
      <w:tblPr>
        <w:tblW w:w="0" w:type="auto"/>
        <w:jc w:val="center"/>
        <w:tblLook w:val="04A0" w:firstRow="1" w:lastRow="0" w:firstColumn="1" w:lastColumn="0" w:noHBand="0" w:noVBand="1"/>
      </w:tblPr>
      <w:tblGrid>
        <w:gridCol w:w="4608"/>
        <w:gridCol w:w="4608"/>
      </w:tblGrid>
      <w:tr w:rsidR="00F33C06" w14:paraId="5A7070DD" w14:textId="77777777">
        <w:trPr>
          <w:jc w:val="center"/>
        </w:trPr>
        <w:tc>
          <w:tcPr>
            <w:tcW w:w="4608" w:type="dxa"/>
          </w:tcPr>
          <w:p w14:paraId="398CDF2A" w14:textId="77777777" w:rsidR="00F33C06" w:rsidRDefault="00000000">
            <w:pPr>
              <w:jc w:val="center"/>
            </w:pPr>
            <w:r>
              <w:rPr>
                <w:b/>
              </w:rPr>
              <w:t>... / ... / 20...</w:t>
            </w:r>
            <w:r>
              <w:rPr>
                <w:b/>
              </w:rPr>
              <w:br/>
            </w:r>
            <w:r>
              <w:rPr>
                <w:b/>
              </w:rPr>
              <w:br/>
            </w:r>
            <w:r>
              <w:rPr>
                <w:b/>
              </w:rPr>
              <w:br/>
            </w:r>
            <w:r>
              <w:rPr>
                <w:b/>
              </w:rPr>
              <w:br/>
              <w:t>...................................................</w:t>
            </w:r>
            <w:r>
              <w:rPr>
                <w:b/>
              </w:rPr>
              <w:br/>
            </w:r>
            <w:r>
              <w:t>Türkçe Öğretmeni</w:t>
            </w:r>
          </w:p>
        </w:tc>
        <w:tc>
          <w:tcPr>
            <w:tcW w:w="4608" w:type="dxa"/>
          </w:tcPr>
          <w:p w14:paraId="6C5A2CAA" w14:textId="77777777" w:rsidR="00F33C06" w:rsidRDefault="00000000">
            <w:pPr>
              <w:jc w:val="center"/>
            </w:pPr>
            <w:r>
              <w:rPr>
                <w:b/>
              </w:rPr>
              <w:t>... / ... / 20...</w:t>
            </w:r>
            <w:r>
              <w:rPr>
                <w:b/>
              </w:rPr>
              <w:br/>
              <w:t>UYGUNDUR</w:t>
            </w:r>
            <w:r>
              <w:rPr>
                <w:b/>
              </w:rPr>
              <w:br/>
            </w:r>
            <w:r>
              <w:rPr>
                <w:b/>
              </w:rPr>
              <w:br/>
            </w:r>
            <w:r>
              <w:rPr>
                <w:b/>
              </w:rPr>
              <w:br/>
              <w:t>...................................................</w:t>
            </w:r>
            <w:r>
              <w:rPr>
                <w:b/>
              </w:rPr>
              <w:br/>
            </w:r>
            <w:r>
              <w:t>Okul Müdürü</w:t>
            </w:r>
          </w:p>
        </w:tc>
      </w:tr>
    </w:tbl>
    <w:p w14:paraId="26A6B8E9" w14:textId="77777777" w:rsidR="00F33C06" w:rsidRDefault="00000000">
      <w:r>
        <w:br w:type="page"/>
      </w:r>
    </w:p>
    <w:p w14:paraId="65108853" w14:textId="77777777" w:rsidR="00F33C06" w:rsidRDefault="00000000">
      <w:pPr>
        <w:pStyle w:val="Balk1"/>
        <w:spacing w:after="320"/>
        <w:jc w:val="center"/>
      </w:pPr>
      <w:r>
        <w:lastRenderedPageBreak/>
        <w:t>13 EKİM DÜNYA AFET RİSKLERİNİN AZALTILMASI GÜNÜ</w:t>
      </w:r>
      <w:r>
        <w:br/>
        <w:t>PROGRAM SUNUCU METNİ</w:t>
      </w:r>
    </w:p>
    <w:p w14:paraId="464AD582" w14:textId="77777777" w:rsidR="00F33C06" w:rsidRDefault="00000000">
      <w:r>
        <w:rPr>
          <w:b/>
        </w:rPr>
        <w:t>1- AÇILIŞ VE SAYGI DURUŞU / İSTİKLÂL MARŞI ÇAĞRISI</w:t>
      </w:r>
      <w:r>
        <w:rPr>
          <w:b/>
        </w:rPr>
        <w:br/>
      </w:r>
      <w:r>
        <w:t>Sayın Okul Müdürüm, Değerli Öğretmenlerim ve Sevgili Arkadaşlarım,</w:t>
      </w:r>
      <w:r>
        <w:br/>
      </w:r>
      <w:r>
        <w:br/>
        <w:t>Doğal olayların afete dönüşmesini engellemek, tedbir kültürünü geliştirmek ve geleceğimizi güvenle inşa etmek amacıyla düzenlenen 13 Ekim Dünya Afet Risklerinin Azaltılması Günü programımıza hoş geldiniz.</w:t>
      </w:r>
      <w:r>
        <w:br/>
      </w:r>
      <w:r>
        <w:br/>
        <w:t>Sizleri; başta Cumhuriyetimizin kurucusu Gazi Mustafa Kemal Atatürk ve silah arkadaşları olmak üzere, ülkemizde ve dünyada meydana gelen afetlerde hayatını kaybeden tüm vatandaşlarımız ve aziz şehitlerimizin manevi huzurunda bir dakikalık saygı duruşuna, ardından İstiklâl Marşı’mızı okumaya davet ediyorum.</w:t>
      </w:r>
      <w:r>
        <w:br/>
      </w:r>
      <w:r>
        <w:br/>
        <w:t>Dikkat!</w:t>
      </w:r>
    </w:p>
    <w:p w14:paraId="3FEDB1A5" w14:textId="77777777" w:rsidR="00F33C06" w:rsidRDefault="00000000">
      <w:pPr>
        <w:ind w:left="576"/>
      </w:pPr>
      <w:r>
        <w:rPr>
          <w:b/>
        </w:rPr>
        <w:t>Gazi Mustafa Kemal ATATÜRK diyor ki:</w:t>
      </w:r>
      <w:r>
        <w:rPr>
          <w:b/>
        </w:rPr>
        <w:br/>
      </w:r>
      <w:r>
        <w:rPr>
          <w:i/>
        </w:rPr>
        <w:t>“Felaket başa gelmeden evvel önleyici ve koruyucu tedbirleri düşünmek lazımdır; geldikten sonra dövünmenin faydası yoktur.”</w:t>
      </w:r>
    </w:p>
    <w:p w14:paraId="1CC4E37B" w14:textId="77777777" w:rsidR="00F33C06" w:rsidRDefault="00000000">
      <w:r>
        <w:rPr>
          <w:b/>
        </w:rPr>
        <w:t>2- GÜNÜN ANLAM VE ÖNEMİ KONUŞMASI TAKDİMİ</w:t>
      </w:r>
      <w:r>
        <w:rPr>
          <w:b/>
        </w:rPr>
        <w:br/>
      </w:r>
      <w:r>
        <w:t>Afet risklerini azaltmanın ve bilinçli bir toplum olmanın önemini vurgulamak üzere günün konuşmasını yapmak için okulumuz öğretmenlerinden Sayın ............................................................................’ı kürsüye davet ediyorum.</w:t>
      </w:r>
    </w:p>
    <w:p w14:paraId="4857A5AC" w14:textId="77777777" w:rsidR="00F33C06" w:rsidRDefault="00000000">
      <w:r>
        <w:rPr>
          <w:b/>
        </w:rPr>
        <w:t>3- ŞİİR TAKDİMİ ("DEPREM VE TEDBİR")</w:t>
      </w:r>
      <w:r>
        <w:rPr>
          <w:b/>
        </w:rPr>
        <w:br/>
      </w:r>
      <w:r>
        <w:t>"Deprem ve Tedbir" adlı şiiri okumak üzere okulumuz ..... / ..... sınıfı öğrencilerinden ...................................................... kürsüye davet ediyorum.</w:t>
      </w:r>
    </w:p>
    <w:p w14:paraId="657B95F8" w14:textId="77777777" w:rsidR="00F33C06" w:rsidRDefault="00000000">
      <w:r>
        <w:rPr>
          <w:b/>
        </w:rPr>
        <w:t>4- ÖĞRENCİ KONUŞMASI TAKDİMİ</w:t>
      </w:r>
      <w:r>
        <w:rPr>
          <w:b/>
        </w:rPr>
        <w:br/>
      </w:r>
      <w:r>
        <w:t>Afet bilincine dair duygu ve düşüncelerini aktarmak üzere öğrenci arkadaşımız ...................................................... kürsüye davet ediyorum.</w:t>
      </w:r>
    </w:p>
    <w:p w14:paraId="513526CE" w14:textId="77777777" w:rsidR="00F33C06" w:rsidRDefault="00000000">
      <w:r>
        <w:rPr>
          <w:b/>
        </w:rPr>
        <w:t>5- AFET BİLİNCİ İLKELERİ TAKDİMİ</w:t>
      </w:r>
      <w:r>
        <w:rPr>
          <w:b/>
        </w:rPr>
        <w:br/>
      </w:r>
      <w:r>
        <w:t>Afet öncesinde, anında ve sonrasında yapılması gereken hayati kuralları dinlemek üzere öğrenci arkadaşlarımızı sahneye davet ediyorum.</w:t>
      </w:r>
    </w:p>
    <w:p w14:paraId="7F1E9342" w14:textId="77777777" w:rsidR="00F33C06" w:rsidRDefault="00000000">
      <w:r>
        <w:rPr>
          <w:b/>
        </w:rPr>
        <w:t>6- ŞİİR TAKDİMİ ("DEPREM")</w:t>
      </w:r>
      <w:r>
        <w:rPr>
          <w:b/>
        </w:rPr>
        <w:br/>
      </w:r>
      <w:r>
        <w:t>"Deprem" adlı şiiri seslendirmek üzere ..... / ..... sınıfı öğrencilerinden ...................................................... kürsüye davet ediyorum.</w:t>
      </w:r>
    </w:p>
    <w:p w14:paraId="6882817C" w14:textId="3FB7D6A3" w:rsidR="00F33C06" w:rsidRDefault="00000000" w:rsidP="005D531B">
      <w:pPr>
        <w:spacing w:after="280"/>
      </w:pPr>
      <w:r>
        <w:rPr>
          <w:b/>
        </w:rPr>
        <w:t>7- ŞİİR TAKDİMİ ("TEDBİR HAYAT KURTARIR") VE KAPANIŞ</w:t>
      </w:r>
      <w:r>
        <w:rPr>
          <w:b/>
        </w:rPr>
        <w:br/>
      </w:r>
      <w:r>
        <w:t>"Tedbir Hayat Kurtarır" adlı şiiri okumak üzere ..... / ..... sınıfından ...................................................... davet ediyorum.</w:t>
      </w:r>
      <w:r>
        <w:br/>
      </w:r>
      <w:r>
        <w:br/>
        <w:t>Unutmayalım: Afetleri durduramayız ancak alacağımız tedbirlerle zararlarını en aza indirebiliriz. Afetlere karşı hazırlıklı ve bilinçli olmak hepimizin görevidir.</w:t>
      </w:r>
      <w:r>
        <w:br/>
      </w:r>
      <w:r>
        <w:br/>
        <w:t>Programımız burada sona ermiştir. Teşekkür ederiz.</w:t>
      </w:r>
      <w:r>
        <w:br w:type="page"/>
      </w:r>
    </w:p>
    <w:p w14:paraId="71AE66C8" w14:textId="77777777" w:rsidR="00F33C06" w:rsidRDefault="00000000">
      <w:pPr>
        <w:pStyle w:val="Balk1"/>
        <w:spacing w:after="360"/>
        <w:jc w:val="center"/>
      </w:pPr>
      <w:r>
        <w:lastRenderedPageBreak/>
        <w:t>GÜNÜN ANLAM VE ÖNEMİNİ BELİRTEN KONUŞMA METNİ</w:t>
      </w:r>
      <w:r>
        <w:br/>
        <w:t>(Öğretmen Konuşması)</w:t>
      </w:r>
    </w:p>
    <w:p w14:paraId="4AAA06B5" w14:textId="77777777" w:rsidR="00F33C06" w:rsidRDefault="00000000">
      <w:pPr>
        <w:spacing w:after="160"/>
      </w:pPr>
      <w:r>
        <w:t>Sayın Okul Müdürüm, Değerli Meslektaşlarım ve Sevgili Öğrenciler,</w:t>
      </w:r>
    </w:p>
    <w:p w14:paraId="77D037ED" w14:textId="77777777" w:rsidR="00F33C06" w:rsidRDefault="00000000">
      <w:pPr>
        <w:spacing w:after="160"/>
      </w:pPr>
      <w:r>
        <w:t>Bugün, Birleşmiş Milletler tarafından ilan edilen ve tüm dünyada afet bilincini geliştirmeyi amaçlayan 13 Ekim Dünya Afet Risklerinin Azaltılması Günü münasebetiyle bir aradayız.</w:t>
      </w:r>
    </w:p>
    <w:p w14:paraId="09FE67B4" w14:textId="77777777" w:rsidR="00F33C06" w:rsidRDefault="00000000">
      <w:pPr>
        <w:spacing w:after="160"/>
      </w:pPr>
      <w:r>
        <w:t>Deprem, sel, heyelan, yangın ve fırtına gibi doğa olayları yeryüzünün kaçınılmaz gerçekleridir. Ülkemiz de özellikle aktif fay hatları üzerinde yer alan, deprem tehlikesi yüksek bir coğrafyadadır. Ancak unutmamalıyız ki: İnsanları öldüren doğa olayları değil; bilime aykırı yapılar, bilgisizlik ve ihmaldir.</w:t>
      </w:r>
    </w:p>
    <w:p w14:paraId="7FDD0761" w14:textId="77777777" w:rsidR="00F33C06" w:rsidRDefault="00000000">
      <w:pPr>
        <w:spacing w:after="160"/>
      </w:pPr>
      <w:r>
        <w:t>Gazi Mustafa Kemal Atatürk’ün "Felaket başa gelmeden evvel koruyucu tedbirleri düşünmek lazımdır" sözü, afet yönetiminin en temel ilkesidir. Afet riskini azaltmak; sadece binalarımızı sağlam yapmakla bitmez. Evlerimizde eşyalarımızı sabitlemek, acil durum çantası hazırlamak, afet anında "Çök-Kapan-Tutun" hareketini refleks haline getirmek ve tahliye planlarını bilmek hayati önem taşır.</w:t>
      </w:r>
    </w:p>
    <w:p w14:paraId="5D710DC5" w14:textId="77777777" w:rsidR="00F33C06" w:rsidRDefault="00000000">
      <w:pPr>
        <w:spacing w:after="160"/>
      </w:pPr>
      <w:r>
        <w:t>Sevgili Öğrenciler,</w:t>
      </w:r>
      <w:r>
        <w:br/>
        <w:t>Sizler okulda öğrendiğiniz afet bilincini ailelerinize ve çevrenize taşıyacak elçilersiniz. Tatbikatları ciddiyetle uygulayınız, güvenli yaşam kültürünü hayatınızın bir parçası haline getiriniz. Hazırlıklı olmak korkuyu azaltır, hayat kurtarır.</w:t>
      </w:r>
    </w:p>
    <w:p w14:paraId="552A3062" w14:textId="77777777" w:rsidR="00F33C06" w:rsidRDefault="00000000">
      <w:pPr>
        <w:spacing w:after="160"/>
      </w:pPr>
      <w:r>
        <w:t>Bu vesileyle, geçmişte yaşadığımız tüm afetlerde hayatını kaybeden vatandaşlarımızı rahmetle anıyor; afetlere karşı bilinçli, hazırlıklı ve dirençli bir toplum temenni ediyorum.</w:t>
      </w:r>
    </w:p>
    <w:p w14:paraId="4E8EF611" w14:textId="77777777" w:rsidR="00F33C06" w:rsidRDefault="00000000">
      <w:pPr>
        <w:spacing w:after="160"/>
      </w:pPr>
      <w:r>
        <w:rPr>
          <w:b/>
        </w:rPr>
        <w:t>Afetsiz ve güvenli yarınlar diliyorum!</w:t>
      </w:r>
    </w:p>
    <w:p w14:paraId="5D82DB8A" w14:textId="77777777" w:rsidR="00F33C06" w:rsidRDefault="00000000">
      <w:r>
        <w:br w:type="page"/>
      </w:r>
    </w:p>
    <w:p w14:paraId="002D3685" w14:textId="77777777" w:rsidR="00F33C06" w:rsidRDefault="00000000">
      <w:pPr>
        <w:pStyle w:val="Balk1"/>
        <w:spacing w:after="320"/>
        <w:jc w:val="center"/>
      </w:pPr>
      <w:r>
        <w:lastRenderedPageBreak/>
        <w:t>ÖĞRENCİ KONUŞMASI VE AFET BİLİNCİ İLKELERİ</w:t>
      </w:r>
    </w:p>
    <w:p w14:paraId="619149AE" w14:textId="77777777" w:rsidR="00F33C06" w:rsidRDefault="00000000">
      <w:pPr>
        <w:pStyle w:val="Balk2"/>
      </w:pPr>
      <w:r>
        <w:t>Öğrenci Temsilcisi Konuşma Metni ("Afetler Değil, Tedbirsizlik Öldürür")</w:t>
      </w:r>
    </w:p>
    <w:p w14:paraId="1DC48F5A" w14:textId="77777777" w:rsidR="00F33C06" w:rsidRDefault="00000000">
      <w:pPr>
        <w:spacing w:after="100"/>
      </w:pPr>
      <w:r>
        <w:t>Sayın Müdürüm, Kıymetli Öğretmenlerim ve Değerli Arkadaşlarım,</w:t>
      </w:r>
    </w:p>
    <w:p w14:paraId="18BC2A38" w14:textId="77777777" w:rsidR="00F33C06" w:rsidRDefault="00000000">
      <w:pPr>
        <w:spacing w:after="100"/>
      </w:pPr>
      <w:r>
        <w:t>Doğanın gücü karşısında çaresiz kalmamak, sevdiklerimizi ve geleceğimizi korumak için bugün buradayız.</w:t>
      </w:r>
    </w:p>
    <w:p w14:paraId="05AC5481" w14:textId="77777777" w:rsidR="00F33C06" w:rsidRDefault="00000000">
      <w:pPr>
        <w:spacing w:after="100"/>
      </w:pPr>
      <w:r>
        <w:t>Deprem bir doğa olayıdır; tıpkı yağmurun yağması, rüzgârın esmesi gibi. Ancak yağmur yağdığında şemsiye açıyor, ıslanmaktan korunuyorsak; deprem kuşağında yaşarken de sağlam binalarda oturmalı ve afet bilincine sahip olmalıyız.</w:t>
      </w:r>
    </w:p>
    <w:p w14:paraId="3F328825" w14:textId="77777777" w:rsidR="00F33C06" w:rsidRDefault="00000000">
      <w:pPr>
        <w:spacing w:after="100"/>
      </w:pPr>
      <w:r>
        <w:t>Biz çocuklar ve gençler olarak evlerimizde anne babalarımıza eşyaları sabitlemelerini hatırlatabilir, afet çantamızı birlikte hazırlayabiliriz. Korkuyla değil, bilgi ve hazırlıkla hareket ettiğimizde afetlerin zararlarını en aza indirebiliriz.</w:t>
      </w:r>
    </w:p>
    <w:p w14:paraId="109DBE86" w14:textId="77777777" w:rsidR="00F33C06" w:rsidRDefault="00000000">
      <w:pPr>
        <w:spacing w:after="100"/>
      </w:pPr>
      <w:r>
        <w:t>Unutmayalım: Önceden hazırlıklı olmak, hayat ile ölüm arasındaki ince çizgidir. Bizi dinlediğiniz için teşekkür ederim!</w:t>
      </w:r>
    </w:p>
    <w:p w14:paraId="0EA2CE4F" w14:textId="77777777" w:rsidR="00F33C06" w:rsidRDefault="00F33C06"/>
    <w:p w14:paraId="16D165F3" w14:textId="77777777" w:rsidR="00F33C06" w:rsidRDefault="00000000">
      <w:pPr>
        <w:pStyle w:val="Balk2"/>
      </w:pPr>
      <w:r>
        <w:t>Temel Afet Bilinci İlkeleri</w:t>
      </w:r>
    </w:p>
    <w:p w14:paraId="7A40C60F" w14:textId="77777777" w:rsidR="00F33C06" w:rsidRDefault="00000000">
      <w:pPr>
        <w:spacing w:after="80"/>
        <w:ind w:left="288"/>
      </w:pPr>
      <w:r>
        <w:t>• "Felaket başa gelmeden evvel önleyici ve koruyucu tedbirleri düşünmek lazımdır." — Mustafa Kemal Atatürk</w:t>
      </w:r>
    </w:p>
    <w:p w14:paraId="21FB22CA" w14:textId="77777777" w:rsidR="00F33C06" w:rsidRDefault="00000000">
      <w:pPr>
        <w:spacing w:after="80"/>
        <w:ind w:left="288"/>
      </w:pPr>
      <w:r>
        <w:t>• "Deprem öldürmez, tedbirsizlik ve çürük bina öldürür."</w:t>
      </w:r>
    </w:p>
    <w:p w14:paraId="3A72643E" w14:textId="77777777" w:rsidR="00F33C06" w:rsidRDefault="00000000">
      <w:pPr>
        <w:spacing w:after="80"/>
        <w:ind w:left="288"/>
      </w:pPr>
      <w:r>
        <w:t>• Evinizde devrilebilecek dolap, ayna ve rafları duvara mutlaka sabitleyiniz.</w:t>
      </w:r>
    </w:p>
    <w:p w14:paraId="517C7597" w14:textId="77777777" w:rsidR="00F33C06" w:rsidRDefault="00000000">
      <w:pPr>
        <w:spacing w:after="80"/>
        <w:ind w:left="288"/>
      </w:pPr>
      <w:r>
        <w:t>• İçinde su, düdük, ilk yardım seti ve fener bulunan bir Afet ve Acil Durum Çantası hazırlayınız.</w:t>
      </w:r>
    </w:p>
    <w:p w14:paraId="2EB7FE3E" w14:textId="77777777" w:rsidR="00F33C06" w:rsidRDefault="00000000">
      <w:pPr>
        <w:spacing w:after="80"/>
        <w:ind w:left="288"/>
      </w:pPr>
      <w:r>
        <w:t>• Sarsıntı anında panikle kaçmayınız; sağlam bir eşyanın yanında ÇÖK-KAPAN-TUTUN hareketini yapınız.</w:t>
      </w:r>
    </w:p>
    <w:p w14:paraId="63A168F0" w14:textId="77777777" w:rsidR="00F33C06" w:rsidRDefault="00000000">
      <w:r>
        <w:br w:type="page"/>
      </w:r>
    </w:p>
    <w:p w14:paraId="4243A5EA" w14:textId="77777777" w:rsidR="00F33C06" w:rsidRDefault="00000000">
      <w:pPr>
        <w:pStyle w:val="Balk1"/>
        <w:jc w:val="center"/>
      </w:pPr>
      <w:r>
        <w:lastRenderedPageBreak/>
        <w:t>DEPREM VE TEDBİR</w:t>
      </w:r>
    </w:p>
    <w:p w14:paraId="3840DCF9" w14:textId="77777777" w:rsidR="00F33C06" w:rsidRDefault="00000000">
      <w:pPr>
        <w:spacing w:after="360"/>
        <w:jc w:val="center"/>
      </w:pPr>
      <w:r>
        <w:rPr>
          <w:i/>
        </w:rPr>
        <w:t>Anonim</w:t>
      </w:r>
    </w:p>
    <w:p w14:paraId="2B6A0391" w14:textId="77777777" w:rsidR="00F33C06" w:rsidRDefault="00000000">
      <w:r>
        <w:t>Yer sarsılır ansızın,</w:t>
      </w:r>
      <w:r>
        <w:br/>
        <w:t>Korku sarar her yanı.</w:t>
      </w:r>
      <w:r>
        <w:br/>
        <w:t>Eğer tedbir almazsan,</w:t>
      </w:r>
      <w:r>
        <w:br/>
        <w:t>Çok acıtır bu anı.</w:t>
      </w:r>
    </w:p>
    <w:p w14:paraId="1D17939D" w14:textId="77777777" w:rsidR="00F33C06" w:rsidRDefault="00000000">
      <w:r>
        <w:t>Çürük bina yapmayın,</w:t>
      </w:r>
      <w:r>
        <w:br/>
        <w:t>Doğru yoldan sapmayın.</w:t>
      </w:r>
      <w:r>
        <w:br/>
        <w:t>Sağlam olsun evimiz,</w:t>
      </w:r>
      <w:r>
        <w:br/>
        <w:t>Huzur bulsun kalbimiz.</w:t>
      </w:r>
    </w:p>
    <w:p w14:paraId="2C86C1E2" w14:textId="77777777" w:rsidR="00F33C06" w:rsidRDefault="00000000">
      <w:r>
        <w:t>Dolapları bağla sen,</w:t>
      </w:r>
      <w:r>
        <w:br/>
        <w:t>Çantayı hazırla sen.</w:t>
      </w:r>
      <w:r>
        <w:br/>
        <w:t>Bilgi en büyük zırhtır,</w:t>
      </w:r>
      <w:r>
        <w:br/>
        <w:t>Bunu iyi anla sen!</w:t>
      </w:r>
    </w:p>
    <w:p w14:paraId="48C8B865" w14:textId="77777777" w:rsidR="00F33C06" w:rsidRDefault="00000000">
      <w:r>
        <w:br w:type="page"/>
      </w:r>
    </w:p>
    <w:p w14:paraId="5756C47F" w14:textId="77777777" w:rsidR="00F33C06" w:rsidRDefault="00000000">
      <w:pPr>
        <w:pStyle w:val="Balk1"/>
        <w:jc w:val="center"/>
      </w:pPr>
      <w:r>
        <w:lastRenderedPageBreak/>
        <w:t>DEPREM</w:t>
      </w:r>
    </w:p>
    <w:p w14:paraId="36BD12C1" w14:textId="77777777" w:rsidR="00F33C06" w:rsidRDefault="00000000">
      <w:pPr>
        <w:spacing w:after="360"/>
        <w:jc w:val="center"/>
      </w:pPr>
      <w:r>
        <w:rPr>
          <w:i/>
        </w:rPr>
        <w:t>Anonim</w:t>
      </w:r>
    </w:p>
    <w:p w14:paraId="0E854F0E" w14:textId="77777777" w:rsidR="00F33C06" w:rsidRDefault="00000000">
      <w:r>
        <w:t>Toprak sallanır birden,</w:t>
      </w:r>
      <w:r>
        <w:br/>
        <w:t>Sesler gelir derinden.</w:t>
      </w:r>
      <w:r>
        <w:br/>
        <w:t>Panik yapma sakın ha,</w:t>
      </w:r>
      <w:r>
        <w:br/>
        <w:t>Oynama hiç yerinden.</w:t>
      </w:r>
    </w:p>
    <w:p w14:paraId="2B3696DE" w14:textId="77777777" w:rsidR="00F33C06" w:rsidRDefault="00000000">
      <w:r>
        <w:t>Çök hemen bir sıraya,</w:t>
      </w:r>
      <w:r>
        <w:br/>
        <w:t>Kapan, tutun masaya.</w:t>
      </w:r>
      <w:r>
        <w:br/>
        <w:t>Başını koru iyi,</w:t>
      </w:r>
      <w:r>
        <w:br/>
        <w:t>Uy güvenli yasaya.</w:t>
      </w:r>
    </w:p>
    <w:p w14:paraId="684680C3" w14:textId="77777777" w:rsidR="00F33C06" w:rsidRDefault="00000000">
      <w:r>
        <w:t>Sarsıntı bitince dur,</w:t>
      </w:r>
      <w:r>
        <w:br/>
        <w:t>Merdivene sakin vur.</w:t>
      </w:r>
      <w:r>
        <w:br/>
        <w:t>Açık alana yönel,</w:t>
      </w:r>
      <w:r>
        <w:br/>
        <w:t>Güvenli bir hayat kur!</w:t>
      </w:r>
    </w:p>
    <w:p w14:paraId="73C6A8EE" w14:textId="77777777" w:rsidR="00F33C06" w:rsidRDefault="00000000">
      <w:r>
        <w:br w:type="page"/>
      </w:r>
    </w:p>
    <w:p w14:paraId="274BA87A" w14:textId="77777777" w:rsidR="00F33C06" w:rsidRDefault="00000000">
      <w:pPr>
        <w:pStyle w:val="Balk1"/>
        <w:jc w:val="center"/>
      </w:pPr>
      <w:r>
        <w:lastRenderedPageBreak/>
        <w:t>TEDBİR HAYAT KURTARIR</w:t>
      </w:r>
    </w:p>
    <w:p w14:paraId="1C8B0718" w14:textId="77777777" w:rsidR="00F33C06" w:rsidRDefault="00000000">
      <w:pPr>
        <w:spacing w:after="360"/>
        <w:jc w:val="center"/>
      </w:pPr>
      <w:r>
        <w:rPr>
          <w:i/>
        </w:rPr>
        <w:t>Anonim</w:t>
      </w:r>
    </w:p>
    <w:p w14:paraId="1C9BF518" w14:textId="77777777" w:rsidR="00F33C06" w:rsidRDefault="00000000">
      <w:r>
        <w:t>Afet gelir habersiz,</w:t>
      </w:r>
      <w:r>
        <w:br/>
        <w:t>Bırakmasın çaresiz.</w:t>
      </w:r>
      <w:r>
        <w:br/>
        <w:t>Önceden hazırlanan,</w:t>
      </w:r>
      <w:r>
        <w:br/>
        <w:t>Kalmaz asla kimsesiz.</w:t>
      </w:r>
    </w:p>
    <w:p w14:paraId="2616573D" w14:textId="77777777" w:rsidR="00F33C06" w:rsidRDefault="00000000">
      <w:r>
        <w:t>Bilinçli ol ey insan,</w:t>
      </w:r>
      <w:r>
        <w:br/>
        <w:t>Boşa akmasın zaman.</w:t>
      </w:r>
      <w:r>
        <w:br/>
        <w:t>Tedbirini alırsan,</w:t>
      </w:r>
      <w:r>
        <w:br/>
        <w:t>Kurtulur elbet bu can.</w:t>
      </w:r>
    </w:p>
    <w:p w14:paraId="421D7782" w14:textId="77777777" w:rsidR="00F33C06" w:rsidRDefault="00000000">
      <w:r>
        <w:t>Deprem, yangın ya da sel,</w:t>
      </w:r>
      <w:r>
        <w:br/>
        <w:t>Uzat dostuna bir el.</w:t>
      </w:r>
      <w:r>
        <w:br/>
        <w:t>Birlikte güçlüyüz biz,</w:t>
      </w:r>
      <w:r>
        <w:br/>
        <w:t>Aydınlık olsun emel!</w:t>
      </w:r>
    </w:p>
    <w:sectPr w:rsidR="00F33C06" w:rsidSect="005D531B">
      <w:pgSz w:w="12240" w:h="15840"/>
      <w:pgMar w:top="851" w:right="1440" w:bottom="56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854198087">
    <w:abstractNumId w:val="8"/>
  </w:num>
  <w:num w:numId="2" w16cid:durableId="1379401890">
    <w:abstractNumId w:val="6"/>
  </w:num>
  <w:num w:numId="3" w16cid:durableId="1539314851">
    <w:abstractNumId w:val="5"/>
  </w:num>
  <w:num w:numId="4" w16cid:durableId="1508910266">
    <w:abstractNumId w:val="4"/>
  </w:num>
  <w:num w:numId="5" w16cid:durableId="245461265">
    <w:abstractNumId w:val="7"/>
  </w:num>
  <w:num w:numId="6" w16cid:durableId="172888720">
    <w:abstractNumId w:val="3"/>
  </w:num>
  <w:num w:numId="7" w16cid:durableId="448470812">
    <w:abstractNumId w:val="2"/>
  </w:num>
  <w:num w:numId="8" w16cid:durableId="1296831780">
    <w:abstractNumId w:val="1"/>
  </w:num>
  <w:num w:numId="9" w16cid:durableId="1048917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03C2"/>
    <w:rsid w:val="0029639D"/>
    <w:rsid w:val="00326F90"/>
    <w:rsid w:val="005D531B"/>
    <w:rsid w:val="00A04CA8"/>
    <w:rsid w:val="00AA1D8D"/>
    <w:rsid w:val="00B47730"/>
    <w:rsid w:val="00CB0664"/>
    <w:rsid w:val="00F33C0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092E1E"/>
  <w14:defaultImageDpi w14:val="300"/>
  <w15:docId w15:val="{808EC646-D5C6-4F64-9D1E-CA190FB0E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1058</Words>
  <Characters>6036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3</cp:revision>
  <dcterms:created xsi:type="dcterms:W3CDTF">2013-12-23T23:15:00Z</dcterms:created>
  <dcterms:modified xsi:type="dcterms:W3CDTF">2026-09-20T19:36:00Z</dcterms:modified>
  <cp:category/>
</cp:coreProperties>
</file>