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F2D47" w14:textId="77777777" w:rsidR="00291E0A" w:rsidRDefault="00291E0A"/>
    <w:p w14:paraId="1928ECAA" w14:textId="77777777" w:rsidR="00291E0A" w:rsidRDefault="00291E0A"/>
    <w:p w14:paraId="520BF080" w14:textId="77777777" w:rsidR="00291E0A" w:rsidRDefault="00291E0A"/>
    <w:p w14:paraId="2F1647ED" w14:textId="77777777" w:rsidR="00291E0A" w:rsidRDefault="00291E0A"/>
    <w:p w14:paraId="04D21862" w14:textId="77777777" w:rsidR="00291E0A" w:rsidRDefault="00291E0A"/>
    <w:p w14:paraId="0AFE0D72" w14:textId="77777777" w:rsidR="00291E0A" w:rsidRDefault="00291E0A"/>
    <w:p w14:paraId="4F567779" w14:textId="77777777" w:rsidR="00291E0A" w:rsidRDefault="00291E0A"/>
    <w:p w14:paraId="43324B7A" w14:textId="77777777" w:rsidR="00291E0A" w:rsidRDefault="00000000">
      <w:pPr>
        <w:jc w:val="center"/>
      </w:pPr>
      <w:r>
        <w:rPr>
          <w:b/>
          <w:sz w:val="32"/>
        </w:rPr>
        <w:t>T.C.</w:t>
      </w:r>
      <w:r>
        <w:rPr>
          <w:b/>
          <w:sz w:val="32"/>
        </w:rPr>
        <w:br/>
        <w:t>.................................................................... MÜDÜRLÜĞÜ</w:t>
      </w:r>
    </w:p>
    <w:p w14:paraId="7B865E15" w14:textId="77777777" w:rsidR="00291E0A" w:rsidRDefault="00291E0A"/>
    <w:p w14:paraId="6CD458DE" w14:textId="77777777" w:rsidR="00291E0A" w:rsidRDefault="00291E0A"/>
    <w:p w14:paraId="296225A0" w14:textId="77777777" w:rsidR="00291E0A" w:rsidRDefault="00291E0A"/>
    <w:p w14:paraId="354A3109" w14:textId="77777777" w:rsidR="00291E0A" w:rsidRDefault="00291E0A"/>
    <w:p w14:paraId="7A47EBCD" w14:textId="77777777" w:rsidR="00291E0A" w:rsidRDefault="00000000">
      <w:pPr>
        <w:jc w:val="center"/>
      </w:pPr>
      <w:r>
        <w:rPr>
          <w:b/>
          <w:sz w:val="44"/>
        </w:rPr>
        <w:t>AHİLİK KÜLTÜRÜ HAFTASI</w:t>
      </w:r>
      <w:r>
        <w:rPr>
          <w:b/>
          <w:sz w:val="44"/>
        </w:rPr>
        <w:br/>
        <w:t>KUTLAMA PROGRAMI</w:t>
      </w:r>
    </w:p>
    <w:p w14:paraId="342E06E4" w14:textId="77777777" w:rsidR="00291E0A" w:rsidRDefault="00291E0A"/>
    <w:p w14:paraId="64CB3690" w14:textId="77777777" w:rsidR="00291E0A" w:rsidRDefault="00291E0A"/>
    <w:p w14:paraId="62F91511" w14:textId="77777777" w:rsidR="00291E0A" w:rsidRDefault="00291E0A"/>
    <w:p w14:paraId="08AA1674" w14:textId="77777777" w:rsidR="00291E0A" w:rsidRDefault="00291E0A"/>
    <w:p w14:paraId="002C1B7D" w14:textId="77777777" w:rsidR="00291E0A" w:rsidRDefault="00291E0A"/>
    <w:p w14:paraId="3727387E" w14:textId="77777777" w:rsidR="00291E0A" w:rsidRDefault="00291E0A"/>
    <w:p w14:paraId="76AF0872" w14:textId="77777777" w:rsidR="00291E0A" w:rsidRDefault="00291E0A"/>
    <w:p w14:paraId="33E4015D" w14:textId="77777777" w:rsidR="00291E0A" w:rsidRDefault="00000000">
      <w:pPr>
        <w:jc w:val="center"/>
      </w:pPr>
      <w:r>
        <w:rPr>
          <w:b/>
          <w:sz w:val="26"/>
        </w:rPr>
        <w:t>20... - 20... EĞİTİM ÖĞRETİM YILI</w:t>
      </w:r>
    </w:p>
    <w:p w14:paraId="4D1521AE" w14:textId="77777777" w:rsidR="00291E0A" w:rsidRDefault="00000000">
      <w:r>
        <w:br w:type="page"/>
      </w:r>
    </w:p>
    <w:p w14:paraId="3EB9E255" w14:textId="77777777" w:rsidR="00291E0A" w:rsidRDefault="00000000">
      <w:pPr>
        <w:spacing w:after="320"/>
        <w:jc w:val="center"/>
      </w:pPr>
      <w:r>
        <w:rPr>
          <w:b/>
          <w:sz w:val="26"/>
        </w:rPr>
        <w:lastRenderedPageBreak/>
        <w:t>.................................................................... MÜDÜRLÜĞÜNE</w:t>
      </w:r>
    </w:p>
    <w:p w14:paraId="7C2CB3B6" w14:textId="77777777" w:rsidR="00291E0A" w:rsidRDefault="00000000">
      <w:r>
        <w:t xml:space="preserve">       Hazırlamış olduğumuz "Ahilik Kültürü Haftası" kutlama programını .../.../20... günü saat ........’da okul bahçesinde / konferans salonunda gerçekleştirmek istiyoruz. Genişletilmiş ve ayrıntılı program akışı aşağıda belirtilmiştir.</w:t>
      </w:r>
    </w:p>
    <w:p w14:paraId="59F74F57" w14:textId="77777777" w:rsidR="00291E0A" w:rsidRDefault="00000000">
      <w:pPr>
        <w:spacing w:after="280"/>
      </w:pPr>
      <w:r>
        <w:t xml:space="preserve">       Gereğini bilgilerinize arz ederim.</w:t>
      </w:r>
    </w:p>
    <w:p w14:paraId="7FABB11E" w14:textId="77777777" w:rsidR="00291E0A" w:rsidRDefault="00000000">
      <w:pPr>
        <w:spacing w:after="120"/>
      </w:pPr>
      <w:r>
        <w:rPr>
          <w:b/>
        </w:rPr>
        <w:t>PROGRAM AKIŞI:</w:t>
      </w:r>
    </w:p>
    <w:p w14:paraId="78B6B70B" w14:textId="37D82533" w:rsidR="00291E0A" w:rsidRDefault="00000000">
      <w:pPr>
        <w:spacing w:after="60"/>
        <w:ind w:left="288"/>
      </w:pPr>
      <w:r>
        <w:t>1. Açılış</w:t>
      </w:r>
    </w:p>
    <w:p w14:paraId="1499179C" w14:textId="77777777" w:rsidR="00291E0A" w:rsidRDefault="00000000">
      <w:pPr>
        <w:spacing w:after="60"/>
        <w:ind w:left="288"/>
      </w:pPr>
      <w:r>
        <w:t>2. Günün Anlam ve Önemini Belirten Konuşma (Okul Müdürü / Öğretmen Konuşması)</w:t>
      </w:r>
    </w:p>
    <w:p w14:paraId="502B83D4" w14:textId="77777777" w:rsidR="00291E0A" w:rsidRDefault="00000000">
      <w:pPr>
        <w:spacing w:after="60"/>
        <w:ind w:left="288"/>
      </w:pPr>
      <w:r>
        <w:t>3. Şiir: "Ahi Evran" (Anonim)</w:t>
      </w:r>
    </w:p>
    <w:p w14:paraId="306D32C9" w14:textId="77777777" w:rsidR="00291E0A" w:rsidRDefault="00000000">
      <w:pPr>
        <w:spacing w:after="60"/>
        <w:ind w:left="288"/>
      </w:pPr>
      <w:r>
        <w:t>4. Öğrenci Temsilcisi Konuşması ("Geleceğe Taşınan Erdem: Ahilik")</w:t>
      </w:r>
    </w:p>
    <w:p w14:paraId="68420988" w14:textId="77777777" w:rsidR="00291E0A" w:rsidRDefault="00000000">
      <w:pPr>
        <w:spacing w:after="60"/>
        <w:ind w:left="288"/>
      </w:pPr>
      <w:r>
        <w:t>5. Tarihsel ve Kültürel Sunum: "Ahilik Teşkilatı, Şed Kuşanma Geleneği ve Pabucu Dama Atılmak"</w:t>
      </w:r>
    </w:p>
    <w:p w14:paraId="48748F4E" w14:textId="77777777" w:rsidR="00291E0A" w:rsidRDefault="00000000">
      <w:pPr>
        <w:spacing w:after="60"/>
        <w:ind w:left="288"/>
      </w:pPr>
      <w:r>
        <w:t>6. Şiir: "Ahilik Türküsü"</w:t>
      </w:r>
    </w:p>
    <w:p w14:paraId="3AAA8891" w14:textId="77777777" w:rsidR="00291E0A" w:rsidRDefault="00000000">
      <w:pPr>
        <w:spacing w:after="60"/>
        <w:ind w:left="288"/>
      </w:pPr>
      <w:r>
        <w:t>7. Ahilik Oratoryosu: "Hak ile Sabır Dileyip Gelenler"</w:t>
      </w:r>
    </w:p>
    <w:p w14:paraId="3B45E55D" w14:textId="77777777" w:rsidR="00291E0A" w:rsidRDefault="00000000">
      <w:pPr>
        <w:spacing w:after="60"/>
        <w:ind w:left="288"/>
      </w:pPr>
      <w:r>
        <w:t>8. Şed Kuşatma Tiyatral Canlandırması (Çıraklıktan Ustalığa Geçiş)</w:t>
      </w:r>
    </w:p>
    <w:p w14:paraId="037CED97" w14:textId="77777777" w:rsidR="00291E0A" w:rsidRDefault="00000000">
      <w:pPr>
        <w:spacing w:after="60"/>
        <w:ind w:left="288"/>
      </w:pPr>
      <w:r>
        <w:t>9. Şiir: "Ustanın Öğüdü"</w:t>
      </w:r>
    </w:p>
    <w:p w14:paraId="6AB3744C" w14:textId="77777777" w:rsidR="00291E0A" w:rsidRDefault="00000000">
      <w:pPr>
        <w:spacing w:after="60"/>
        <w:ind w:left="288"/>
      </w:pPr>
      <w:r>
        <w:t>10. Ahi Evran Öğütleri ve Ahilik İlkeleri</w:t>
      </w:r>
    </w:p>
    <w:p w14:paraId="01817B87" w14:textId="77777777" w:rsidR="00291E0A" w:rsidRDefault="00000000">
      <w:pPr>
        <w:spacing w:after="60"/>
        <w:ind w:left="288"/>
      </w:pPr>
      <w:r>
        <w:t>11. Şiir: "Alın Teri"</w:t>
      </w:r>
    </w:p>
    <w:p w14:paraId="5F6C9D71" w14:textId="77777777" w:rsidR="00291E0A" w:rsidRDefault="00000000">
      <w:pPr>
        <w:spacing w:after="60"/>
        <w:ind w:left="288"/>
      </w:pPr>
      <w:r>
        <w:t>12. Şiir: "Kardeşlik Destanı"</w:t>
      </w:r>
    </w:p>
    <w:p w14:paraId="64E0E91E" w14:textId="77777777" w:rsidR="00291E0A" w:rsidRDefault="00000000">
      <w:pPr>
        <w:spacing w:after="60"/>
        <w:ind w:left="288"/>
      </w:pPr>
      <w:r>
        <w:t>13. Okulda "Dürüst Esnaf ve İyilik Kumbarası" Etkinliği Duyurusu ve Kapanış</w:t>
      </w:r>
    </w:p>
    <w:p w14:paraId="235C0CE0" w14:textId="77777777" w:rsidR="00291E0A" w:rsidRDefault="00291E0A">
      <w:pPr>
        <w:spacing w:after="320"/>
      </w:pPr>
    </w:p>
    <w:tbl>
      <w:tblPr>
        <w:tblW w:w="0" w:type="auto"/>
        <w:jc w:val="center"/>
        <w:tblLook w:val="04A0" w:firstRow="1" w:lastRow="0" w:firstColumn="1" w:lastColumn="0" w:noHBand="0" w:noVBand="1"/>
      </w:tblPr>
      <w:tblGrid>
        <w:gridCol w:w="4608"/>
        <w:gridCol w:w="4608"/>
      </w:tblGrid>
      <w:tr w:rsidR="00291E0A" w14:paraId="7E33213F" w14:textId="77777777">
        <w:trPr>
          <w:jc w:val="center"/>
        </w:trPr>
        <w:tc>
          <w:tcPr>
            <w:tcW w:w="4608" w:type="dxa"/>
          </w:tcPr>
          <w:p w14:paraId="1D66B336" w14:textId="77777777" w:rsidR="00291E0A" w:rsidRDefault="00000000">
            <w:pPr>
              <w:jc w:val="center"/>
            </w:pPr>
            <w:r>
              <w:rPr>
                <w:b/>
              </w:rPr>
              <w:t>... / ... / 20...</w:t>
            </w:r>
            <w:r>
              <w:rPr>
                <w:b/>
              </w:rPr>
              <w:br/>
            </w:r>
            <w:r>
              <w:rPr>
                <w:b/>
              </w:rPr>
              <w:br/>
            </w:r>
            <w:r>
              <w:rPr>
                <w:b/>
              </w:rPr>
              <w:br/>
            </w:r>
            <w:r>
              <w:rPr>
                <w:b/>
              </w:rPr>
              <w:br/>
              <w:t>...................................................</w:t>
            </w:r>
            <w:r>
              <w:rPr>
                <w:b/>
              </w:rPr>
              <w:br/>
            </w:r>
            <w:r>
              <w:t>Türkçe Öğretmeni</w:t>
            </w:r>
          </w:p>
        </w:tc>
        <w:tc>
          <w:tcPr>
            <w:tcW w:w="4608" w:type="dxa"/>
          </w:tcPr>
          <w:p w14:paraId="07F5DD30" w14:textId="77777777" w:rsidR="00291E0A" w:rsidRDefault="00000000">
            <w:pPr>
              <w:jc w:val="center"/>
            </w:pPr>
            <w:r>
              <w:rPr>
                <w:b/>
              </w:rPr>
              <w:t>... / ... / 20...</w:t>
            </w:r>
            <w:r>
              <w:rPr>
                <w:b/>
              </w:rPr>
              <w:br/>
              <w:t>UYGUNDUR</w:t>
            </w:r>
            <w:r>
              <w:rPr>
                <w:b/>
              </w:rPr>
              <w:br/>
            </w:r>
            <w:r>
              <w:rPr>
                <w:b/>
              </w:rPr>
              <w:br/>
            </w:r>
            <w:r>
              <w:rPr>
                <w:b/>
              </w:rPr>
              <w:br/>
              <w:t>...................................................</w:t>
            </w:r>
            <w:r>
              <w:rPr>
                <w:b/>
              </w:rPr>
              <w:br/>
            </w:r>
            <w:r>
              <w:t>Okul Müdürü</w:t>
            </w:r>
          </w:p>
        </w:tc>
      </w:tr>
    </w:tbl>
    <w:p w14:paraId="0A8F718A" w14:textId="77777777" w:rsidR="00291E0A" w:rsidRDefault="00000000">
      <w:r>
        <w:br w:type="page"/>
      </w:r>
    </w:p>
    <w:p w14:paraId="3C037427" w14:textId="16FBDF93" w:rsidR="00291E0A" w:rsidRDefault="00000000">
      <w:pPr>
        <w:pStyle w:val="Balk1"/>
        <w:spacing w:after="320"/>
        <w:jc w:val="center"/>
      </w:pPr>
      <w:r>
        <w:lastRenderedPageBreak/>
        <w:t>AHİLİK KÜLTÜRÜ HAFTASI</w:t>
      </w:r>
      <w:r>
        <w:br/>
        <w:t>PROGRAM SUNUCU METNİ</w:t>
      </w:r>
    </w:p>
    <w:p w14:paraId="6B8BDEC5" w14:textId="234AEB37" w:rsidR="00291E0A" w:rsidRDefault="00000000">
      <w:r>
        <w:rPr>
          <w:b/>
        </w:rPr>
        <w:t>1- AÇILIŞ</w:t>
      </w:r>
      <w:r>
        <w:rPr>
          <w:b/>
        </w:rPr>
        <w:br/>
      </w:r>
      <w:r>
        <w:t>Sayın Okul Müdürüm, Değerli Öğretmenlerim ve Sevgili Öğrenci Arkadaşlarım,</w:t>
      </w:r>
      <w:r>
        <w:br/>
      </w:r>
      <w:r>
        <w:br/>
        <w:t>Hak ile sabrı birleştiren, alın terini ahlakla taçlandıran ve asırlar boyu Anadolu topraklarında kardeşliğin, cömertliğin ve dürüstlüğün simgesi olan Ahilik Kültürü Haftası kutlama programımıza hoş geldiniz!</w:t>
      </w:r>
      <w:r>
        <w:br/>
      </w:r>
    </w:p>
    <w:p w14:paraId="6FEE2D44" w14:textId="77777777" w:rsidR="00291E0A" w:rsidRDefault="00000000">
      <w:pPr>
        <w:ind w:left="576"/>
      </w:pPr>
      <w:r>
        <w:rPr>
          <w:b/>
        </w:rPr>
        <w:t>Ahi Evran-ı Veli diyor ki:</w:t>
      </w:r>
      <w:r>
        <w:rPr>
          <w:b/>
        </w:rPr>
        <w:br/>
      </w:r>
      <w:r>
        <w:rPr>
          <w:i/>
        </w:rPr>
        <w:t>“Eline, beline, diline sahip ol. Kalbini, kapını, alnını açık tut. Hak ile sabır dileyip bize gelen bizdendir; akıl ve ahlak ile çalışıp bizi geçen bizdendir.”</w:t>
      </w:r>
    </w:p>
    <w:p w14:paraId="1F4B73BB" w14:textId="77777777" w:rsidR="00291E0A" w:rsidRDefault="00000000">
      <w:r>
        <w:rPr>
          <w:b/>
        </w:rPr>
        <w:t>2- GÜNÜN ANLAM VE ÖNEMİ KONUŞMASI TAKDİMİ</w:t>
      </w:r>
      <w:r>
        <w:rPr>
          <w:b/>
        </w:rPr>
        <w:br/>
      </w:r>
      <w:r>
        <w:t>Ahilik geleneğinin toplumsal hayatımızdaki yerini ve ahlak felsefesini aktarmak üzere günün konuşmasını yapmak için okulumuz öğretmenlerinden Sayın ............................................................................’ı kürsüye davet ediyorum.</w:t>
      </w:r>
    </w:p>
    <w:p w14:paraId="2CA3814F" w14:textId="77777777" w:rsidR="00291E0A" w:rsidRDefault="00000000">
      <w:r>
        <w:rPr>
          <w:b/>
        </w:rPr>
        <w:t>3- ŞİİR TAKDİMİ ("AHİ EVRAN")</w:t>
      </w:r>
      <w:r>
        <w:rPr>
          <w:b/>
        </w:rPr>
        <w:br/>
      </w:r>
      <w:r>
        <w:t>"Ahi Evran" adlı şiiri okumak üzere okulumuz ..... / ..... sınıfı öğrencilerinden ...................................................... kürsüye davet ediyorum.</w:t>
      </w:r>
    </w:p>
    <w:p w14:paraId="17A48C44" w14:textId="77777777" w:rsidR="00291E0A" w:rsidRDefault="00000000">
      <w:r>
        <w:rPr>
          <w:b/>
        </w:rPr>
        <w:t>4- ÖĞRENCİ TEMSİLCİSİ KONUŞMASI TAKDİMİ</w:t>
      </w:r>
      <w:r>
        <w:rPr>
          <w:b/>
        </w:rPr>
        <w:br/>
      </w:r>
      <w:r>
        <w:t>Gençliğin gözüyle Ahilik ahlakını değerlendirmek üzere okulumuz öğrencilerinden ...................................................... konuşmasını yapmak için davet ediyorum.</w:t>
      </w:r>
    </w:p>
    <w:p w14:paraId="1EA5DB01" w14:textId="77777777" w:rsidR="00291E0A" w:rsidRDefault="00000000">
      <w:pPr>
        <w:spacing w:after="240"/>
      </w:pPr>
      <w:r>
        <w:rPr>
          <w:b/>
        </w:rPr>
        <w:t>5- KÜLTÜRÜMÜZDEN BİR MİRAS: ŞED KUŞANMA VE PABUCU DAMA ATILMAK</w:t>
      </w:r>
      <w:r>
        <w:rPr>
          <w:b/>
        </w:rPr>
        <w:br/>
      </w:r>
      <w:r>
        <w:t>Ahilik geleneklerini, şed kuşanma törenini ve meslek ahlakını anlatan tarihsel sunumu dinlemek üzere öğrenci arkadaşımızı kürsüye davet ediyorum.</w:t>
      </w:r>
    </w:p>
    <w:p w14:paraId="5BCF8815" w14:textId="77777777" w:rsidR="00291E0A" w:rsidRDefault="00000000">
      <w:r>
        <w:br w:type="page"/>
      </w:r>
    </w:p>
    <w:p w14:paraId="18301517" w14:textId="77777777" w:rsidR="00291E0A" w:rsidRDefault="00000000">
      <w:r>
        <w:rPr>
          <w:b/>
        </w:rPr>
        <w:lastRenderedPageBreak/>
        <w:t>6- ŞİİR TAKDİMİ ("AHİLİK TÜRKÜSÜ")</w:t>
      </w:r>
      <w:r>
        <w:rPr>
          <w:b/>
        </w:rPr>
        <w:br/>
      </w:r>
      <w:r>
        <w:t>"Ahilik Türküsü" adlı şiiri seslendirmek üzere ..... / ..... sınıfından ...................................................... kürsüye davet ediyorum.</w:t>
      </w:r>
    </w:p>
    <w:p w14:paraId="07A5E45B" w14:textId="77777777" w:rsidR="00291E0A" w:rsidRDefault="00000000">
      <w:r>
        <w:rPr>
          <w:b/>
        </w:rPr>
        <w:t>7- ORATORYO GÖSTERİSİ TAKDİMİ</w:t>
      </w:r>
      <w:r>
        <w:rPr>
          <w:b/>
        </w:rPr>
        <w:br/>
      </w:r>
      <w:r>
        <w:t>Öğrencilerimiz tarafından hazırlanan "Hak ile Sabır Dileyip Gelenler" adlı Ahilik oratoryosunu sunmak üzere ekibimizi sahneye davet ediyorum.</w:t>
      </w:r>
    </w:p>
    <w:p w14:paraId="0236381A" w14:textId="77777777" w:rsidR="00291E0A" w:rsidRDefault="00000000">
      <w:r>
        <w:rPr>
          <w:b/>
        </w:rPr>
        <w:t>8- ŞED KUŞANMA CANLANDIRMASI TAKDİMİ</w:t>
      </w:r>
      <w:r>
        <w:rPr>
          <w:b/>
        </w:rPr>
        <w:br/>
      </w:r>
      <w:r>
        <w:t>Çıraklıktan kalfalığa, kalfalıktan ustalığa geçişi ve Ahilik yemini geleneğini anlatan kısa tiyatral gösteriyi sunmak üzere tiyatro ekibimizi sahneye davet ediyorum.</w:t>
      </w:r>
    </w:p>
    <w:p w14:paraId="7512E408" w14:textId="77777777" w:rsidR="00291E0A" w:rsidRDefault="00000000">
      <w:r>
        <w:rPr>
          <w:b/>
        </w:rPr>
        <w:t>9- ŞİİR TAKDİMİ ("USTANIN ÖĞÜDÜ")</w:t>
      </w:r>
      <w:r>
        <w:rPr>
          <w:b/>
        </w:rPr>
        <w:br/>
      </w:r>
      <w:r>
        <w:t>"Ustanın Öğüdü" adlı şiiri dinlemek üzere ..... / ..... sınıfından ...................................................... sahneye davet ediyorum.</w:t>
      </w:r>
    </w:p>
    <w:p w14:paraId="70C2F5A6" w14:textId="77777777" w:rsidR="00291E0A" w:rsidRDefault="00000000">
      <w:r>
        <w:rPr>
          <w:b/>
        </w:rPr>
        <w:t>10- AHİLİK ÖĞÜTLERİ VE İLKELERİ TAKDİMİ</w:t>
      </w:r>
      <w:r>
        <w:rPr>
          <w:b/>
        </w:rPr>
        <w:br/>
      </w:r>
      <w:r>
        <w:t>Ahi Evran-ı Veli’nin asırlardır yolumuzu aydınlatan öğütlerini dinlemek üzere öğrenci arkadaşlarımızı davet ediyorum.</w:t>
      </w:r>
    </w:p>
    <w:p w14:paraId="0256E40F" w14:textId="77777777" w:rsidR="00291E0A" w:rsidRDefault="00000000">
      <w:r>
        <w:rPr>
          <w:b/>
        </w:rPr>
        <w:t>11- ŞİİRLER: "ALIN TERİ" VE "KARDEŞLİK DESTANI"</w:t>
      </w:r>
      <w:r>
        <w:rPr>
          <w:b/>
        </w:rPr>
        <w:br/>
      </w:r>
      <w:r>
        <w:t>Emek ve dayanışmayı anlatan şiirlerimizi seslendirmek üzere öğrenci arkadaşlarımızı sahneye davet ediyorum.</w:t>
      </w:r>
    </w:p>
    <w:p w14:paraId="5A77C593" w14:textId="77777777" w:rsidR="00291E0A" w:rsidRDefault="00000000">
      <w:pPr>
        <w:spacing w:after="280"/>
      </w:pPr>
      <w:r>
        <w:rPr>
          <w:b/>
        </w:rPr>
        <w:t>12- ETKİNLİK DUYURUSU VE KAPANIŞ</w:t>
      </w:r>
      <w:r>
        <w:rPr>
          <w:b/>
        </w:rPr>
        <w:br/>
      </w:r>
      <w:r>
        <w:t>Hafta boyunca okulumuzda sürdürülecek "Dürüst Esnaf ve İyilik Kumbarası" projesine tüm arkadaşlarımızı destek vermeye davet ediyoruz.</w:t>
      </w:r>
      <w:r>
        <w:br/>
      </w:r>
      <w:r>
        <w:br/>
        <w:t>Ahiliğin ahlakını, kardeşliğini ve dürüstlüğünü hayatımızın her alanında yaşatmak dileğiyle...</w:t>
      </w:r>
      <w:r>
        <w:br/>
      </w:r>
      <w:r>
        <w:br/>
        <w:t>Programımız burada sona ermiştir. Katılımlarınızdan dolayı teşekkür ederiz.</w:t>
      </w:r>
    </w:p>
    <w:p w14:paraId="3FE3861A" w14:textId="77777777" w:rsidR="00291E0A" w:rsidRDefault="00000000">
      <w:r>
        <w:br w:type="page"/>
      </w:r>
    </w:p>
    <w:p w14:paraId="169C5AEE" w14:textId="77777777" w:rsidR="00291E0A" w:rsidRDefault="00000000">
      <w:pPr>
        <w:pStyle w:val="Balk1"/>
        <w:spacing w:after="360"/>
        <w:jc w:val="center"/>
      </w:pPr>
      <w:r>
        <w:lastRenderedPageBreak/>
        <w:t>GÜNÜN ANLAM VE ÖNEMİNİ BELİRTEN KONUŞMA METNİ</w:t>
      </w:r>
      <w:r>
        <w:br/>
        <w:t>(Öğretmen / İdareci)</w:t>
      </w:r>
    </w:p>
    <w:p w14:paraId="07591AE1" w14:textId="77777777" w:rsidR="00291E0A" w:rsidRDefault="00000000">
      <w:pPr>
        <w:spacing w:after="160"/>
      </w:pPr>
      <w:r>
        <w:t>Sayın Okul Müdürüm, Değerli Meslektaşlarım ve Sevgili Gençler,</w:t>
      </w:r>
    </w:p>
    <w:p w14:paraId="0068E8FB" w14:textId="77777777" w:rsidR="00291E0A" w:rsidRDefault="00000000">
      <w:pPr>
        <w:spacing w:after="160"/>
      </w:pPr>
      <w:r>
        <w:t>Bugün; kökleri 13. yüzyıla kadar uzanan, Anadolu topraklarını sadece ticari değil, ahlaki ve insani değerlerle de mamur eden eşsiz bir medeniyet hareketini; Ahilik Kültürü Haftası’nı idrak etmek üzere bir aradayız.</w:t>
      </w:r>
    </w:p>
    <w:p w14:paraId="53BEA459" w14:textId="77777777" w:rsidR="00291E0A" w:rsidRDefault="00000000">
      <w:pPr>
        <w:spacing w:after="160"/>
      </w:pPr>
      <w:r>
        <w:t>Ahilik, kelime anlamı itibarıyla hem kardeşliği hem de eli açıklığı, cömertliği ifade eder. Büyük Türk düşünürü ve teşkilatçısı Ahi Evran-ı Veli tarafından temelleri atılan bu sistem; esnaf ve sanatkârı bir araya getirerek mesleki eğitim, ahlak ve dayanışmayı harmanlayan dünyadaki ilk ve en mükemmel sivil toplum örgütlenmelerinden biridir.</w:t>
      </w:r>
    </w:p>
    <w:p w14:paraId="53B3C8E4" w14:textId="77777777" w:rsidR="00291E0A" w:rsidRDefault="00000000">
      <w:pPr>
        <w:spacing w:after="160"/>
      </w:pPr>
      <w:r>
        <w:t>Batı dünyasında ticaret sadece kâr ve sermaye odaklı gelişirken, Ahilik sistemi insanı ve ahlakı merkeze koymuştur. Ahi esnafı bilir ki; helal kazanç alın teriyle yoğrulmalıdır. Tartıda eksik tartan, müşterisine hileli mal satan, komşusunun rızkına göz diken kişi Ahi olamaz. Nitekim hatalı üretim yapan ayakkabıcının yaptığı çarık dükkânın damına atılır ve o esnaf halk arasında itibarsızlaşırdı. Bugün sıkça kullandığımız "pabucu dama atılmak" deyimi işte bu yüksek kalite kontrol ve ahlak bilincinin bir yansımasıdır.</w:t>
      </w:r>
    </w:p>
    <w:p w14:paraId="332EC3E5" w14:textId="77777777" w:rsidR="00291E0A" w:rsidRDefault="00000000">
      <w:pPr>
        <w:spacing w:after="160"/>
      </w:pPr>
      <w:r>
        <w:t>Ahilik sadece ekonomik bir yapı da değildir. Kadınların teşkilatlanmasını sağlayan "Bâcıyân-ı Rûm" (Anadolu Kadınlar Birliği) ile Fatma Bacı önderliğinde kadınların üretimde, sanatta ve toplum hayatında aktif rol alması sağlanmıştır.</w:t>
      </w:r>
    </w:p>
    <w:p w14:paraId="241E05B4" w14:textId="77777777" w:rsidR="00291E0A" w:rsidRDefault="00000000">
      <w:pPr>
        <w:spacing w:after="160"/>
      </w:pPr>
      <w:r>
        <w:t>Sevgili Gençler,</w:t>
      </w:r>
      <w:r>
        <w:br/>
        <w:t>Bugün küreselleşen dünyada en çok ihtiyaç duyduğumuz değerler; iş ahlakı, dürüstlük, kalite ve kardeşliktir. Hangi mesleği icra ederseniz edin, Ahi Evran’ın "Hak ile sabır dileyip bize gelen bizdendir; akıl ve ahlak ile çalışıp bizi geçen bizdendir" sözünü ilke edinmelisiniz.</w:t>
      </w:r>
    </w:p>
    <w:p w14:paraId="2ECD983E" w14:textId="77777777" w:rsidR="00291E0A" w:rsidRDefault="00000000">
      <w:pPr>
        <w:spacing w:after="160"/>
      </w:pPr>
      <w:r>
        <w:t>Bu duygu ve düşüncelerle; esnaf ve zanaatkârlarımızın piri Ahi Evran-ı Veli’yi ve medeniyetimize alın teri katan ecdadımızı rahmetle anıyor; Ahilik Kültürü Haftası’nın milletimize ve tüm esnafımıza hayırlar getirmesini diliyorum.</w:t>
      </w:r>
    </w:p>
    <w:p w14:paraId="205651CD" w14:textId="77777777" w:rsidR="00291E0A" w:rsidRDefault="00000000">
      <w:pPr>
        <w:spacing w:after="160"/>
      </w:pPr>
      <w:r>
        <w:rPr>
          <w:b/>
        </w:rPr>
        <w:t>Ahilik Haftamız kutlu olsun!</w:t>
      </w:r>
    </w:p>
    <w:p w14:paraId="2A8CDFB2" w14:textId="77777777" w:rsidR="00291E0A" w:rsidRDefault="00000000">
      <w:r>
        <w:br w:type="page"/>
      </w:r>
    </w:p>
    <w:p w14:paraId="796E684F" w14:textId="77777777" w:rsidR="00291E0A" w:rsidRDefault="00000000">
      <w:pPr>
        <w:pStyle w:val="Balk1"/>
        <w:spacing w:after="360"/>
        <w:jc w:val="center"/>
      </w:pPr>
      <w:r>
        <w:lastRenderedPageBreak/>
        <w:t>ÖĞRENCİ TEMSİLCİSİ KONUŞMA METNİ</w:t>
      </w:r>
      <w:r>
        <w:br/>
        <w:t>"GELECEĞE TAŞINAN ERDEM: AHİLİK"</w:t>
      </w:r>
    </w:p>
    <w:p w14:paraId="1BA484D4" w14:textId="77777777" w:rsidR="00291E0A" w:rsidRDefault="00000000">
      <w:pPr>
        <w:spacing w:after="120"/>
      </w:pPr>
      <w:r>
        <w:t>Sayın Okul Müdürüm, Değerli Öğretmenlerim ve Sevgili Arkadaşlarım,</w:t>
      </w:r>
    </w:p>
    <w:p w14:paraId="118882AC" w14:textId="77777777" w:rsidR="00291E0A" w:rsidRDefault="00000000">
      <w:pPr>
        <w:spacing w:after="120"/>
      </w:pPr>
      <w:r>
        <w:t>Bugün sizlere asırlar öncesinden günümüze seslenen, esnaflığı bir ticaret değil bir ahlak mektebi haline getiren Ahilik ruhundan bahsetmek istiyorum.</w:t>
      </w:r>
    </w:p>
    <w:p w14:paraId="3D09C92A" w14:textId="77777777" w:rsidR="00291E0A" w:rsidRDefault="00000000">
      <w:pPr>
        <w:spacing w:after="120"/>
      </w:pPr>
      <w:r>
        <w:t>Ahilik; çırağın ustaya saygısı, ustanın kalfaya şefkati, esnafın müşteriye dürüstlüğüdür. Sabah siftahını yapan bir Ahi bakkalının, ikinci gelen müşterisini "Ben siftah yaptım, yandaki komşum henüz dükkânına müşteri almadı, lütfen ondan alınız" diyerek rakibini değil kardeşini düşündüğü yüce bir anlayıştır.</w:t>
      </w:r>
    </w:p>
    <w:p w14:paraId="3B773171" w14:textId="77777777" w:rsidR="00291E0A" w:rsidRDefault="00000000">
      <w:pPr>
        <w:spacing w:after="120"/>
      </w:pPr>
      <w:r>
        <w:t>Bizler sıralarımızda geleceğe hazırlanırken sadece derslerimizi öğrenmekle kalmamalıyız. Doğru sözlü olmayı, ölçüde ve tartıda adaletli davranmayı, kazandığımızı paylaşmayı da öğrenmeliyiz. Ahilik biz gençlere diyor ki: "Zengin olabilirsiniz, makam sahibi olabilirsiniz; ama ahlakınız ve dürüstlüğünüz yoksa hiçbir şey değilsiniz."</w:t>
      </w:r>
    </w:p>
    <w:p w14:paraId="66B08614" w14:textId="77777777" w:rsidR="00291E0A" w:rsidRDefault="00000000">
      <w:pPr>
        <w:spacing w:after="120"/>
      </w:pPr>
      <w:r>
        <w:t>Gelin, Ahi Evran’ın o güzel öğüdüne kulak verelim: Kapımızı muhtaç olana, soframızı aç olana, alnımızı hakka açık tutalım. Elimize, dilimize, belimize sahip çıkalım.</w:t>
      </w:r>
    </w:p>
    <w:p w14:paraId="1D1498CA" w14:textId="77777777" w:rsidR="00291E0A" w:rsidRDefault="00000000">
      <w:pPr>
        <w:spacing w:after="120"/>
      </w:pPr>
      <w:r>
        <w:t>Beni dinlediğiniz için teşekkür eder, Ahilik Haftamızı kutlarım!</w:t>
      </w:r>
    </w:p>
    <w:p w14:paraId="3A3649F6" w14:textId="77777777" w:rsidR="00291E0A" w:rsidRDefault="00000000">
      <w:r>
        <w:br w:type="page"/>
      </w:r>
    </w:p>
    <w:p w14:paraId="4FC02E45" w14:textId="77777777" w:rsidR="00291E0A" w:rsidRDefault="00000000">
      <w:pPr>
        <w:pStyle w:val="Balk1"/>
        <w:spacing w:after="360"/>
        <w:jc w:val="center"/>
      </w:pPr>
      <w:r>
        <w:lastRenderedPageBreak/>
        <w:t>TARİHSEL VE KÜLTÜREL SUNUM METNİ</w:t>
      </w:r>
      <w:r>
        <w:br/>
        <w:t>"AHİLİK TEŞKİLATI VE GELENEKLERİ"</w:t>
      </w:r>
    </w:p>
    <w:p w14:paraId="1ABBE6FC" w14:textId="77777777" w:rsidR="00291E0A" w:rsidRDefault="00000000">
      <w:pPr>
        <w:pStyle w:val="Balk2"/>
        <w:spacing w:after="120"/>
      </w:pPr>
      <w:r>
        <w:t>1. Şed Kuşanma Töreni (Meslekte İcazet)</w:t>
      </w:r>
    </w:p>
    <w:p w14:paraId="359903D3" w14:textId="77777777" w:rsidR="00291E0A" w:rsidRDefault="00000000">
      <w:pPr>
        <w:spacing w:after="240"/>
      </w:pPr>
      <w:r>
        <w:t>Ahilikte bir mesleğe çırak olarak giren kişi, yıllarca ustanın yanında hem zanaatı hem de güzel ahlakı öğrenirdi. Kalfalığa ve ardından ustalığa yükseldiğinde düzenlenen "Şed Kuşanma Töreni" ile beline ahilik kuşağı bağlanır, ustalık belgesi verilirdi. Bu törende usta, çırağına şu öğüdü verirdi: "Harama el uzatma, hak yemeden üret, rızkını helalden ara."</w:t>
      </w:r>
    </w:p>
    <w:p w14:paraId="4A348AEC" w14:textId="77777777" w:rsidR="00291E0A" w:rsidRDefault="00000000">
      <w:pPr>
        <w:pStyle w:val="Balk2"/>
        <w:spacing w:after="120"/>
      </w:pPr>
      <w:r>
        <w:t>2. Pabucu Dama Atılmak Deyiminin Doğuşu</w:t>
      </w:r>
    </w:p>
    <w:p w14:paraId="5CC24E55" w14:textId="77777777" w:rsidR="00291E0A" w:rsidRDefault="00000000">
      <w:pPr>
        <w:spacing w:after="240"/>
      </w:pPr>
      <w:r>
        <w:t>Ahilikte kalite ve tüketici hakkı kutsaldı. Esnaf loncaları düzenli olarak malları denetlerdi. Eğer bir ayakkabıcı kalitesiz deri kullanmışsa veya hileli çarık dikmişse, Ahi heyeti o ayakkabıyı alır, dükkânın damına fırlatırdı. Damda pabuç gören halk, o esnafın hileli mal sattığını anlar ve alışverişi keserdi. Deyimimiz buradan türemiştir.</w:t>
      </w:r>
    </w:p>
    <w:p w14:paraId="2544017A" w14:textId="77777777" w:rsidR="00291E0A" w:rsidRDefault="00000000">
      <w:pPr>
        <w:pStyle w:val="Balk2"/>
        <w:spacing w:after="120"/>
      </w:pPr>
      <w:r>
        <w:t>3. Bâcıyân-ı Rûm: Dünyanın İlk Kadın Teşkilatı</w:t>
      </w:r>
    </w:p>
    <w:p w14:paraId="3CF95CB1" w14:textId="77777777" w:rsidR="00291E0A" w:rsidRDefault="00000000">
      <w:pPr>
        <w:spacing w:after="240"/>
      </w:pPr>
      <w:r>
        <w:t>Ahi Evran’ın eşi Fatma Bacı öncülüğünde kurulan Bâcıyân-ı Rûm (Anadolu Kadınlar Birliği), kadınların dokumacılık, nakış, keçe üretimi gibi alanlarda meslek edinmesini sağlamıştır. "İşine, aşına, eşine sahip ol" prensibiyle hareket eden bu teşkilat, Türk kadınının üretimdeki gücünün en büyük tarihî kanıtıdır.</w:t>
      </w:r>
    </w:p>
    <w:p w14:paraId="4565D50E" w14:textId="77777777" w:rsidR="00291E0A" w:rsidRDefault="00000000">
      <w:r>
        <w:br w:type="page"/>
      </w:r>
    </w:p>
    <w:p w14:paraId="6EAB635C" w14:textId="77777777" w:rsidR="00291E0A" w:rsidRDefault="00000000">
      <w:pPr>
        <w:pStyle w:val="Balk1"/>
        <w:spacing w:after="320"/>
        <w:jc w:val="center"/>
      </w:pPr>
      <w:r>
        <w:lastRenderedPageBreak/>
        <w:t>AHİLİK ORATORYOSU</w:t>
      </w:r>
      <w:r>
        <w:br/>
        <w:t>"HAK İLE SABIR DİLEYİP GELENLER"</w:t>
      </w:r>
    </w:p>
    <w:p w14:paraId="400FA221" w14:textId="77777777" w:rsidR="00291E0A" w:rsidRDefault="00000000">
      <w:pPr>
        <w:spacing w:after="120"/>
        <w:ind w:left="288"/>
      </w:pPr>
      <w:r>
        <w:rPr>
          <w:b/>
        </w:rPr>
        <w:t xml:space="preserve">1. Öğrenci: </w:t>
      </w:r>
      <w:r>
        <w:t>Bir seda yükselir Horasan ellerinden Kırşehir bağlarına... Ahi Evran seslenir çağlar ötesinden!</w:t>
      </w:r>
    </w:p>
    <w:p w14:paraId="32CBA06F" w14:textId="77777777" w:rsidR="00291E0A" w:rsidRDefault="00000000">
      <w:pPr>
        <w:spacing w:after="120"/>
        <w:ind w:left="288"/>
      </w:pPr>
      <w:r>
        <w:rPr>
          <w:b/>
        </w:rPr>
        <w:t xml:space="preserve">2. Öğrenci: </w:t>
      </w:r>
      <w:r>
        <w:t>Kimdir Ahi? Nedir Ahilik?</w:t>
      </w:r>
    </w:p>
    <w:p w14:paraId="48D69100" w14:textId="77777777" w:rsidR="00291E0A" w:rsidRDefault="00000000">
      <w:pPr>
        <w:spacing w:after="120"/>
        <w:ind w:left="288"/>
      </w:pPr>
      <w:r>
        <w:rPr>
          <w:b/>
        </w:rPr>
        <w:t xml:space="preserve">3. Öğrenci: </w:t>
      </w:r>
      <w:r>
        <w:t>Ahi; kardeştir, cömerttir, sofrasını açan, elini haramdan kaçandır!</w:t>
      </w:r>
    </w:p>
    <w:p w14:paraId="6A857C32" w14:textId="77777777" w:rsidR="00291E0A" w:rsidRDefault="00000000">
      <w:pPr>
        <w:spacing w:after="120"/>
        <w:ind w:left="288"/>
      </w:pPr>
      <w:r>
        <w:rPr>
          <w:b/>
        </w:rPr>
        <w:t xml:space="preserve">4. Öğrenci: </w:t>
      </w:r>
      <w:r>
        <w:t>Ahilik; gündüz alın teriyle çalışan, gece Hak rızası için yarışandır!</w:t>
      </w:r>
    </w:p>
    <w:p w14:paraId="1DFA8A25" w14:textId="77777777" w:rsidR="00291E0A" w:rsidRDefault="00000000">
      <w:pPr>
        <w:spacing w:after="120"/>
        <w:ind w:left="288"/>
      </w:pPr>
      <w:r>
        <w:rPr>
          <w:b/>
        </w:rPr>
        <w:t xml:space="preserve">KORO: </w:t>
      </w:r>
      <w:r>
        <w:t>Hak ile sabır dileyip geldik bu dergâha! Alnımız ak, kalbimiz pak, sözümüz birdir!</w:t>
      </w:r>
    </w:p>
    <w:p w14:paraId="2F926A36" w14:textId="77777777" w:rsidR="00291E0A" w:rsidRDefault="00000000">
      <w:pPr>
        <w:spacing w:after="120"/>
        <w:ind w:left="288"/>
      </w:pPr>
      <w:r>
        <w:rPr>
          <w:b/>
        </w:rPr>
        <w:t xml:space="preserve">1. Öğrenci: </w:t>
      </w:r>
      <w:r>
        <w:t>Usta çekiç vurur demire, kalfa körük çeker ateşe. Şekil alır ham madde, nura döner meşakkate!</w:t>
      </w:r>
    </w:p>
    <w:p w14:paraId="1F015902" w14:textId="77777777" w:rsidR="00291E0A" w:rsidRDefault="00000000">
      <w:pPr>
        <w:spacing w:after="120"/>
        <w:ind w:left="288"/>
      </w:pPr>
      <w:r>
        <w:rPr>
          <w:b/>
        </w:rPr>
        <w:t xml:space="preserve">2. Öğrenci: </w:t>
      </w:r>
      <w:r>
        <w:t>Hile bilmez terazimiz, eksik tartmaz dirhemimiz.</w:t>
      </w:r>
    </w:p>
    <w:p w14:paraId="11C06ED5" w14:textId="77777777" w:rsidR="00291E0A" w:rsidRDefault="00000000">
      <w:pPr>
        <w:spacing w:after="120"/>
        <w:ind w:left="288"/>
      </w:pPr>
      <w:r>
        <w:rPr>
          <w:b/>
        </w:rPr>
        <w:t xml:space="preserve">3. Öğrenci: </w:t>
      </w:r>
      <w:r>
        <w:t>Komşusu açken tok yatan bizden değildir! Siftah benden, bereketi Hak’tan!</w:t>
      </w:r>
    </w:p>
    <w:p w14:paraId="1E689156" w14:textId="77777777" w:rsidR="00291E0A" w:rsidRDefault="00000000">
      <w:pPr>
        <w:spacing w:after="120"/>
        <w:ind w:left="288"/>
      </w:pPr>
      <w:r>
        <w:rPr>
          <w:b/>
        </w:rPr>
        <w:t xml:space="preserve">4. Öğrenci: </w:t>
      </w:r>
      <w:r>
        <w:t>Beline kuşak bağlanan yiğit bilsin ki: Bu kuşak adalettir, bu kuşak merhamettir.</w:t>
      </w:r>
    </w:p>
    <w:p w14:paraId="2C9C4D4F" w14:textId="77777777" w:rsidR="00291E0A" w:rsidRDefault="00000000">
      <w:pPr>
        <w:spacing w:after="120"/>
        <w:ind w:left="288"/>
      </w:pPr>
      <w:r>
        <w:rPr>
          <w:b/>
        </w:rPr>
        <w:t xml:space="preserve">KORO: </w:t>
      </w:r>
      <w:r>
        <w:t>Açık olsun kapımız, cömert olsun soframız! Yaşasın Ahilik, yaşasın kardeşlik yurdumuz!</w:t>
      </w:r>
    </w:p>
    <w:p w14:paraId="034EAAF7" w14:textId="77777777" w:rsidR="00291E0A" w:rsidRDefault="00000000">
      <w:r>
        <w:br w:type="page"/>
      </w:r>
    </w:p>
    <w:p w14:paraId="7C018258" w14:textId="77777777" w:rsidR="00291E0A" w:rsidRDefault="00000000">
      <w:pPr>
        <w:pStyle w:val="Balk1"/>
        <w:spacing w:after="360"/>
        <w:jc w:val="center"/>
      </w:pPr>
      <w:r>
        <w:lastRenderedPageBreak/>
        <w:t>AHİ EVRAN-I VELİ ÖĞÜTLERİ VE AHİLİK İLKELERİ</w:t>
      </w:r>
      <w:r>
        <w:br/>
        <w:t>(Öğrenci Sunumu)</w:t>
      </w:r>
    </w:p>
    <w:p w14:paraId="60F26826" w14:textId="77777777" w:rsidR="00291E0A" w:rsidRDefault="00000000">
      <w:r>
        <w:rPr>
          <w:b/>
        </w:rPr>
        <w:t>Açık Olması Gereken 3 Şey:</w:t>
      </w:r>
      <w:r>
        <w:rPr>
          <w:b/>
        </w:rPr>
        <w:br/>
      </w:r>
      <w:r>
        <w:t>• Alnın açık olmalı (Yüz kızartıcı işlerden uzak durmak)</w:t>
      </w:r>
      <w:r>
        <w:br/>
        <w:t>• Kalbin açık olmalı (Herkese sevgi, merhamet ve iyi niyet beslemek)</w:t>
      </w:r>
      <w:r>
        <w:br/>
        <w:t>• Sofran ve kapın açık olmalı (Konuğa, yoksula, muhtaca ikramda bulunmak)</w:t>
      </w:r>
    </w:p>
    <w:p w14:paraId="4E92663A" w14:textId="77777777" w:rsidR="00291E0A" w:rsidRDefault="00000000">
      <w:r>
        <w:rPr>
          <w:b/>
        </w:rPr>
        <w:t>Kapalı Olması Gereken 3 Şey:</w:t>
      </w:r>
      <w:r>
        <w:rPr>
          <w:b/>
        </w:rPr>
        <w:br/>
      </w:r>
      <w:r>
        <w:t>• Elin kapalı olmalı (Hırsızlığa, harama el uzatmamak)</w:t>
      </w:r>
      <w:r>
        <w:br/>
        <w:t>• Dilin kapalı olmalı (Dedikodu, yalan, gıybet ve iftiradan kaçınmak)</w:t>
      </w:r>
      <w:r>
        <w:br/>
        <w:t>• Belin kapalı olmalı (Ahlaksızlık ve kötülükten uzak durmak)</w:t>
      </w:r>
    </w:p>
    <w:p w14:paraId="6168928A" w14:textId="77777777" w:rsidR="00291E0A" w:rsidRDefault="00000000">
      <w:r>
        <w:rPr>
          <w:b/>
        </w:rPr>
        <w:t>Temel Esnaf Düsturları:</w:t>
      </w:r>
      <w:r>
        <w:rPr>
          <w:b/>
        </w:rPr>
        <w:br/>
      </w:r>
      <w:r>
        <w:t>• Hak ile sabır dileyip çalışan, rızkını helal yoldan kazanan ol.</w:t>
      </w:r>
      <w:r>
        <w:br/>
        <w:t>• Kendi nefsine istediğini, kardeşi için de istemeyen kâmil insan olamaz.</w:t>
      </w:r>
      <w:r>
        <w:br/>
        <w:t>• Kalitesiz ve hileli mal üretme; müşterinin hakkını kendi hakkın bil.</w:t>
      </w:r>
      <w:r>
        <w:br/>
        <w:t>• Kanaatkâr ol; kazancınla övünme, yoklukta isyan etme.</w:t>
      </w:r>
    </w:p>
    <w:p w14:paraId="03CA9F50" w14:textId="77777777" w:rsidR="00291E0A" w:rsidRDefault="00000000">
      <w:r>
        <w:br w:type="page"/>
      </w:r>
    </w:p>
    <w:p w14:paraId="0F4E781D" w14:textId="77777777" w:rsidR="00291E0A" w:rsidRDefault="00000000">
      <w:pPr>
        <w:pStyle w:val="Balk1"/>
        <w:jc w:val="center"/>
      </w:pPr>
      <w:r>
        <w:lastRenderedPageBreak/>
        <w:t>AHİ EVRAN</w:t>
      </w:r>
    </w:p>
    <w:p w14:paraId="50629EEA" w14:textId="77777777" w:rsidR="00291E0A" w:rsidRDefault="00000000">
      <w:pPr>
        <w:spacing w:after="360"/>
        <w:jc w:val="center"/>
      </w:pPr>
      <w:r>
        <w:rPr>
          <w:i/>
        </w:rPr>
        <w:t>Anonim</w:t>
      </w:r>
    </w:p>
    <w:p w14:paraId="7277618E" w14:textId="77777777" w:rsidR="00291E0A" w:rsidRDefault="00000000">
      <w:r>
        <w:t>Kırşehir’de yandı kutlu bir ışık,</w:t>
      </w:r>
      <w:r>
        <w:br/>
        <w:t>Usta, kalfa, çırak buna alışık.</w:t>
      </w:r>
      <w:r>
        <w:br/>
        <w:t>Gönüller bağlandı Hakka sımsıkı,</w:t>
      </w:r>
      <w:r>
        <w:br/>
        <w:t>Ahi Evran kurdu kutlu ocağı.</w:t>
      </w:r>
    </w:p>
    <w:p w14:paraId="68E669A9" w14:textId="77777777" w:rsidR="00291E0A" w:rsidRDefault="00000000">
      <w:r>
        <w:t>Alın teri döktü, helal kazandı,</w:t>
      </w:r>
      <w:r>
        <w:br/>
        <w:t>Yoksulun, düşkünün derdine yandı.</w:t>
      </w:r>
      <w:r>
        <w:br/>
        <w:t>Doğruluk yolunda ömür adandı,</w:t>
      </w:r>
      <w:r>
        <w:br/>
        <w:t>Ahi Evran kurdu kutlu ocağı.</w:t>
      </w:r>
    </w:p>
    <w:p w14:paraId="6A7079F1" w14:textId="77777777" w:rsidR="00291E0A" w:rsidRDefault="00000000">
      <w:r>
        <w:t>Sofrası açıktı her bir konuğa,</w:t>
      </w:r>
      <w:r>
        <w:br/>
        <w:t>Yalanı sokmadı dürüst soluğa.</w:t>
      </w:r>
      <w:r>
        <w:br/>
        <w:t>Rehber oldu nesil boyu gençliğe,</w:t>
      </w:r>
      <w:r>
        <w:br/>
        <w:t>Ahi Evran kurdu kutlu ocağı.</w:t>
      </w:r>
    </w:p>
    <w:p w14:paraId="780314EC" w14:textId="77777777" w:rsidR="00291E0A" w:rsidRDefault="00000000">
      <w:r>
        <w:br w:type="page"/>
      </w:r>
    </w:p>
    <w:p w14:paraId="2946A409" w14:textId="77777777" w:rsidR="00291E0A" w:rsidRDefault="00000000">
      <w:pPr>
        <w:pStyle w:val="Balk1"/>
        <w:jc w:val="center"/>
      </w:pPr>
      <w:r>
        <w:lastRenderedPageBreak/>
        <w:t>AHİLİK TÜRKÜSÜ</w:t>
      </w:r>
    </w:p>
    <w:p w14:paraId="160FC251" w14:textId="77777777" w:rsidR="00291E0A" w:rsidRDefault="00000000">
      <w:pPr>
        <w:spacing w:after="360"/>
        <w:jc w:val="center"/>
      </w:pPr>
      <w:r>
        <w:rPr>
          <w:i/>
        </w:rPr>
        <w:t>Anonim</w:t>
      </w:r>
    </w:p>
    <w:p w14:paraId="759E571E" w14:textId="77777777" w:rsidR="00291E0A" w:rsidRDefault="00000000">
      <w:r>
        <w:t>Ahi olan cömert olur, el açar,</w:t>
      </w:r>
      <w:r>
        <w:br/>
        <w:t>Kötülükten, haksızlıktan hep kaçar.</w:t>
      </w:r>
      <w:r>
        <w:br/>
        <w:t>Gittiği her yere bereket saçar,</w:t>
      </w:r>
      <w:r>
        <w:br/>
        <w:t>Kardeşlik yoludur Ahilik yolu.</w:t>
      </w:r>
    </w:p>
    <w:p w14:paraId="568114DB" w14:textId="77777777" w:rsidR="00291E0A" w:rsidRDefault="00000000">
      <w:r>
        <w:t>Hile katmaz mayasına, aşına,</w:t>
      </w:r>
      <w:r>
        <w:br/>
        <w:t>Harap getirmez dostun başına.</w:t>
      </w:r>
      <w:r>
        <w:br/>
        <w:t>Hürmet eder emeğe, gözyaşına,</w:t>
      </w:r>
      <w:r>
        <w:br/>
        <w:t>Doğruluk yoludur Ahilik yolu.</w:t>
      </w:r>
    </w:p>
    <w:p w14:paraId="3109F23F" w14:textId="77777777" w:rsidR="00291E0A" w:rsidRDefault="00000000">
      <w:r>
        <w:t>Pabucu atılmaz asla bu dama,</w:t>
      </w:r>
      <w:r>
        <w:br/>
        <w:t>Dürüstlük yakışır her bir adama.</w:t>
      </w:r>
      <w:r>
        <w:br/>
        <w:t>Birlik olalım biz bütünüyle yurda,</w:t>
      </w:r>
      <w:r>
        <w:br/>
        <w:t>İnsanlık yoludur Ahilik yolu.</w:t>
      </w:r>
    </w:p>
    <w:p w14:paraId="659F28CF" w14:textId="77777777" w:rsidR="00291E0A" w:rsidRDefault="00000000">
      <w:r>
        <w:br w:type="page"/>
      </w:r>
    </w:p>
    <w:p w14:paraId="25ED89CF" w14:textId="77777777" w:rsidR="00291E0A" w:rsidRDefault="00000000">
      <w:pPr>
        <w:pStyle w:val="Balk1"/>
        <w:jc w:val="center"/>
      </w:pPr>
      <w:r>
        <w:lastRenderedPageBreak/>
        <w:t>USTANIN ÖĞÜDÜ</w:t>
      </w:r>
    </w:p>
    <w:p w14:paraId="24CC804D" w14:textId="77777777" w:rsidR="00291E0A" w:rsidRDefault="00000000">
      <w:pPr>
        <w:spacing w:after="360"/>
        <w:jc w:val="center"/>
      </w:pPr>
      <w:r>
        <w:rPr>
          <w:i/>
        </w:rPr>
        <w:t>Anonim</w:t>
      </w:r>
    </w:p>
    <w:p w14:paraId="5462C2FE" w14:textId="77777777" w:rsidR="00291E0A" w:rsidRDefault="00000000">
      <w:r>
        <w:t>Oğul, dinle ustanı, belle bu sözü,</w:t>
      </w:r>
      <w:r>
        <w:br/>
        <w:t>Doğruluktan şaşmasın kalbinin özü.</w:t>
      </w:r>
      <w:r>
        <w:br/>
        <w:t>Eğri odun koyma sakın ocağa,</w:t>
      </w:r>
      <w:r>
        <w:br/>
        <w:t>Haram lokma yakışmaz bu kucağa.</w:t>
      </w:r>
    </w:p>
    <w:p w14:paraId="6BDF6CE0" w14:textId="77777777" w:rsidR="00291E0A" w:rsidRDefault="00000000">
      <w:r>
        <w:t>Çekiç vururken örse aşk ile vur,</w:t>
      </w:r>
      <w:r>
        <w:br/>
        <w:t>Tartarken teraziye dikkatle dur.</w:t>
      </w:r>
      <w:r>
        <w:br/>
        <w:t>Eksik tartan bulamaz iki cihanda huzur,</w:t>
      </w:r>
      <w:r>
        <w:br/>
        <w:t>Ahlaktır sanatın en büyük gücü.</w:t>
      </w:r>
    </w:p>
    <w:p w14:paraId="7560CF13" w14:textId="77777777" w:rsidR="00291E0A" w:rsidRDefault="00000000">
      <w:r>
        <w:t>Kuşat beline şeddi, Hakka yürü sen,</w:t>
      </w:r>
      <w:r>
        <w:br/>
        <w:t>Ustanın duasını her dem al bilsen.</w:t>
      </w:r>
      <w:r>
        <w:br/>
        <w:t>Dünya bir handır gelir geçer hemen,</w:t>
      </w:r>
      <w:r>
        <w:br/>
        <w:t>Bize miras kalan bu güzel hüner!</w:t>
      </w:r>
    </w:p>
    <w:p w14:paraId="1DF4F5EE" w14:textId="77777777" w:rsidR="00291E0A" w:rsidRDefault="00000000">
      <w:r>
        <w:br w:type="page"/>
      </w:r>
    </w:p>
    <w:p w14:paraId="598B5FD6" w14:textId="77777777" w:rsidR="00291E0A" w:rsidRDefault="00000000">
      <w:pPr>
        <w:pStyle w:val="Balk1"/>
        <w:jc w:val="center"/>
      </w:pPr>
      <w:r>
        <w:lastRenderedPageBreak/>
        <w:t>ALIN TERİ</w:t>
      </w:r>
    </w:p>
    <w:p w14:paraId="52E86D4E" w14:textId="77777777" w:rsidR="00291E0A" w:rsidRDefault="00000000">
      <w:pPr>
        <w:spacing w:after="360"/>
        <w:jc w:val="center"/>
      </w:pPr>
      <w:r>
        <w:rPr>
          <w:i/>
        </w:rPr>
        <w:t>Anonim</w:t>
      </w:r>
    </w:p>
    <w:p w14:paraId="39B63E00" w14:textId="77777777" w:rsidR="00291E0A" w:rsidRDefault="00000000">
      <w:r>
        <w:t>Sabahın seherinde çalar çekiçler,</w:t>
      </w:r>
      <w:r>
        <w:br/>
        <w:t>Alın teriyle yeşerir emekler.</w:t>
      </w:r>
      <w:r>
        <w:br/>
        <w:t>Helal lokma için çarpar yürekler,</w:t>
      </w:r>
      <w:r>
        <w:br/>
        <w:t>Ustanın elinde can bulur hüner.</w:t>
      </w:r>
    </w:p>
    <w:p w14:paraId="1F7558B9" w14:textId="77777777" w:rsidR="00291E0A" w:rsidRDefault="00000000">
      <w:r>
        <w:t>Tartıda adalet, dilde samimiyet,</w:t>
      </w:r>
      <w:r>
        <w:br/>
        <w:t>Ahinin ruhudur dürüst niyet.</w:t>
      </w:r>
      <w:r>
        <w:br/>
        <w:t>Çalışmak en büyük yüce hürriyet,</w:t>
      </w:r>
      <w:r>
        <w:br/>
        <w:t>Ustanın elinde can bulur hüner.</w:t>
      </w:r>
    </w:p>
    <w:p w14:paraId="73D9790F" w14:textId="77777777" w:rsidR="00291E0A" w:rsidRDefault="00000000">
      <w:r>
        <w:t>Yolumuz haktır, sözümüz doğru,</w:t>
      </w:r>
      <w:r>
        <w:br/>
        <w:t>Sevgiyle yoğrulur Türk’ün bu yurdu.</w:t>
      </w:r>
      <w:r>
        <w:br/>
        <w:t>Ecdattan emanet bu kutlu duygu,</w:t>
      </w:r>
      <w:r>
        <w:br/>
        <w:t>Ustanın elinde can bulur hüner.</w:t>
      </w:r>
    </w:p>
    <w:p w14:paraId="79063C11" w14:textId="77777777" w:rsidR="00291E0A" w:rsidRDefault="00000000">
      <w:r>
        <w:br w:type="page"/>
      </w:r>
    </w:p>
    <w:p w14:paraId="7F3B4FAF" w14:textId="77777777" w:rsidR="00291E0A" w:rsidRDefault="00000000">
      <w:pPr>
        <w:pStyle w:val="Balk1"/>
        <w:jc w:val="center"/>
      </w:pPr>
      <w:r>
        <w:lastRenderedPageBreak/>
        <w:t>KARDEŞLİK DESTANI</w:t>
      </w:r>
    </w:p>
    <w:p w14:paraId="216CE1FD" w14:textId="77777777" w:rsidR="00291E0A" w:rsidRDefault="00000000">
      <w:pPr>
        <w:spacing w:after="360"/>
        <w:jc w:val="center"/>
      </w:pPr>
      <w:r>
        <w:rPr>
          <w:i/>
        </w:rPr>
        <w:t>Anonim</w:t>
      </w:r>
    </w:p>
    <w:p w14:paraId="692672A9" w14:textId="77777777" w:rsidR="00291E0A" w:rsidRDefault="00000000">
      <w:r>
        <w:t>Biz bir zincirin halkalarıyız,</w:t>
      </w:r>
      <w:r>
        <w:br/>
        <w:t>Aynı göğün altında yolcularız.</w:t>
      </w:r>
      <w:r>
        <w:br/>
        <w:t>Bölüşürsek doyarız hep birlikte,</w:t>
      </w:r>
      <w:r>
        <w:br/>
        <w:t>Bölünürsek yok oluruz dirlikte.</w:t>
      </w:r>
    </w:p>
    <w:p w14:paraId="0309AFBD" w14:textId="77777777" w:rsidR="00291E0A" w:rsidRDefault="00000000">
      <w:r>
        <w:t>Ahi mektebidir bu aziz vatan,</w:t>
      </w:r>
      <w:r>
        <w:br/>
        <w:t>Birlik harcıyla kuruldu her an.</w:t>
      </w:r>
      <w:r>
        <w:br/>
        <w:t>Komşusu darda kalana koşan,</w:t>
      </w:r>
      <w:r>
        <w:br/>
        <w:t>Milletin adıdır Türk oğlu Türk!</w:t>
      </w:r>
    </w:p>
    <w:p w14:paraId="25A7A02E" w14:textId="77777777" w:rsidR="00291E0A" w:rsidRDefault="00000000">
      <w:r>
        <w:t>El ele verelim, dürüst kalalım,</w:t>
      </w:r>
      <w:r>
        <w:br/>
        <w:t>Ecdadın izinde Hakka varalım.</w:t>
      </w:r>
      <w:r>
        <w:br/>
        <w:t>Ahilik ruhunu diri tutalım,</w:t>
      </w:r>
      <w:r>
        <w:br/>
        <w:t>Geleceğe ışık saçsın bu ocak!</w:t>
      </w:r>
    </w:p>
    <w:sectPr w:rsidR="00291E0A"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440369442">
    <w:abstractNumId w:val="8"/>
  </w:num>
  <w:num w:numId="2" w16cid:durableId="1196650488">
    <w:abstractNumId w:val="6"/>
  </w:num>
  <w:num w:numId="3" w16cid:durableId="434641966">
    <w:abstractNumId w:val="5"/>
  </w:num>
  <w:num w:numId="4" w16cid:durableId="1776094070">
    <w:abstractNumId w:val="4"/>
  </w:num>
  <w:num w:numId="5" w16cid:durableId="432819861">
    <w:abstractNumId w:val="7"/>
  </w:num>
  <w:num w:numId="6" w16cid:durableId="1908370093">
    <w:abstractNumId w:val="3"/>
  </w:num>
  <w:num w:numId="7" w16cid:durableId="572590779">
    <w:abstractNumId w:val="2"/>
  </w:num>
  <w:num w:numId="8" w16cid:durableId="527836947">
    <w:abstractNumId w:val="1"/>
  </w:num>
  <w:num w:numId="9" w16cid:durableId="133105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2801"/>
    <w:rsid w:val="00291E0A"/>
    <w:rsid w:val="0029639D"/>
    <w:rsid w:val="002C1EEE"/>
    <w:rsid w:val="002D3B62"/>
    <w:rsid w:val="00326F90"/>
    <w:rsid w:val="00491935"/>
    <w:rsid w:val="00AA1D8D"/>
    <w:rsid w:val="00B47730"/>
    <w:rsid w:val="00CB0664"/>
    <w:rsid w:val="00F579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677CA5"/>
  <w14:defaultImageDpi w14:val="300"/>
  <w15:docId w15:val="{EC406B76-C6F6-48D7-BD49-E31D3BCFC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1831</Words>
  <Characters>10440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4</cp:revision>
  <dcterms:created xsi:type="dcterms:W3CDTF">2013-12-23T23:15:00Z</dcterms:created>
  <dcterms:modified xsi:type="dcterms:W3CDTF">2026-09-20T19:35:00Z</dcterms:modified>
  <cp:category/>
</cp:coreProperties>
</file>