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46ADE" w14:textId="77777777" w:rsidR="00D5060A" w:rsidRDefault="00D5060A"/>
    <w:p w14:paraId="2CD4B11F" w14:textId="77777777" w:rsidR="00D5060A" w:rsidRDefault="00D5060A"/>
    <w:p w14:paraId="769BD05E" w14:textId="77777777" w:rsidR="00D5060A" w:rsidRDefault="00D5060A"/>
    <w:p w14:paraId="5295ABBF" w14:textId="77777777" w:rsidR="00D5060A" w:rsidRDefault="00D5060A"/>
    <w:p w14:paraId="52EA9321" w14:textId="77777777" w:rsidR="00D5060A" w:rsidRDefault="00D5060A"/>
    <w:p w14:paraId="0C1B438A" w14:textId="77777777" w:rsidR="00D5060A" w:rsidRDefault="00D5060A"/>
    <w:p w14:paraId="0CFAC3DA" w14:textId="77777777" w:rsidR="00D5060A" w:rsidRDefault="00D5060A"/>
    <w:p w14:paraId="0B3836F3" w14:textId="77777777" w:rsidR="00D5060A" w:rsidRDefault="00000000">
      <w:pPr>
        <w:jc w:val="center"/>
      </w:pPr>
      <w:r>
        <w:rPr>
          <w:b/>
          <w:sz w:val="32"/>
        </w:rPr>
        <w:t>T.C.</w:t>
      </w:r>
      <w:r>
        <w:rPr>
          <w:b/>
          <w:sz w:val="32"/>
        </w:rPr>
        <w:br/>
        <w:t>.................................................................... MÜDÜRLÜĞÜ</w:t>
      </w:r>
    </w:p>
    <w:p w14:paraId="06A0B6F6" w14:textId="77777777" w:rsidR="00D5060A" w:rsidRDefault="00D5060A"/>
    <w:p w14:paraId="5E97B50F" w14:textId="77777777" w:rsidR="00D5060A" w:rsidRDefault="00D5060A"/>
    <w:p w14:paraId="7D09FB67" w14:textId="77777777" w:rsidR="00D5060A" w:rsidRDefault="00D5060A"/>
    <w:p w14:paraId="02FEA166" w14:textId="77777777" w:rsidR="00D5060A" w:rsidRDefault="00D5060A"/>
    <w:p w14:paraId="7D8266A5" w14:textId="77777777" w:rsidR="00D5060A" w:rsidRDefault="00000000">
      <w:pPr>
        <w:jc w:val="center"/>
      </w:pPr>
      <w:r>
        <w:rPr>
          <w:b/>
          <w:sz w:val="44"/>
        </w:rPr>
        <w:t>AHİLİK KÜLTÜRÜ HAFTASI</w:t>
      </w:r>
      <w:r>
        <w:rPr>
          <w:b/>
          <w:sz w:val="44"/>
        </w:rPr>
        <w:br/>
        <w:t>KUTLAMA PROGRAMI</w:t>
      </w:r>
    </w:p>
    <w:p w14:paraId="0EA8C8AD" w14:textId="77777777" w:rsidR="00D5060A" w:rsidRDefault="00D5060A"/>
    <w:p w14:paraId="7C273B48" w14:textId="77777777" w:rsidR="00D5060A" w:rsidRDefault="00D5060A"/>
    <w:p w14:paraId="081A4055" w14:textId="77777777" w:rsidR="00D5060A" w:rsidRDefault="00D5060A"/>
    <w:p w14:paraId="7222A410" w14:textId="77777777" w:rsidR="00D5060A" w:rsidRDefault="00D5060A"/>
    <w:p w14:paraId="35FCF9F1" w14:textId="77777777" w:rsidR="00D5060A" w:rsidRDefault="00D5060A"/>
    <w:p w14:paraId="450D5D67" w14:textId="77777777" w:rsidR="00D5060A" w:rsidRDefault="00D5060A"/>
    <w:p w14:paraId="2CC523DE" w14:textId="77777777" w:rsidR="00D5060A" w:rsidRDefault="00D5060A"/>
    <w:p w14:paraId="21FDC142" w14:textId="77777777" w:rsidR="00D5060A" w:rsidRDefault="00000000">
      <w:pPr>
        <w:jc w:val="center"/>
      </w:pPr>
      <w:r>
        <w:rPr>
          <w:b/>
          <w:sz w:val="26"/>
        </w:rPr>
        <w:t>20... - 20... EĞİTİM ÖĞRETİM YILI</w:t>
      </w:r>
    </w:p>
    <w:p w14:paraId="1EEBD101" w14:textId="77777777" w:rsidR="00D5060A" w:rsidRDefault="00000000">
      <w:r>
        <w:br w:type="page"/>
      </w:r>
    </w:p>
    <w:p w14:paraId="57BDC68A" w14:textId="77777777" w:rsidR="00D5060A" w:rsidRDefault="00000000">
      <w:pPr>
        <w:spacing w:after="320"/>
        <w:jc w:val="center"/>
      </w:pPr>
      <w:r>
        <w:rPr>
          <w:b/>
          <w:sz w:val="26"/>
        </w:rPr>
        <w:lastRenderedPageBreak/>
        <w:t>.................................................................... MÜDÜRLÜĞÜNE</w:t>
      </w:r>
    </w:p>
    <w:p w14:paraId="2676784C" w14:textId="77777777" w:rsidR="00D5060A" w:rsidRDefault="00000000">
      <w:r>
        <w:t xml:space="preserve">       Hazırlamış olduğumuz "Ahilik Kültürü Haftası" kutlama programını .../.../20... günü saat ........’da okul bahçesinde / konferans salonunda gerçekleştirmek istiyoruz. Program akışı aşağıda belirtilmiştir.</w:t>
      </w:r>
    </w:p>
    <w:p w14:paraId="29F1BF1F" w14:textId="77777777" w:rsidR="00D5060A" w:rsidRDefault="00000000">
      <w:pPr>
        <w:spacing w:after="280"/>
      </w:pPr>
      <w:r>
        <w:t xml:space="preserve">       Gereğini bilgilerinize arz ederim.</w:t>
      </w:r>
    </w:p>
    <w:p w14:paraId="3A3DD4FD" w14:textId="77777777" w:rsidR="00D5060A" w:rsidRDefault="00000000">
      <w:pPr>
        <w:spacing w:after="120"/>
      </w:pPr>
      <w:r>
        <w:rPr>
          <w:b/>
        </w:rPr>
        <w:t>PROGRAM AKIŞI:</w:t>
      </w:r>
    </w:p>
    <w:p w14:paraId="7120C7BF" w14:textId="40A9F2E3" w:rsidR="00D5060A" w:rsidRDefault="00000000">
      <w:pPr>
        <w:spacing w:after="80"/>
        <w:ind w:left="288"/>
      </w:pPr>
      <w:r>
        <w:t xml:space="preserve">1. </w:t>
      </w:r>
      <w:proofErr w:type="spellStart"/>
      <w:r>
        <w:t>Açılış</w:t>
      </w:r>
      <w:proofErr w:type="spellEnd"/>
    </w:p>
    <w:p w14:paraId="119BE26D" w14:textId="77777777" w:rsidR="00D5060A" w:rsidRDefault="00000000">
      <w:pPr>
        <w:spacing w:after="80"/>
        <w:ind w:left="288"/>
      </w:pPr>
      <w:r>
        <w:t>2. Günün Anlam ve Önemini Belirten Konuşma (Öğretmen Konuşması)</w:t>
      </w:r>
    </w:p>
    <w:p w14:paraId="244A22C7" w14:textId="77777777" w:rsidR="00D5060A" w:rsidRDefault="00000000">
      <w:pPr>
        <w:spacing w:after="80"/>
        <w:ind w:left="288"/>
      </w:pPr>
      <w:r>
        <w:t>3. Şiir: "Ahi Evran" (Anonim)</w:t>
      </w:r>
    </w:p>
    <w:p w14:paraId="4B24E217" w14:textId="77777777" w:rsidR="00D5060A" w:rsidRDefault="00000000">
      <w:pPr>
        <w:spacing w:after="80"/>
        <w:ind w:left="288"/>
      </w:pPr>
      <w:r>
        <w:t>4. Öğrenci Temsilcisi Konuşması ("Dürüstlüğün ve Kardeşliğin Mayası: Ahilik")</w:t>
      </w:r>
    </w:p>
    <w:p w14:paraId="6102763A" w14:textId="77777777" w:rsidR="00D5060A" w:rsidRDefault="00000000">
      <w:pPr>
        <w:spacing w:after="80"/>
        <w:ind w:left="288"/>
      </w:pPr>
      <w:r>
        <w:t>5. Ahilik İlkeleri ve Ahi Evran Öğütleri</w:t>
      </w:r>
    </w:p>
    <w:p w14:paraId="367E8229" w14:textId="77777777" w:rsidR="00D5060A" w:rsidRDefault="00000000">
      <w:pPr>
        <w:spacing w:after="80"/>
        <w:ind w:left="288"/>
      </w:pPr>
      <w:r>
        <w:t>6. Şiir: "Ahilik Türküsü"</w:t>
      </w:r>
    </w:p>
    <w:p w14:paraId="2E5438BC" w14:textId="77777777" w:rsidR="00D5060A" w:rsidRDefault="00000000">
      <w:pPr>
        <w:spacing w:after="80"/>
        <w:ind w:left="288"/>
      </w:pPr>
      <w:r>
        <w:t>7. Şiir: "Alın Teri"</w:t>
      </w:r>
    </w:p>
    <w:p w14:paraId="701155F7" w14:textId="77777777" w:rsidR="00D5060A" w:rsidRDefault="00000000">
      <w:pPr>
        <w:spacing w:after="80"/>
        <w:ind w:left="288"/>
      </w:pPr>
      <w:r>
        <w:t>8. Kapanış</w:t>
      </w:r>
    </w:p>
    <w:p w14:paraId="641BE47B" w14:textId="77777777" w:rsidR="00D5060A" w:rsidRDefault="00D5060A">
      <w:pPr>
        <w:spacing w:after="5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D5060A" w14:paraId="550CF4F1" w14:textId="77777777">
        <w:trPr>
          <w:jc w:val="center"/>
        </w:trPr>
        <w:tc>
          <w:tcPr>
            <w:tcW w:w="4608" w:type="dxa"/>
          </w:tcPr>
          <w:p w14:paraId="1D193759" w14:textId="77777777" w:rsidR="00D5060A" w:rsidRDefault="00000000">
            <w:pPr>
              <w:jc w:val="center"/>
            </w:pPr>
            <w:r>
              <w:rPr>
                <w:b/>
              </w:rPr>
              <w:t>... / ... / 20...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...................................................</w:t>
            </w:r>
            <w:r>
              <w:rPr>
                <w:b/>
              </w:rPr>
              <w:br/>
            </w:r>
            <w:r>
              <w:t>Türkçe Öğretmeni</w:t>
            </w:r>
          </w:p>
        </w:tc>
        <w:tc>
          <w:tcPr>
            <w:tcW w:w="4608" w:type="dxa"/>
          </w:tcPr>
          <w:p w14:paraId="6B6D240D" w14:textId="77777777" w:rsidR="00D5060A" w:rsidRDefault="00000000">
            <w:pPr>
              <w:jc w:val="center"/>
            </w:pPr>
            <w:r>
              <w:rPr>
                <w:b/>
              </w:rPr>
              <w:t>... / ... / 20...</w:t>
            </w:r>
            <w:r>
              <w:rPr>
                <w:b/>
              </w:rPr>
              <w:br/>
              <w:t>UYGUNDUR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...................................................</w:t>
            </w:r>
            <w:r>
              <w:rPr>
                <w:b/>
              </w:rPr>
              <w:br/>
            </w:r>
            <w:r>
              <w:t>Okul Müdürü</w:t>
            </w:r>
          </w:p>
        </w:tc>
      </w:tr>
    </w:tbl>
    <w:p w14:paraId="6D1DA2E1" w14:textId="77777777" w:rsidR="00D5060A" w:rsidRDefault="00000000">
      <w:r>
        <w:br w:type="page"/>
      </w:r>
    </w:p>
    <w:p w14:paraId="24FE9012" w14:textId="77777777" w:rsidR="00D5060A" w:rsidRDefault="00000000">
      <w:pPr>
        <w:pStyle w:val="Balk1"/>
        <w:spacing w:after="320"/>
        <w:jc w:val="center"/>
      </w:pPr>
      <w:r>
        <w:lastRenderedPageBreak/>
        <w:t>AHİLİK KÜLTÜRÜ HAFTASI</w:t>
      </w:r>
      <w:r>
        <w:br/>
        <w:t>PROGRAM SUNUCU METNİ</w:t>
      </w:r>
    </w:p>
    <w:p w14:paraId="54E9BF9B" w14:textId="38046E59" w:rsidR="00D5060A" w:rsidRDefault="00000000">
      <w:r>
        <w:rPr>
          <w:b/>
        </w:rPr>
        <w:t xml:space="preserve">1- AÇILIŞ </w:t>
      </w:r>
      <w:r>
        <w:rPr>
          <w:b/>
        </w:rPr>
        <w:br/>
      </w:r>
      <w:r>
        <w:t>Sayın Okul Müdürüm, Değerli Öğretmenlerim ve Sevgili Arkadaşlarım,</w:t>
      </w:r>
      <w:r>
        <w:br/>
      </w:r>
      <w:r>
        <w:br/>
        <w:t>Ticaret ahlakını dürüstlükle, alın terini merhametle ve kardeşliği dayanışmayla harmanlayan; asırlar boyunca medeniyetimize rehberlik etmiş Ahilik Kültürü Haftası kutlama programına hoş geldiniz.</w:t>
      </w:r>
      <w:r>
        <w:br/>
      </w:r>
      <w:r>
        <w:br/>
      </w:r>
    </w:p>
    <w:p w14:paraId="26687893" w14:textId="77777777" w:rsidR="00D5060A" w:rsidRDefault="00000000">
      <w:pPr>
        <w:ind w:left="576"/>
      </w:pPr>
      <w:r>
        <w:rPr>
          <w:b/>
        </w:rPr>
        <w:t>Ahi Evran-ı Veli diyor ki:</w:t>
      </w:r>
      <w:r>
        <w:rPr>
          <w:b/>
        </w:rPr>
        <w:br/>
      </w:r>
      <w:r>
        <w:rPr>
          <w:i/>
        </w:rPr>
        <w:t>“Hak ile sabır dileyip bize gelen bizdendir; akıl ve ahlak ile çalışıp bizi geçen bizdendir.”</w:t>
      </w:r>
    </w:p>
    <w:p w14:paraId="10E65C06" w14:textId="77777777" w:rsidR="00D5060A" w:rsidRDefault="00000000">
      <w:r>
        <w:rPr>
          <w:b/>
        </w:rPr>
        <w:t>2- GÜNÜN ANLAM VE ÖNEMİ KONUŞMASI TAKDİMİ</w:t>
      </w:r>
      <w:r>
        <w:rPr>
          <w:b/>
        </w:rPr>
        <w:br/>
      </w:r>
      <w:r>
        <w:t>Ahilik teşkilatının tarihsel önemini ve ahlak anlayışını aktarmak üzere konuşmasını yapmak için okulumuz öğretmenlerinden Sayın ............................................................................’ı kürsüye davet ediyorum.</w:t>
      </w:r>
    </w:p>
    <w:p w14:paraId="706503A1" w14:textId="77777777" w:rsidR="00D5060A" w:rsidRDefault="00000000">
      <w:r>
        <w:rPr>
          <w:b/>
        </w:rPr>
        <w:t>3- ŞİİR TAKDİMİ ("AHİ EVRAN")</w:t>
      </w:r>
      <w:r>
        <w:rPr>
          <w:b/>
        </w:rPr>
        <w:br/>
      </w:r>
      <w:r>
        <w:t>"Ahi Evran" adlı şiiri okumak üzere okulumuz ..... / ..... sınıfı öğrencilerinden ...................................................... kürsüye davet ediyorum.</w:t>
      </w:r>
    </w:p>
    <w:p w14:paraId="6E493331" w14:textId="77777777" w:rsidR="00D5060A" w:rsidRDefault="00000000">
      <w:r>
        <w:rPr>
          <w:b/>
        </w:rPr>
        <w:t>4- ÖĞRENCİ KONUŞMASI TAKDİMİ</w:t>
      </w:r>
      <w:r>
        <w:rPr>
          <w:b/>
        </w:rPr>
        <w:br/>
      </w:r>
      <w:r>
        <w:t>Öğrenci arkadaşlarımız adına konuşmasını yapmak üzere ...................................................... kürsüye davet ediyorum.</w:t>
      </w:r>
    </w:p>
    <w:p w14:paraId="093DDAD0" w14:textId="77777777" w:rsidR="00D5060A" w:rsidRDefault="00000000">
      <w:r>
        <w:rPr>
          <w:b/>
        </w:rPr>
        <w:t>5- AHİLİK ÖĞÜTLERİ VE İLKELERİ TAKDİMİ</w:t>
      </w:r>
      <w:r>
        <w:rPr>
          <w:b/>
        </w:rPr>
        <w:br/>
      </w:r>
      <w:r>
        <w:t>Ahiliğin temel ahlak kurallarını seslendirmek üzere öğrenci arkadaşlarımızı sahneye davet ediyorum.</w:t>
      </w:r>
    </w:p>
    <w:p w14:paraId="2500025B" w14:textId="77777777" w:rsidR="00D5060A" w:rsidRDefault="00000000">
      <w:r>
        <w:rPr>
          <w:b/>
        </w:rPr>
        <w:t>6- ŞİİR TAKDİMİ ("AHİLİK TÜRKÜSÜ")</w:t>
      </w:r>
      <w:r>
        <w:rPr>
          <w:b/>
        </w:rPr>
        <w:br/>
      </w:r>
      <w:r>
        <w:t>"Ahilik Türküsü" adlı şiiri seslendirmek üzere ..... / ..... sınıfı öğrencilerinden ...................................................... kürsüye davet ediyorum.</w:t>
      </w:r>
    </w:p>
    <w:p w14:paraId="0C6717A8" w14:textId="77777777" w:rsidR="00D5060A" w:rsidRDefault="00000000">
      <w:pPr>
        <w:spacing w:after="280"/>
      </w:pPr>
      <w:r>
        <w:rPr>
          <w:b/>
        </w:rPr>
        <w:t>7- ŞİİR TAKDİMİ ("ALIN TERİ") VE KAPANIŞ</w:t>
      </w:r>
      <w:r>
        <w:rPr>
          <w:b/>
        </w:rPr>
        <w:br/>
      </w:r>
      <w:r>
        <w:t>"Alın Teri" adlı şiiri okumak üzere ..... / ..... sınıfından ...................................................... davet ediyorum.</w:t>
      </w:r>
      <w:r>
        <w:br/>
      </w:r>
      <w:r>
        <w:br/>
        <w:t>Alnı açık, sofrası açık, eli açık olan; işinde ve sözünde dürüstlüğü rehber edinen nesiller yetiştirmek dileğiyle...</w:t>
      </w:r>
      <w:r>
        <w:br/>
      </w:r>
      <w:r>
        <w:br/>
        <w:t>Programımız burada sona ermiştir. Teşekkür ederiz.</w:t>
      </w:r>
    </w:p>
    <w:p w14:paraId="6A033D27" w14:textId="77777777" w:rsidR="00D5060A" w:rsidRDefault="00000000">
      <w:r>
        <w:br w:type="page"/>
      </w:r>
    </w:p>
    <w:p w14:paraId="194DF90E" w14:textId="77777777" w:rsidR="00D5060A" w:rsidRDefault="00000000">
      <w:pPr>
        <w:pStyle w:val="Balk1"/>
        <w:spacing w:after="360"/>
        <w:jc w:val="center"/>
      </w:pPr>
      <w:r>
        <w:lastRenderedPageBreak/>
        <w:t>GÜNÜN ANLAM VE ÖNEMİNİ BELİRTEN KONUŞMA METNİ</w:t>
      </w:r>
      <w:r>
        <w:br/>
        <w:t>(Öğretmen Konuşması)</w:t>
      </w:r>
    </w:p>
    <w:p w14:paraId="5F58598A" w14:textId="77777777" w:rsidR="00D5060A" w:rsidRDefault="00000000">
      <w:pPr>
        <w:spacing w:after="160"/>
      </w:pPr>
      <w:r>
        <w:t>Sayın Okul Müdürüm, Değerli Meslektaşlarım ve Sevgili Öğrenciler,</w:t>
      </w:r>
    </w:p>
    <w:p w14:paraId="5B6FD999" w14:textId="77777777" w:rsidR="00D5060A" w:rsidRDefault="00000000">
      <w:pPr>
        <w:spacing w:after="160"/>
      </w:pPr>
      <w:r>
        <w:t>Bugün, Anadolu’nun sadece fethini değil; medeniyet, ahlak ve kardeşlik mayasıyla yoğrulmasını sağlayan eşsiz bir mirasın, Ahilik Teşkilatı’nın ilkelerini anmak üzere toplanmış bulunuyoruz.</w:t>
      </w:r>
    </w:p>
    <w:p w14:paraId="6CFBB3F2" w14:textId="77777777" w:rsidR="00D5060A" w:rsidRDefault="00000000">
      <w:pPr>
        <w:spacing w:after="160"/>
      </w:pPr>
      <w:r>
        <w:t>Arapça "kardeşim" anlamına gelen "ahî" kelimesinden veya Türkçe "eli açık, cömert" anlamına gelen "akı" sözcüğünden türeyen Ahilik; 13. yüzyılda Ahi Evran-ı Veli önderliğinde temelleri atılmış, esnaf ve sanatkârları ahlak, adalet ve dayanışma etrafında birleştiren muazzam bir sosyo-ekonomik sistemdir.</w:t>
      </w:r>
    </w:p>
    <w:p w14:paraId="0F33444D" w14:textId="77777777" w:rsidR="00D5060A" w:rsidRDefault="00000000">
      <w:pPr>
        <w:spacing w:after="160"/>
      </w:pPr>
      <w:r>
        <w:t>Ahilik; hırsın yerine kanaati, hilenin yerine dürüstlüğü, rekabetin yerine yardımlaşmayı koymuştur. Ahi; malını doğru tartan, eksik üretmeyen, müşterisini aldatmayan ve kazandığını ihtiyaç sahibiyle paylaşandır. "Pabucu dama atılmak" deyimi bile, hileli ve kalitesiz mal üreten esnafın meslekten men edilmesi kuralından dilimize miras kalmıştır.</w:t>
      </w:r>
    </w:p>
    <w:p w14:paraId="3CCFFB57" w14:textId="77777777" w:rsidR="00D5060A" w:rsidRDefault="00000000">
      <w:pPr>
        <w:spacing w:after="160"/>
      </w:pPr>
      <w:r>
        <w:t>Sevgili Gençler,</w:t>
      </w:r>
      <w:r>
        <w:br/>
        <w:t>Bugün hangi mesleği seçerseniz seçiniz, işinizi iyi yapmak kadar ahlaklı ve vicdanlı yapmak da zorundasınız. Ahiliğin altın kuralları olan "eline, beline, diline sahip ol; kapını, sofranı, alnını açık tut" öğüdü, sadece dünün değil; bugünün ve yarının da en kıymetli rehberidir.</w:t>
      </w:r>
    </w:p>
    <w:p w14:paraId="11EA0962" w14:textId="77777777" w:rsidR="00D5060A" w:rsidRDefault="00000000">
      <w:pPr>
        <w:spacing w:after="160"/>
      </w:pPr>
      <w:r>
        <w:t>Bu vesileyle; Ahi Evran-ı Veli başta olmak üzere medeniyetimize alın teri ve ahlak katan tüm ustalarımızı rahmetle anıyor, Ahilik Kültürü Haftası’nı kutluyorum.</w:t>
      </w:r>
    </w:p>
    <w:p w14:paraId="5A76A0BC" w14:textId="77777777" w:rsidR="00D5060A" w:rsidRDefault="00000000">
      <w:pPr>
        <w:spacing w:after="160"/>
      </w:pPr>
      <w:r>
        <w:rPr>
          <w:b/>
        </w:rPr>
        <w:t>Ahilik Haftamız kutlu olsun!</w:t>
      </w:r>
    </w:p>
    <w:p w14:paraId="1401259D" w14:textId="77777777" w:rsidR="00D5060A" w:rsidRDefault="00000000">
      <w:r>
        <w:br w:type="page"/>
      </w:r>
    </w:p>
    <w:p w14:paraId="0B0CBF4C" w14:textId="77777777" w:rsidR="00D5060A" w:rsidRDefault="00000000">
      <w:pPr>
        <w:pStyle w:val="Balk1"/>
        <w:spacing w:after="320"/>
        <w:jc w:val="center"/>
      </w:pPr>
      <w:r>
        <w:lastRenderedPageBreak/>
        <w:t>ÖĞRENCİ KONUŞMASI VE AHİLİK ÖĞÜTLERİ</w:t>
      </w:r>
    </w:p>
    <w:p w14:paraId="03137020" w14:textId="77777777" w:rsidR="00D5060A" w:rsidRDefault="00000000">
      <w:pPr>
        <w:pStyle w:val="Balk2"/>
      </w:pPr>
      <w:r>
        <w:t>Öğrenci Temsilcisi Konuşma Metni</w:t>
      </w:r>
    </w:p>
    <w:p w14:paraId="1BC120DE" w14:textId="77777777" w:rsidR="00D5060A" w:rsidRDefault="00000000">
      <w:pPr>
        <w:spacing w:after="100"/>
      </w:pPr>
      <w:r>
        <w:t>Sayın Müdürüm, Değerli Öğretmenlerim ve Sevgili Arkadaşlarım,</w:t>
      </w:r>
    </w:p>
    <w:p w14:paraId="5B16A2B1" w14:textId="77777777" w:rsidR="00D5060A" w:rsidRDefault="00000000">
      <w:pPr>
        <w:spacing w:after="100"/>
      </w:pPr>
      <w:r>
        <w:t>Bugün bizlere sadece ticaret yapmayı değil, insan kalabilmeyi ve helal kazancın onurunu öğreten Ahilik kültürünü konuşuyoruz.</w:t>
      </w:r>
    </w:p>
    <w:p w14:paraId="0E6C3A11" w14:textId="77777777" w:rsidR="00D5060A" w:rsidRDefault="00000000">
      <w:pPr>
        <w:spacing w:after="100"/>
      </w:pPr>
      <w:r>
        <w:t>Ahi esnafı sabah dükkânını açtığında siftahını yaptıktan sonra gelen ikinci müşterisini, "Ben siftah ettim, komşum henüz siftah etmedi, lütfen ondan alışveriş yapınız" diyerek yan dükkâna yönlendirecek kadar yüce gönüllüydü.</w:t>
      </w:r>
    </w:p>
    <w:p w14:paraId="68FC68E1" w14:textId="77777777" w:rsidR="00D5060A" w:rsidRDefault="00000000">
      <w:pPr>
        <w:spacing w:after="100"/>
      </w:pPr>
      <w:r>
        <w:t>Bizler yarının mühendisleri, doktorları, öğretmenleri ve esnafları olacağız. Ahilik bizlere hatırlatıyor ki: Ne kadar başarılı olursak olalım, dürüst ve ahlaklı olmadıkça gerçek bir başarıya ulaşamayız.</w:t>
      </w:r>
    </w:p>
    <w:p w14:paraId="36505D40" w14:textId="77777777" w:rsidR="00D5060A" w:rsidRDefault="00000000">
      <w:pPr>
        <w:spacing w:after="100"/>
      </w:pPr>
      <w:r>
        <w:t>Alın terine, kardeşliğe ve dürüstlüğe sahip çıkacağımıza söz veriyor, Ahilik Haftamızı kutluyorum!</w:t>
      </w:r>
    </w:p>
    <w:p w14:paraId="44162E1A" w14:textId="77777777" w:rsidR="00D5060A" w:rsidRDefault="00D5060A"/>
    <w:p w14:paraId="21F36AB9" w14:textId="77777777" w:rsidR="00D5060A" w:rsidRDefault="00000000">
      <w:pPr>
        <w:pStyle w:val="Balk2"/>
      </w:pPr>
      <w:r>
        <w:t>Ahi Evran’ın Temel Öğütleri</w:t>
      </w:r>
    </w:p>
    <w:p w14:paraId="1251F56E" w14:textId="77777777" w:rsidR="00D5060A" w:rsidRDefault="00000000">
      <w:pPr>
        <w:spacing w:after="80"/>
        <w:ind w:left="288"/>
      </w:pPr>
      <w:r>
        <w:t>• Harama bakma, haram yeme, haram içme.</w:t>
      </w:r>
    </w:p>
    <w:p w14:paraId="6D41359B" w14:textId="77777777" w:rsidR="00D5060A" w:rsidRDefault="00000000">
      <w:pPr>
        <w:spacing w:after="80"/>
        <w:ind w:left="288"/>
      </w:pPr>
      <w:r>
        <w:t>• Doğru, sabırlı ve dayanıklı ol.</w:t>
      </w:r>
    </w:p>
    <w:p w14:paraId="79B2616F" w14:textId="77777777" w:rsidR="00D5060A" w:rsidRDefault="00000000">
      <w:pPr>
        <w:spacing w:after="80"/>
        <w:ind w:left="288"/>
      </w:pPr>
      <w:r>
        <w:t>• Yalan söyleme, ölçü ve tartıda hile yapma.</w:t>
      </w:r>
    </w:p>
    <w:p w14:paraId="4B50CF57" w14:textId="77777777" w:rsidR="00D5060A" w:rsidRDefault="00000000">
      <w:pPr>
        <w:spacing w:after="80"/>
        <w:ind w:left="288"/>
      </w:pPr>
      <w:r>
        <w:t>• Büyüklerine hürmet, küçüklerine şefkat göster.</w:t>
      </w:r>
    </w:p>
    <w:p w14:paraId="762F2BB9" w14:textId="77777777" w:rsidR="00D5060A" w:rsidRDefault="00000000">
      <w:pPr>
        <w:spacing w:after="80"/>
        <w:ind w:left="288"/>
      </w:pPr>
      <w:r>
        <w:t>• Açık tut: Alnını, kalbini, kapını ve sofranı.</w:t>
      </w:r>
    </w:p>
    <w:p w14:paraId="0AAD405C" w14:textId="77777777" w:rsidR="00D5060A" w:rsidRDefault="00000000">
      <w:pPr>
        <w:spacing w:after="80"/>
        <w:ind w:left="288"/>
      </w:pPr>
      <w:r>
        <w:t>• Kapalı tut: Elini harama, dilini yalana, belini kötülüğe.</w:t>
      </w:r>
    </w:p>
    <w:p w14:paraId="338ACF7B" w14:textId="77777777" w:rsidR="00D5060A" w:rsidRDefault="00000000">
      <w:r>
        <w:br w:type="page"/>
      </w:r>
    </w:p>
    <w:p w14:paraId="6F467527" w14:textId="77777777" w:rsidR="00D5060A" w:rsidRDefault="00000000">
      <w:pPr>
        <w:pStyle w:val="Balk1"/>
        <w:jc w:val="center"/>
      </w:pPr>
      <w:r>
        <w:lastRenderedPageBreak/>
        <w:t>AHİ EVRAN</w:t>
      </w:r>
    </w:p>
    <w:p w14:paraId="7D094057" w14:textId="77777777" w:rsidR="00D5060A" w:rsidRDefault="00000000">
      <w:pPr>
        <w:spacing w:after="360"/>
        <w:jc w:val="center"/>
      </w:pPr>
      <w:r>
        <w:rPr>
          <w:i/>
        </w:rPr>
        <w:t>Anonim</w:t>
      </w:r>
    </w:p>
    <w:p w14:paraId="66F64E74" w14:textId="77777777" w:rsidR="00D5060A" w:rsidRDefault="00000000">
      <w:r>
        <w:t>Kırşehir’de yandı kutlu bir ışık,</w:t>
      </w:r>
      <w:r>
        <w:br/>
        <w:t>Usta, kalfa, çırak buna alışık.</w:t>
      </w:r>
      <w:r>
        <w:br/>
        <w:t>Gönüller bağlandı Hakka sımsıkı,</w:t>
      </w:r>
      <w:r>
        <w:br/>
        <w:t>Ahi Evran kurdu kutlu ocağı.</w:t>
      </w:r>
    </w:p>
    <w:p w14:paraId="122C93EE" w14:textId="77777777" w:rsidR="00D5060A" w:rsidRDefault="00000000">
      <w:r>
        <w:t>Alın teri döktü, helal kazandı,</w:t>
      </w:r>
      <w:r>
        <w:br/>
        <w:t>Yoksulun, düşkünün derdine yandı.</w:t>
      </w:r>
      <w:r>
        <w:br/>
        <w:t>Doğruluk yolunda ömür adandı,</w:t>
      </w:r>
      <w:r>
        <w:br/>
        <w:t>Ahi Evran kurdu kutlu ocağı.</w:t>
      </w:r>
    </w:p>
    <w:p w14:paraId="5333D87E" w14:textId="77777777" w:rsidR="00D5060A" w:rsidRDefault="00000000">
      <w:r>
        <w:t>Sofrası açıktı her bir konuğa,</w:t>
      </w:r>
      <w:r>
        <w:br/>
        <w:t>Yalanı sokmadı dürüst soluğa.</w:t>
      </w:r>
      <w:r>
        <w:br/>
        <w:t>Rehber oldu nesil boyu gençliğe,</w:t>
      </w:r>
      <w:r>
        <w:br/>
        <w:t>Ahi Evran kurdu kutlu ocağı.</w:t>
      </w:r>
    </w:p>
    <w:p w14:paraId="07053B1C" w14:textId="77777777" w:rsidR="00D5060A" w:rsidRDefault="00000000">
      <w:r>
        <w:br w:type="page"/>
      </w:r>
    </w:p>
    <w:p w14:paraId="6EB952C6" w14:textId="77777777" w:rsidR="00D5060A" w:rsidRDefault="00000000">
      <w:pPr>
        <w:pStyle w:val="Balk1"/>
        <w:jc w:val="center"/>
      </w:pPr>
      <w:r>
        <w:lastRenderedPageBreak/>
        <w:t>AHİLİK TÜRKÜSÜ</w:t>
      </w:r>
    </w:p>
    <w:p w14:paraId="56A95935" w14:textId="77777777" w:rsidR="00D5060A" w:rsidRDefault="00000000">
      <w:pPr>
        <w:spacing w:after="360"/>
        <w:jc w:val="center"/>
      </w:pPr>
      <w:r>
        <w:rPr>
          <w:i/>
        </w:rPr>
        <w:t>Anonim</w:t>
      </w:r>
    </w:p>
    <w:p w14:paraId="39D03A05" w14:textId="77777777" w:rsidR="00D5060A" w:rsidRDefault="00000000">
      <w:r>
        <w:t>Ahi olan cömert olur, el açar,</w:t>
      </w:r>
      <w:r>
        <w:br/>
        <w:t>Kötülükten, haksızlıktan hep kaçar.</w:t>
      </w:r>
      <w:r>
        <w:br/>
        <w:t>Gittiği her yere bereket saçar,</w:t>
      </w:r>
      <w:r>
        <w:br/>
        <w:t>Kardeşlik yoludur Ahilik yolu.</w:t>
      </w:r>
    </w:p>
    <w:p w14:paraId="044E9DA6" w14:textId="77777777" w:rsidR="00D5060A" w:rsidRDefault="00000000">
      <w:r>
        <w:t>Hile katmaz mayasına, aşına,</w:t>
      </w:r>
      <w:r>
        <w:br/>
        <w:t>Harap getirmez dostun başına.</w:t>
      </w:r>
      <w:r>
        <w:br/>
        <w:t>Hürmet eder emeğe, gözyaşına,</w:t>
      </w:r>
      <w:r>
        <w:br/>
        <w:t>Doğruluk yoludur Ahilik yolu.</w:t>
      </w:r>
    </w:p>
    <w:p w14:paraId="570295E3" w14:textId="77777777" w:rsidR="00D5060A" w:rsidRDefault="00000000">
      <w:r>
        <w:t>Pabucu atılmaz asla bu dama,</w:t>
      </w:r>
      <w:r>
        <w:br/>
        <w:t>Dürüstlük yakışır her bir adama.</w:t>
      </w:r>
      <w:r>
        <w:br/>
        <w:t>Birlik olalım biz bütünüyle yurda,</w:t>
      </w:r>
      <w:r>
        <w:br/>
        <w:t>İnsanlık yoludur Ahilik yolu.</w:t>
      </w:r>
    </w:p>
    <w:p w14:paraId="193D023B" w14:textId="77777777" w:rsidR="00D5060A" w:rsidRDefault="00000000">
      <w:r>
        <w:br w:type="page"/>
      </w:r>
    </w:p>
    <w:p w14:paraId="548B3FF7" w14:textId="77777777" w:rsidR="00D5060A" w:rsidRDefault="00000000">
      <w:pPr>
        <w:pStyle w:val="Balk1"/>
        <w:jc w:val="center"/>
      </w:pPr>
      <w:r>
        <w:lastRenderedPageBreak/>
        <w:t>ALIN TERİ</w:t>
      </w:r>
    </w:p>
    <w:p w14:paraId="7D21B8D9" w14:textId="77777777" w:rsidR="00D5060A" w:rsidRDefault="00000000">
      <w:pPr>
        <w:spacing w:after="360"/>
        <w:jc w:val="center"/>
      </w:pPr>
      <w:r>
        <w:rPr>
          <w:i/>
        </w:rPr>
        <w:t>Anonim</w:t>
      </w:r>
    </w:p>
    <w:p w14:paraId="11BD6009" w14:textId="77777777" w:rsidR="00D5060A" w:rsidRDefault="00000000">
      <w:r>
        <w:t>Sabahın seherinde çalar çekiçler,</w:t>
      </w:r>
      <w:r>
        <w:br/>
        <w:t>Alın teriyle yeşerir emekler.</w:t>
      </w:r>
      <w:r>
        <w:br/>
        <w:t>Helal lokma için çarpar yürekler,</w:t>
      </w:r>
      <w:r>
        <w:br/>
        <w:t>Ustanın elinde can bulur hüner.</w:t>
      </w:r>
    </w:p>
    <w:p w14:paraId="2919EED8" w14:textId="77777777" w:rsidR="00D5060A" w:rsidRDefault="00000000">
      <w:r>
        <w:t>Tartıda adalet, dilde samimiyet,</w:t>
      </w:r>
      <w:r>
        <w:br/>
        <w:t>Ahinin ruhudur dürüst niyet.</w:t>
      </w:r>
      <w:r>
        <w:br/>
        <w:t>Çalışmak en büyük yüce hürriyet,</w:t>
      </w:r>
      <w:r>
        <w:br/>
        <w:t>Ustanın elinde can bulur hüner.</w:t>
      </w:r>
    </w:p>
    <w:p w14:paraId="62ECA970" w14:textId="77777777" w:rsidR="00D5060A" w:rsidRDefault="00000000">
      <w:r>
        <w:t>Yolumuz haktır, sözümüz doğru,</w:t>
      </w:r>
      <w:r>
        <w:br/>
        <w:t>Sevgiyle yoğrulur Türk’ün bu yurdu.</w:t>
      </w:r>
      <w:r>
        <w:br/>
        <w:t>Ecdattan emanet bu kutlu duygu,</w:t>
      </w:r>
      <w:r>
        <w:br/>
        <w:t>Ustanın elinde can bulur hüner.</w:t>
      </w:r>
    </w:p>
    <w:sectPr w:rsidR="00D5060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9869648">
    <w:abstractNumId w:val="8"/>
  </w:num>
  <w:num w:numId="2" w16cid:durableId="824080069">
    <w:abstractNumId w:val="6"/>
  </w:num>
  <w:num w:numId="3" w16cid:durableId="1527909221">
    <w:abstractNumId w:val="5"/>
  </w:num>
  <w:num w:numId="4" w16cid:durableId="526214140">
    <w:abstractNumId w:val="4"/>
  </w:num>
  <w:num w:numId="5" w16cid:durableId="893657428">
    <w:abstractNumId w:val="7"/>
  </w:num>
  <w:num w:numId="6" w16cid:durableId="1298031307">
    <w:abstractNumId w:val="3"/>
  </w:num>
  <w:num w:numId="7" w16cid:durableId="947784522">
    <w:abstractNumId w:val="2"/>
  </w:num>
  <w:num w:numId="8" w16cid:durableId="1277713268">
    <w:abstractNumId w:val="1"/>
  </w:num>
  <w:num w:numId="9" w16cid:durableId="98146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12DC4"/>
    <w:rsid w:val="00AA1D8D"/>
    <w:rsid w:val="00B47730"/>
    <w:rsid w:val="00CB0664"/>
    <w:rsid w:val="00D17657"/>
    <w:rsid w:val="00D506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6FDF7"/>
  <w14:defaultImageDpi w14:val="300"/>
  <w15:docId w15:val="{9658099B-59AE-43E1-9550-7109AA3F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Taner Gungor</cp:lastModifiedBy>
  <cp:revision>2</cp:revision>
  <dcterms:created xsi:type="dcterms:W3CDTF">2013-12-23T23:15:00Z</dcterms:created>
  <dcterms:modified xsi:type="dcterms:W3CDTF">2026-09-20T19:19:00Z</dcterms:modified>
  <cp:category/>
</cp:coreProperties>
</file>