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F2552" w14:textId="77777777" w:rsidR="007D3E50" w:rsidRDefault="00000000">
      <w:pPr>
        <w:spacing w:after="40"/>
        <w:jc w:val="center"/>
      </w:pPr>
      <w:r>
        <w:rPr>
          <w:rFonts w:ascii="Aptos" w:hAnsi="Aptos"/>
          <w:b/>
          <w:sz w:val="20"/>
        </w:rPr>
        <w:t>................................................................ ORTAOKULU</w:t>
      </w:r>
    </w:p>
    <w:p w14:paraId="0FB77DDA" w14:textId="77777777" w:rsidR="007D3E50" w:rsidRDefault="00000000">
      <w:pPr>
        <w:spacing w:after="80"/>
        <w:jc w:val="center"/>
      </w:pPr>
      <w:r>
        <w:rPr>
          <w:rFonts w:ascii="Aptos" w:hAnsi="Aptos"/>
          <w:b/>
          <w:sz w:val="20"/>
        </w:rPr>
        <w:t>2026-2027 EĞİTİM ÖĞRETİM YILI TÜRKÇE DERSİ 8. SINIF 1. DÖNEM 1. ORTAK YAZILI SINAVI (7.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6006AB" w14:paraId="32F4AD1B" w14:textId="77777777" w:rsidTr="006006AB">
        <w:trPr>
          <w:jc w:val="center"/>
        </w:trPr>
        <w:tc>
          <w:tcPr>
            <w:tcW w:w="7654" w:type="dxa"/>
          </w:tcPr>
          <w:p w14:paraId="0D63DD7B" w14:textId="77777777" w:rsidR="006006AB" w:rsidRDefault="006006AB">
            <w:pPr>
              <w:spacing w:before="40" w:after="40"/>
            </w:pPr>
            <w:proofErr w:type="spellStart"/>
            <w:r>
              <w:rPr>
                <w:rFonts w:ascii="Aptos" w:hAnsi="Aptos"/>
                <w:b/>
                <w:sz w:val="20"/>
              </w:rPr>
              <w:t>Adı</w:t>
            </w:r>
            <w:proofErr w:type="spellEnd"/>
            <w:r>
              <w:rPr>
                <w:rFonts w:ascii="Aptos" w:hAnsi="Aptos"/>
                <w:b/>
                <w:sz w:val="20"/>
              </w:rPr>
              <w:t xml:space="preserve"> </w:t>
            </w:r>
            <w:proofErr w:type="spellStart"/>
            <w:r>
              <w:rPr>
                <w:rFonts w:ascii="Aptos" w:hAnsi="Aptos"/>
                <w:b/>
                <w:sz w:val="20"/>
              </w:rPr>
              <w:t>Soyadı</w:t>
            </w:r>
            <w:proofErr w:type="spellEnd"/>
            <w:r>
              <w:rPr>
                <w:rFonts w:ascii="Aptos" w:hAnsi="Aptos"/>
                <w:b/>
                <w:sz w:val="20"/>
              </w:rPr>
              <w:t>:</w:t>
            </w:r>
          </w:p>
        </w:tc>
        <w:tc>
          <w:tcPr>
            <w:tcW w:w="2835" w:type="dxa"/>
            <w:vMerge w:val="restart"/>
            <w:vAlign w:val="center"/>
          </w:tcPr>
          <w:p w14:paraId="4B345D86" w14:textId="77777777" w:rsidR="006006AB" w:rsidRDefault="006006AB">
            <w:pPr>
              <w:spacing w:before="40" w:after="40"/>
            </w:pPr>
            <w:r>
              <w:rPr>
                <w:rFonts w:ascii="Aptos" w:hAnsi="Aptos"/>
                <w:b/>
                <w:sz w:val="20"/>
              </w:rPr>
              <w:t>Aldığı Not:</w:t>
            </w:r>
          </w:p>
        </w:tc>
      </w:tr>
      <w:tr w:rsidR="006006AB" w14:paraId="38842D2A" w14:textId="77777777">
        <w:trPr>
          <w:jc w:val="center"/>
        </w:trPr>
        <w:tc>
          <w:tcPr>
            <w:tcW w:w="7654" w:type="dxa"/>
          </w:tcPr>
          <w:p w14:paraId="6FA1ACF6" w14:textId="77777777" w:rsidR="006006AB" w:rsidRDefault="006006AB">
            <w:pPr>
              <w:spacing w:before="40" w:after="40"/>
            </w:pPr>
            <w:proofErr w:type="spellStart"/>
            <w:r>
              <w:rPr>
                <w:rFonts w:ascii="Aptos" w:hAnsi="Aptos"/>
                <w:b/>
                <w:sz w:val="20"/>
              </w:rPr>
              <w:t>Sınıfı</w:t>
            </w:r>
            <w:proofErr w:type="spellEnd"/>
            <w:r>
              <w:rPr>
                <w:rFonts w:ascii="Aptos" w:hAnsi="Aptos"/>
                <w:b/>
                <w:sz w:val="20"/>
              </w:rPr>
              <w:t xml:space="preserve"> / No:</w:t>
            </w:r>
          </w:p>
        </w:tc>
        <w:tc>
          <w:tcPr>
            <w:tcW w:w="2835" w:type="dxa"/>
            <w:vMerge/>
          </w:tcPr>
          <w:p w14:paraId="28755680" w14:textId="77777777" w:rsidR="006006AB" w:rsidRDefault="006006AB">
            <w:pPr>
              <w:spacing w:before="40" w:after="40"/>
            </w:pPr>
          </w:p>
        </w:tc>
      </w:tr>
    </w:tbl>
    <w:p w14:paraId="41C574BB" w14:textId="77777777" w:rsidR="007D3E50" w:rsidRDefault="00000000">
      <w:pPr>
        <w:spacing w:before="120" w:after="40"/>
      </w:pPr>
      <w:r>
        <w:rPr>
          <w:rFonts w:ascii="Aptos" w:hAnsi="Aptos"/>
          <w:b/>
          <w:sz w:val="20"/>
        </w:rPr>
        <w:t>A. OKUMA VE ANLAMA ÇALIŞMASI</w:t>
      </w:r>
    </w:p>
    <w:p w14:paraId="4F1C06EB" w14:textId="77777777" w:rsidR="007D3E50" w:rsidRDefault="00000000">
      <w:pPr>
        <w:spacing w:after="80"/>
      </w:pPr>
      <w:r>
        <w:rPr>
          <w:rFonts w:ascii="Aptos" w:hAnsi="Aptos"/>
          <w:i/>
          <w:sz w:val="20"/>
        </w:rPr>
        <w:t>(Aşağıdaki 1, 2, 3, 4 ve 5. soruları metne göre cevaplayınız.)</w:t>
      </w:r>
    </w:p>
    <w:p w14:paraId="01424F2D" w14:textId="77777777" w:rsidR="007D3E50" w:rsidRDefault="00000000">
      <w:pPr>
        <w:spacing w:before="40" w:after="40"/>
        <w:jc w:val="center"/>
      </w:pPr>
      <w:r>
        <w:rPr>
          <w:rFonts w:ascii="Aptos" w:hAnsi="Aptos"/>
          <w:b/>
          <w:sz w:val="20"/>
        </w:rPr>
        <w:t>ZAMANIN İÇİNDEN SÜZÜLEN IŞIK: FOTOĞRAF VE HAFIZA</w:t>
      </w:r>
    </w:p>
    <w:p w14:paraId="67E410BE" w14:textId="77777777" w:rsidR="007D3E50" w:rsidRDefault="00000000">
      <w:pPr>
        <w:spacing w:after="80"/>
        <w:jc w:val="both"/>
      </w:pPr>
      <w:r>
        <w:rPr>
          <w:rFonts w:ascii="Aptos" w:hAnsi="Aptos"/>
          <w:sz w:val="20"/>
        </w:rPr>
        <w:t xml:space="preserve">Fotoğraf makinesi, akıp giden zamanı bir saniyenin küçük bir kesitinde dondurarak tarihe tanıklık eden mucizevi bir buluştur. Fotoğraf; bir anı ölümsüzleştiren, unutulmaya yüz tutmuş hatıraları yeniden canlandıran görsel bir hafıza kaydıdır. Geçmişte bir fotoğraf çekmek; günler süren karanlık oda sabrını, kimyasal bileşenlerin titiz dengesini ve ustanın keskin gözlem gücünü gerektirirdi. Oysa bugün cep telefonlarıyla saniyeler içinde yüzlerce kare çekebiliyoruz. Ne var ki fotoğrafların bu denli kolay üretilip hızla tüketilmesi, görsel hafızamızı zenginleştirmek yerine anların değerini sıradanlaştırmıştır. Büyük usta Ara Güler’in "Fotoğraf bir sanat değil, tarihtir; ben de tarihe ayna tutan bir foto muhabiriyim." sözü, vizörün ardındaki asıl sorumluluğu ortaya koyar. Bir fotoğrafı değerli kılan şey çözünürlüğünün yüksekliği değil, insanlığın ortak vicdanına ve ruhuna düşürdüğü </w:t>
      </w:r>
      <w:r>
        <w:rPr>
          <w:rFonts w:ascii="Aptos" w:hAnsi="Aptos"/>
          <w:b/>
          <w:sz w:val="20"/>
        </w:rPr>
        <w:t>akistir</w:t>
      </w:r>
      <w:r>
        <w:rPr>
          <w:rFonts w:ascii="Aptos" w:hAnsi="Aptos"/>
          <w:sz w:val="20"/>
        </w:rPr>
        <w:t>. Derin bir anlam taşımayan görüntüler, dijital belleğin uçsuz bucaksız çöplüğünde kaybolup gitmeye mahkûmdur.</w:t>
      </w:r>
    </w:p>
    <w:p w14:paraId="336326FC" w14:textId="77777777" w:rsidR="007D3E50" w:rsidRDefault="00000000">
      <w:pPr>
        <w:spacing w:before="80" w:after="20"/>
      </w:pPr>
      <w:r>
        <w:rPr>
          <w:rFonts w:ascii="Aptos" w:hAnsi="Aptos"/>
          <w:b/>
          <w:sz w:val="20"/>
        </w:rPr>
        <w:t xml:space="preserve">SORU 1: </w:t>
      </w:r>
      <w:r>
        <w:rPr>
          <w:rFonts w:ascii="Aptos" w:hAnsi="Aptos"/>
          <w:sz w:val="20"/>
        </w:rPr>
        <w:t>(Kazanım: T.8.3.5. Bağlamdan yararlanarak bilmediği kelime ve kelime gruplarının anlamını tahmin eder.) (10 Puan)</w:t>
      </w:r>
    </w:p>
    <w:p w14:paraId="7DDB6E4E" w14:textId="77777777" w:rsidR="007D3E50" w:rsidRDefault="00000000">
      <w:pPr>
        <w:spacing w:after="40"/>
      </w:pPr>
      <w:r>
        <w:rPr>
          <w:rFonts w:ascii="Aptos" w:hAnsi="Aptos"/>
          <w:b/>
          <w:sz w:val="20"/>
        </w:rPr>
        <w:t>Metinde koyu yazılmış "akistir" sözcüğünün anlamını metnin bağlamından hareketle tahmin ediniz. Tahmininizi bir cümle içinde kullanınız.</w:t>
      </w:r>
    </w:p>
    <w:p w14:paraId="6623A197" w14:textId="77777777" w:rsidR="007D3E50" w:rsidRDefault="007D3E50">
      <w:pPr>
        <w:spacing w:after="80"/>
      </w:pPr>
    </w:p>
    <w:p w14:paraId="7FFB1669" w14:textId="77777777" w:rsidR="007D3E50" w:rsidRDefault="007D3E50">
      <w:pPr>
        <w:spacing w:after="80"/>
      </w:pPr>
    </w:p>
    <w:p w14:paraId="5E97C450" w14:textId="77777777" w:rsidR="007D3E50" w:rsidRDefault="00000000">
      <w:pPr>
        <w:spacing w:before="40" w:after="20"/>
      </w:pPr>
      <w:r>
        <w:rPr>
          <w:rFonts w:ascii="Aptos" w:hAnsi="Aptos"/>
          <w:b/>
          <w:sz w:val="20"/>
        </w:rPr>
        <w:t xml:space="preserve">SORU 2: </w:t>
      </w:r>
      <w:r>
        <w:rPr>
          <w:rFonts w:ascii="Aptos" w:hAnsi="Aptos"/>
          <w:sz w:val="20"/>
        </w:rPr>
        <w:t>(Kazanım: T.8.3.14. Metinle ilgili soruları cevaplar.) (10 Puan)</w:t>
      </w:r>
    </w:p>
    <w:p w14:paraId="7F5308CD" w14:textId="77777777" w:rsidR="007D3E50" w:rsidRDefault="00000000">
      <w:pPr>
        <w:spacing w:after="40"/>
      </w:pPr>
      <w:r>
        <w:rPr>
          <w:rFonts w:ascii="Aptos" w:hAnsi="Aptos"/>
          <w:b/>
          <w:sz w:val="20"/>
        </w:rPr>
        <w:t>Geçmişteki fotoğrafçılık süreci ile günümüzdeki dijital fotoğraf üretimi arasındaki emek ve değer farkı metne göre nedir? Açıklayınız.</w:t>
      </w:r>
    </w:p>
    <w:p w14:paraId="2F859536" w14:textId="77777777" w:rsidR="007D3E50" w:rsidRDefault="007D3E50">
      <w:pPr>
        <w:spacing w:after="80"/>
      </w:pPr>
    </w:p>
    <w:p w14:paraId="32BA1275" w14:textId="77777777" w:rsidR="007D3E50" w:rsidRDefault="007D3E50">
      <w:pPr>
        <w:spacing w:after="80"/>
      </w:pPr>
    </w:p>
    <w:p w14:paraId="2762E42D" w14:textId="77777777" w:rsidR="007D3E50" w:rsidRDefault="00000000">
      <w:pPr>
        <w:spacing w:before="40" w:after="20"/>
      </w:pPr>
      <w:r>
        <w:rPr>
          <w:rFonts w:ascii="Aptos" w:hAnsi="Aptos"/>
          <w:b/>
          <w:sz w:val="20"/>
        </w:rPr>
        <w:t xml:space="preserve">SORU 3: </w:t>
      </w:r>
      <w:r>
        <w:rPr>
          <w:rFonts w:ascii="Aptos" w:hAnsi="Aptos"/>
          <w:sz w:val="20"/>
        </w:rPr>
        <w:t>(Kazanım: T.8.3.17. Metnin ana fikrini/ana duygusunu belirler.) (10 Puan)</w:t>
      </w:r>
    </w:p>
    <w:p w14:paraId="17D86BBD" w14:textId="77777777" w:rsidR="007D3E50" w:rsidRDefault="00000000">
      <w:pPr>
        <w:spacing w:after="40"/>
      </w:pPr>
      <w:r>
        <w:rPr>
          <w:rFonts w:ascii="Aptos" w:hAnsi="Aptos"/>
          <w:b/>
          <w:sz w:val="20"/>
        </w:rPr>
        <w:t>Okuduğunuz metinde yazarın vurgulamak istediği asıl düşünceyi (ana fikri) tek bir cümleyle ifade ediniz.</w:t>
      </w:r>
    </w:p>
    <w:p w14:paraId="64A9FFE2" w14:textId="77777777" w:rsidR="007D3E50" w:rsidRDefault="007D3E50">
      <w:pPr>
        <w:spacing w:after="80"/>
      </w:pPr>
    </w:p>
    <w:p w14:paraId="153E97C1" w14:textId="77777777" w:rsidR="006006AB" w:rsidRDefault="006006AB">
      <w:pPr>
        <w:spacing w:after="80"/>
      </w:pPr>
    </w:p>
    <w:p w14:paraId="68CA7337" w14:textId="77777777" w:rsidR="007D3E50" w:rsidRDefault="00000000">
      <w:pPr>
        <w:spacing w:before="40" w:after="20"/>
      </w:pPr>
      <w:r>
        <w:rPr>
          <w:rFonts w:ascii="Aptos" w:hAnsi="Aptos"/>
          <w:b/>
          <w:sz w:val="20"/>
        </w:rPr>
        <w:t xml:space="preserve">SORU 4: </w:t>
      </w:r>
      <w:r>
        <w:rPr>
          <w:rFonts w:ascii="Aptos" w:hAnsi="Aptos"/>
          <w:sz w:val="20"/>
        </w:rPr>
        <w:t>(Kazanım: T.8.3.34. Okuduklarında kullanılan düşünceyi geliştirme yollarını belirler.) (10 Puan)</w:t>
      </w:r>
    </w:p>
    <w:p w14:paraId="39B2F752" w14:textId="77777777" w:rsidR="007D3E50" w:rsidRDefault="00000000">
      <w:pPr>
        <w:spacing w:after="40"/>
      </w:pPr>
      <w:r>
        <w:rPr>
          <w:rFonts w:ascii="Aptos" w:hAnsi="Aptos"/>
          <w:b/>
          <w:sz w:val="20"/>
        </w:rPr>
        <w:t>Metinde kullanılan aşağıdaki düşünceyi geliştirme yollarının örneklerini metinden bularak karşılarına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5"/>
        <w:gridCol w:w="6803"/>
      </w:tblGrid>
      <w:tr w:rsidR="007D3E50" w14:paraId="6A501801" w14:textId="77777777">
        <w:trPr>
          <w:jc w:val="center"/>
        </w:trPr>
        <w:tc>
          <w:tcPr>
            <w:tcW w:w="3685" w:type="dxa"/>
          </w:tcPr>
          <w:p w14:paraId="21C6E5AC" w14:textId="77777777" w:rsidR="007D3E50" w:rsidRDefault="00000000">
            <w:pPr>
              <w:spacing w:before="40" w:after="40"/>
            </w:pPr>
            <w:r>
              <w:rPr>
                <w:rFonts w:ascii="Aptos" w:hAnsi="Aptos"/>
                <w:b/>
                <w:sz w:val="20"/>
              </w:rPr>
              <w:t>Düşünceyi Geliştirme Yolu</w:t>
            </w:r>
          </w:p>
        </w:tc>
        <w:tc>
          <w:tcPr>
            <w:tcW w:w="6803" w:type="dxa"/>
          </w:tcPr>
          <w:p w14:paraId="6665CC00" w14:textId="77777777" w:rsidR="007D3E50" w:rsidRDefault="00000000">
            <w:pPr>
              <w:spacing w:before="40" w:after="40"/>
            </w:pPr>
            <w:r>
              <w:rPr>
                <w:rFonts w:ascii="Aptos" w:hAnsi="Aptos"/>
                <w:b/>
                <w:sz w:val="20"/>
              </w:rPr>
              <w:t>Metindeki Örneği / İfadesi</w:t>
            </w:r>
          </w:p>
        </w:tc>
      </w:tr>
      <w:tr w:rsidR="007D3E50" w14:paraId="75F0DD42" w14:textId="77777777">
        <w:trPr>
          <w:jc w:val="center"/>
        </w:trPr>
        <w:tc>
          <w:tcPr>
            <w:tcW w:w="3685" w:type="dxa"/>
          </w:tcPr>
          <w:p w14:paraId="1DB5CFCF" w14:textId="1F635491" w:rsidR="007D3E50" w:rsidRDefault="00000000">
            <w:pPr>
              <w:spacing w:before="40" w:after="40"/>
            </w:pPr>
            <w:proofErr w:type="spellStart"/>
            <w:r>
              <w:rPr>
                <w:rFonts w:ascii="Aptos" w:hAnsi="Aptos"/>
                <w:b/>
                <w:sz w:val="20"/>
              </w:rPr>
              <w:t>Tanımlama</w:t>
            </w:r>
            <w:proofErr w:type="spellEnd"/>
          </w:p>
        </w:tc>
        <w:tc>
          <w:tcPr>
            <w:tcW w:w="6803" w:type="dxa"/>
          </w:tcPr>
          <w:p w14:paraId="1DD9C7A3" w14:textId="77777777" w:rsidR="007D3E50" w:rsidRDefault="007D3E50">
            <w:pPr>
              <w:spacing w:before="40" w:after="40"/>
            </w:pPr>
          </w:p>
          <w:p w14:paraId="62F1EBD3" w14:textId="77777777" w:rsidR="006006AB" w:rsidRDefault="006006AB">
            <w:pPr>
              <w:spacing w:before="40" w:after="40"/>
            </w:pPr>
          </w:p>
        </w:tc>
      </w:tr>
      <w:tr w:rsidR="007D3E50" w14:paraId="4F0CE08B" w14:textId="77777777">
        <w:trPr>
          <w:jc w:val="center"/>
        </w:trPr>
        <w:tc>
          <w:tcPr>
            <w:tcW w:w="3685" w:type="dxa"/>
          </w:tcPr>
          <w:p w14:paraId="3465247D" w14:textId="25E57808" w:rsidR="007D3E50" w:rsidRDefault="00000000">
            <w:pPr>
              <w:spacing w:before="40" w:after="40"/>
            </w:pPr>
            <w:proofErr w:type="spellStart"/>
            <w:r>
              <w:rPr>
                <w:rFonts w:ascii="Aptos" w:hAnsi="Aptos"/>
                <w:b/>
                <w:sz w:val="20"/>
              </w:rPr>
              <w:t>Tanık</w:t>
            </w:r>
            <w:proofErr w:type="spellEnd"/>
            <w:r>
              <w:rPr>
                <w:rFonts w:ascii="Aptos" w:hAnsi="Aptos"/>
                <w:b/>
                <w:sz w:val="20"/>
              </w:rPr>
              <w:t xml:space="preserve"> </w:t>
            </w:r>
            <w:proofErr w:type="spellStart"/>
            <w:r>
              <w:rPr>
                <w:rFonts w:ascii="Aptos" w:hAnsi="Aptos"/>
                <w:b/>
                <w:sz w:val="20"/>
              </w:rPr>
              <w:t>Gösterme</w:t>
            </w:r>
            <w:proofErr w:type="spellEnd"/>
          </w:p>
        </w:tc>
        <w:tc>
          <w:tcPr>
            <w:tcW w:w="6803" w:type="dxa"/>
          </w:tcPr>
          <w:p w14:paraId="2D9F3C34" w14:textId="77777777" w:rsidR="007D3E50" w:rsidRDefault="007D3E50">
            <w:pPr>
              <w:spacing w:before="40" w:after="40"/>
            </w:pPr>
          </w:p>
          <w:p w14:paraId="27359E76" w14:textId="77777777" w:rsidR="006006AB" w:rsidRDefault="006006AB">
            <w:pPr>
              <w:spacing w:before="40" w:after="40"/>
            </w:pPr>
          </w:p>
        </w:tc>
      </w:tr>
    </w:tbl>
    <w:p w14:paraId="3710BB46" w14:textId="77777777" w:rsidR="006006AB" w:rsidRDefault="006006AB">
      <w:pPr>
        <w:spacing w:before="80" w:after="20"/>
        <w:rPr>
          <w:rFonts w:ascii="Aptos" w:hAnsi="Aptos"/>
          <w:b/>
          <w:sz w:val="20"/>
        </w:rPr>
      </w:pPr>
    </w:p>
    <w:p w14:paraId="3C0F1FDE" w14:textId="1D50927E" w:rsidR="007D3E50" w:rsidRDefault="00000000">
      <w:pPr>
        <w:spacing w:before="80" w:after="20"/>
      </w:pPr>
      <w:r>
        <w:rPr>
          <w:rFonts w:ascii="Aptos" w:hAnsi="Aptos"/>
          <w:b/>
          <w:sz w:val="20"/>
        </w:rPr>
        <w:t xml:space="preserve">SORU 5: </w:t>
      </w:r>
      <w:r>
        <w:rPr>
          <w:rFonts w:ascii="Aptos" w:hAnsi="Aptos"/>
          <w:sz w:val="20"/>
        </w:rPr>
        <w:t>(Kazanım: T.8.3.26. Metin türlerini ayırt eder.) (10 Puan)</w:t>
      </w:r>
    </w:p>
    <w:p w14:paraId="2B466CA7" w14:textId="77777777" w:rsidR="007D3E50" w:rsidRDefault="00000000">
      <w:pPr>
        <w:spacing w:after="40"/>
      </w:pPr>
      <w:r>
        <w:rPr>
          <w:rFonts w:ascii="Aptos" w:hAnsi="Aptos"/>
          <w:b/>
          <w:sz w:val="20"/>
        </w:rPr>
        <w:t>Okuduğunuz metin "Deneme" türüne ait özellikler taşımaktadır. Bu türü belirlerken dikkate aldığınız iki temel gerekçeyi yazınız.</w:t>
      </w:r>
    </w:p>
    <w:p w14:paraId="0312893C" w14:textId="5F142AD6" w:rsidR="006006AB" w:rsidRDefault="00000000">
      <w:pPr>
        <w:spacing w:before="40" w:after="40"/>
        <w:rPr>
          <w:rFonts w:ascii="Aptos" w:hAnsi="Aptos"/>
          <w:sz w:val="20"/>
        </w:rPr>
      </w:pPr>
      <w:r>
        <w:rPr>
          <w:rFonts w:ascii="Aptos" w:hAnsi="Aptos"/>
          <w:sz w:val="20"/>
        </w:rPr>
        <w:t xml:space="preserve">1. Gerekçe: </w:t>
      </w:r>
      <w:r>
        <w:rPr>
          <w:rFonts w:ascii="Aptos" w:hAnsi="Aptos"/>
          <w:sz w:val="20"/>
        </w:rPr>
        <w:br/>
      </w:r>
    </w:p>
    <w:p w14:paraId="47C316D0" w14:textId="3467D8BE" w:rsidR="007D3E50" w:rsidRDefault="00000000">
      <w:pPr>
        <w:spacing w:before="40" w:after="40"/>
      </w:pPr>
      <w:r>
        <w:rPr>
          <w:rFonts w:ascii="Aptos" w:hAnsi="Aptos"/>
          <w:sz w:val="20"/>
        </w:rPr>
        <w:t xml:space="preserve">2. Gerekçe: </w:t>
      </w:r>
    </w:p>
    <w:p w14:paraId="7BF3B5F4" w14:textId="77777777" w:rsidR="006006AB" w:rsidRDefault="006006AB">
      <w:pPr>
        <w:spacing w:before="80" w:after="40"/>
        <w:rPr>
          <w:rFonts w:ascii="Aptos" w:hAnsi="Aptos"/>
          <w:b/>
          <w:sz w:val="20"/>
        </w:rPr>
      </w:pPr>
    </w:p>
    <w:p w14:paraId="387C58C1" w14:textId="77777777" w:rsidR="006006AB" w:rsidRDefault="006006AB">
      <w:pPr>
        <w:spacing w:before="80" w:after="40"/>
        <w:rPr>
          <w:rFonts w:ascii="Aptos" w:hAnsi="Aptos"/>
          <w:b/>
          <w:sz w:val="20"/>
        </w:rPr>
      </w:pPr>
    </w:p>
    <w:p w14:paraId="224F02BB" w14:textId="40AFEF4E" w:rsidR="007D3E50" w:rsidRDefault="00000000">
      <w:pPr>
        <w:spacing w:before="80" w:after="40"/>
      </w:pPr>
      <w:r>
        <w:rPr>
          <w:rFonts w:ascii="Aptos" w:hAnsi="Aptos"/>
          <w:b/>
          <w:sz w:val="20"/>
        </w:rPr>
        <w:lastRenderedPageBreak/>
        <w:t>B. SÖZ SANATLARI VE DİL BİLGİSİ ÇALIŞMASI (30 PUAN)</w:t>
      </w:r>
    </w:p>
    <w:p w14:paraId="4C287941" w14:textId="77777777" w:rsidR="007D3E50" w:rsidRDefault="00000000">
      <w:pPr>
        <w:spacing w:before="40" w:after="20"/>
      </w:pPr>
      <w:r>
        <w:rPr>
          <w:rFonts w:ascii="Aptos" w:hAnsi="Aptos"/>
          <w:b/>
          <w:sz w:val="20"/>
        </w:rPr>
        <w:t xml:space="preserve">SORU 6: </w:t>
      </w:r>
      <w:r>
        <w:rPr>
          <w:rFonts w:ascii="Aptos" w:hAnsi="Aptos"/>
          <w:sz w:val="20"/>
        </w:rPr>
        <w:t>(Kazanım: T.8.3.7. Metindeki söz sanatlarını tespit eder.) (15 Puan)</w:t>
      </w:r>
    </w:p>
    <w:p w14:paraId="47C08ABB" w14:textId="5466B268" w:rsidR="007D3E50" w:rsidRDefault="00000000">
      <w:pPr>
        <w:spacing w:after="40"/>
      </w:pPr>
      <w:r>
        <w:rPr>
          <w:rFonts w:ascii="Aptos" w:hAnsi="Aptos"/>
          <w:b/>
          <w:sz w:val="20"/>
        </w:rPr>
        <w:t xml:space="preserve">Aşağıdaki cümlelerde yer alan söz </w:t>
      </w:r>
      <w:proofErr w:type="gramStart"/>
      <w:r>
        <w:rPr>
          <w:rFonts w:ascii="Aptos" w:hAnsi="Aptos"/>
          <w:b/>
          <w:sz w:val="20"/>
        </w:rPr>
        <w:t>sanatlarını  tespit</w:t>
      </w:r>
      <w:proofErr w:type="gramEnd"/>
      <w:r>
        <w:rPr>
          <w:rFonts w:ascii="Aptos" w:hAnsi="Aptos"/>
          <w:b/>
          <w:sz w:val="20"/>
        </w:rPr>
        <w:t xml:space="preserve"> ederek karşılarındaki kutucuklara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4"/>
        <w:gridCol w:w="2835"/>
      </w:tblGrid>
      <w:tr w:rsidR="007D3E50" w14:paraId="126B6535" w14:textId="77777777">
        <w:trPr>
          <w:jc w:val="center"/>
        </w:trPr>
        <w:tc>
          <w:tcPr>
            <w:tcW w:w="7654" w:type="dxa"/>
          </w:tcPr>
          <w:p w14:paraId="4096F2CA" w14:textId="77777777" w:rsidR="007D3E50" w:rsidRDefault="00000000">
            <w:pPr>
              <w:spacing w:before="40" w:after="40"/>
            </w:pPr>
            <w:r>
              <w:rPr>
                <w:rFonts w:ascii="Aptos" w:hAnsi="Aptos"/>
                <w:b/>
                <w:sz w:val="20"/>
              </w:rPr>
              <w:t>Cümle</w:t>
            </w:r>
          </w:p>
        </w:tc>
        <w:tc>
          <w:tcPr>
            <w:tcW w:w="2835" w:type="dxa"/>
          </w:tcPr>
          <w:p w14:paraId="79ECF477" w14:textId="77777777" w:rsidR="007D3E50" w:rsidRDefault="00000000">
            <w:pPr>
              <w:spacing w:before="40" w:after="40"/>
            </w:pPr>
            <w:r>
              <w:rPr>
                <w:rFonts w:ascii="Aptos" w:hAnsi="Aptos"/>
                <w:b/>
                <w:sz w:val="20"/>
              </w:rPr>
              <w:t>Kullanılan Söz Sanatı</w:t>
            </w:r>
          </w:p>
        </w:tc>
      </w:tr>
      <w:tr w:rsidR="007D3E50" w14:paraId="676C25E9" w14:textId="77777777">
        <w:trPr>
          <w:jc w:val="center"/>
        </w:trPr>
        <w:tc>
          <w:tcPr>
            <w:tcW w:w="7654" w:type="dxa"/>
          </w:tcPr>
          <w:p w14:paraId="3D164BFD" w14:textId="77777777" w:rsidR="007D3E50" w:rsidRDefault="00000000">
            <w:pPr>
              <w:spacing w:before="60" w:after="60"/>
            </w:pPr>
            <w:r>
              <w:rPr>
                <w:rFonts w:ascii="Aptos" w:hAnsi="Aptos"/>
                <w:sz w:val="20"/>
              </w:rPr>
              <w:t>1. "Eski fotoğraf albümü tozlu raftan bana seslendi: Beni unutma!"</w:t>
            </w:r>
          </w:p>
        </w:tc>
        <w:tc>
          <w:tcPr>
            <w:tcW w:w="2835" w:type="dxa"/>
          </w:tcPr>
          <w:p w14:paraId="1B6E096C" w14:textId="77777777" w:rsidR="007D3E50" w:rsidRDefault="007D3E50">
            <w:pPr>
              <w:spacing w:before="60" w:after="60"/>
            </w:pPr>
          </w:p>
        </w:tc>
      </w:tr>
      <w:tr w:rsidR="007D3E50" w14:paraId="4E2AAD4A" w14:textId="77777777">
        <w:trPr>
          <w:jc w:val="center"/>
        </w:trPr>
        <w:tc>
          <w:tcPr>
            <w:tcW w:w="7654" w:type="dxa"/>
          </w:tcPr>
          <w:p w14:paraId="3AF745E5" w14:textId="77777777" w:rsidR="007D3E50" w:rsidRDefault="00000000">
            <w:pPr>
              <w:spacing w:before="60" w:after="60"/>
            </w:pPr>
            <w:r>
              <w:rPr>
                <w:rFonts w:ascii="Aptos" w:hAnsi="Aptos"/>
                <w:sz w:val="20"/>
              </w:rPr>
              <w:t>2. "Zaman akıp giden coşkun bir ırmak gibi avuçlarımızdan kayıp gidiyor."</w:t>
            </w:r>
          </w:p>
        </w:tc>
        <w:tc>
          <w:tcPr>
            <w:tcW w:w="2835" w:type="dxa"/>
          </w:tcPr>
          <w:p w14:paraId="3B412B66" w14:textId="77777777" w:rsidR="007D3E50" w:rsidRDefault="007D3E50">
            <w:pPr>
              <w:spacing w:before="60" w:after="60"/>
            </w:pPr>
          </w:p>
        </w:tc>
      </w:tr>
      <w:tr w:rsidR="007D3E50" w14:paraId="4542C550" w14:textId="77777777">
        <w:trPr>
          <w:jc w:val="center"/>
        </w:trPr>
        <w:tc>
          <w:tcPr>
            <w:tcW w:w="7654" w:type="dxa"/>
          </w:tcPr>
          <w:p w14:paraId="5646C36D" w14:textId="77777777" w:rsidR="007D3E50" w:rsidRDefault="00000000">
            <w:pPr>
              <w:spacing w:before="60" w:after="60"/>
            </w:pPr>
            <w:r>
              <w:rPr>
                <w:rFonts w:ascii="Aptos" w:hAnsi="Aptos"/>
                <w:sz w:val="20"/>
              </w:rPr>
              <w:t>3. "Siyah beyaz bir karede saklı duran gülümsemeler, bugünkü kederimizi hafifletti."</w:t>
            </w:r>
          </w:p>
        </w:tc>
        <w:tc>
          <w:tcPr>
            <w:tcW w:w="2835" w:type="dxa"/>
          </w:tcPr>
          <w:p w14:paraId="73C41ABD" w14:textId="77777777" w:rsidR="007D3E50" w:rsidRDefault="007D3E50">
            <w:pPr>
              <w:spacing w:before="60" w:after="60"/>
            </w:pPr>
          </w:p>
        </w:tc>
      </w:tr>
    </w:tbl>
    <w:p w14:paraId="0697AE82" w14:textId="77777777" w:rsidR="006006AB" w:rsidRDefault="006006AB">
      <w:pPr>
        <w:spacing w:before="80" w:after="20"/>
        <w:rPr>
          <w:rFonts w:ascii="Aptos" w:hAnsi="Aptos"/>
          <w:b/>
          <w:sz w:val="20"/>
        </w:rPr>
      </w:pPr>
    </w:p>
    <w:p w14:paraId="2D986342" w14:textId="23BC3706" w:rsidR="007D3E50" w:rsidRDefault="00000000">
      <w:pPr>
        <w:spacing w:before="80" w:after="20"/>
      </w:pPr>
      <w:r>
        <w:rPr>
          <w:rFonts w:ascii="Aptos" w:hAnsi="Aptos"/>
          <w:b/>
          <w:sz w:val="20"/>
        </w:rPr>
        <w:t xml:space="preserve">SORU 7: </w:t>
      </w:r>
      <w:r>
        <w:rPr>
          <w:rFonts w:ascii="Aptos" w:hAnsi="Aptos"/>
          <w:sz w:val="20"/>
        </w:rPr>
        <w:t>(Kazanım: T.8.3.9. Fiilimsilerin cümledeki işlevlerini kavrar.) (15 Puan)</w:t>
      </w:r>
    </w:p>
    <w:p w14:paraId="4A24A29C" w14:textId="0CDC1F43" w:rsidR="007D3E50" w:rsidRDefault="00000000">
      <w:pPr>
        <w:spacing w:after="40"/>
      </w:pPr>
      <w:r>
        <w:rPr>
          <w:rFonts w:ascii="Aptos" w:hAnsi="Aptos"/>
          <w:b/>
          <w:sz w:val="20"/>
        </w:rPr>
        <w:t xml:space="preserve">Aşağıdaki cümlelerde geçen altı çizili </w:t>
      </w:r>
      <w:proofErr w:type="spellStart"/>
      <w:r>
        <w:rPr>
          <w:rFonts w:ascii="Aptos" w:hAnsi="Aptos"/>
          <w:b/>
          <w:sz w:val="20"/>
        </w:rPr>
        <w:t>fiilimsilerin</w:t>
      </w:r>
      <w:proofErr w:type="spellEnd"/>
      <w:r>
        <w:rPr>
          <w:rFonts w:ascii="Aptos" w:hAnsi="Aptos"/>
          <w:b/>
          <w:sz w:val="20"/>
        </w:rPr>
        <w:t xml:space="preserve"> </w:t>
      </w:r>
      <w:proofErr w:type="spellStart"/>
      <w:r>
        <w:rPr>
          <w:rFonts w:ascii="Aptos" w:hAnsi="Aptos"/>
          <w:b/>
          <w:sz w:val="20"/>
        </w:rPr>
        <w:t>türünü</w:t>
      </w:r>
      <w:proofErr w:type="spellEnd"/>
      <w:r>
        <w:rPr>
          <w:rFonts w:ascii="Aptos" w:hAnsi="Aptos"/>
          <w:b/>
          <w:sz w:val="20"/>
        </w:rPr>
        <w:t xml:space="preserve"> </w:t>
      </w:r>
      <w:proofErr w:type="spellStart"/>
      <w:r>
        <w:rPr>
          <w:rFonts w:ascii="Aptos" w:hAnsi="Aptos"/>
          <w:b/>
          <w:sz w:val="20"/>
        </w:rPr>
        <w:t>karşılarındaki</w:t>
      </w:r>
      <w:proofErr w:type="spellEnd"/>
      <w:r>
        <w:rPr>
          <w:rFonts w:ascii="Aptos" w:hAnsi="Aptos"/>
          <w:b/>
          <w:sz w:val="20"/>
        </w:rPr>
        <w:t xml:space="preserve"> </w:t>
      </w:r>
      <w:proofErr w:type="spellStart"/>
      <w:r>
        <w:rPr>
          <w:rFonts w:ascii="Aptos" w:hAnsi="Aptos"/>
          <w:b/>
          <w:sz w:val="20"/>
        </w:rPr>
        <w:t>boşluklara</w:t>
      </w:r>
      <w:proofErr w:type="spellEnd"/>
      <w:r>
        <w:rPr>
          <w:rFonts w:ascii="Aptos" w:hAnsi="Aptos"/>
          <w:b/>
          <w:sz w:val="20"/>
        </w:rPr>
        <w:t xml:space="preserve"> </w:t>
      </w:r>
      <w:proofErr w:type="spellStart"/>
      <w:r>
        <w:rPr>
          <w:rFonts w:ascii="Aptos" w:hAnsi="Aptos"/>
          <w:b/>
          <w:sz w:val="20"/>
        </w:rPr>
        <w:t>yazınız</w:t>
      </w:r>
      <w:proofErr w:type="spellEnd"/>
      <w:r>
        <w:rPr>
          <w:rFonts w:ascii="Aptos" w:hAnsi="Aptos"/>
          <w:b/>
          <w:sz w:val="20"/>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70"/>
        <w:gridCol w:w="3118"/>
      </w:tblGrid>
      <w:tr w:rsidR="007D3E50" w14:paraId="28FAEA90" w14:textId="77777777">
        <w:trPr>
          <w:jc w:val="center"/>
        </w:trPr>
        <w:tc>
          <w:tcPr>
            <w:tcW w:w="7370" w:type="dxa"/>
          </w:tcPr>
          <w:p w14:paraId="7A7F0705" w14:textId="77777777" w:rsidR="007D3E50" w:rsidRDefault="00000000">
            <w:pPr>
              <w:spacing w:before="40" w:after="40"/>
            </w:pPr>
            <w:r>
              <w:rPr>
                <w:rFonts w:ascii="Aptos" w:hAnsi="Aptos"/>
                <w:b/>
                <w:sz w:val="20"/>
              </w:rPr>
              <w:t>Cümledeki Fiilimsi</w:t>
            </w:r>
          </w:p>
        </w:tc>
        <w:tc>
          <w:tcPr>
            <w:tcW w:w="3118" w:type="dxa"/>
          </w:tcPr>
          <w:p w14:paraId="763D4E8A" w14:textId="77777777" w:rsidR="007D3E50" w:rsidRDefault="00000000">
            <w:pPr>
              <w:spacing w:before="40" w:after="40"/>
            </w:pPr>
            <w:r>
              <w:rPr>
                <w:rFonts w:ascii="Aptos" w:hAnsi="Aptos"/>
                <w:b/>
                <w:sz w:val="20"/>
              </w:rPr>
              <w:t>Fiilimsinin Türü</w:t>
            </w:r>
          </w:p>
        </w:tc>
      </w:tr>
      <w:tr w:rsidR="007D3E50" w14:paraId="5914256B" w14:textId="77777777">
        <w:trPr>
          <w:jc w:val="center"/>
        </w:trPr>
        <w:tc>
          <w:tcPr>
            <w:tcW w:w="7370" w:type="dxa"/>
          </w:tcPr>
          <w:p w14:paraId="3D05557A" w14:textId="77777777" w:rsidR="007D3E50" w:rsidRDefault="00000000">
            <w:pPr>
              <w:spacing w:before="40" w:after="40"/>
            </w:pPr>
            <w:r>
              <w:rPr>
                <w:rFonts w:ascii="Aptos" w:hAnsi="Aptos"/>
                <w:sz w:val="20"/>
              </w:rPr>
              <w:t>1. Fotoğrafçı vizörden bakıp doğru anı yakalamaya çalıştı.</w:t>
            </w:r>
          </w:p>
        </w:tc>
        <w:tc>
          <w:tcPr>
            <w:tcW w:w="3118" w:type="dxa"/>
          </w:tcPr>
          <w:p w14:paraId="10AD07E2" w14:textId="77777777" w:rsidR="007D3E50" w:rsidRDefault="007D3E50">
            <w:pPr>
              <w:spacing w:before="40" w:after="40"/>
            </w:pPr>
          </w:p>
        </w:tc>
      </w:tr>
      <w:tr w:rsidR="007D3E50" w14:paraId="4D0E627E" w14:textId="77777777">
        <w:trPr>
          <w:jc w:val="center"/>
        </w:trPr>
        <w:tc>
          <w:tcPr>
            <w:tcW w:w="7370" w:type="dxa"/>
          </w:tcPr>
          <w:p w14:paraId="74EC5C2D" w14:textId="77777777" w:rsidR="007D3E50" w:rsidRDefault="00000000">
            <w:pPr>
              <w:spacing w:before="40" w:after="40"/>
            </w:pPr>
            <w:r>
              <w:rPr>
                <w:rFonts w:ascii="Aptos" w:hAnsi="Aptos"/>
                <w:sz w:val="20"/>
              </w:rPr>
              <w:t>2. Karanlık odada yıkanan fotoğraflar birer birer kurutuldu.</w:t>
            </w:r>
          </w:p>
        </w:tc>
        <w:tc>
          <w:tcPr>
            <w:tcW w:w="3118" w:type="dxa"/>
          </w:tcPr>
          <w:p w14:paraId="2A99102D" w14:textId="77777777" w:rsidR="007D3E50" w:rsidRDefault="007D3E50">
            <w:pPr>
              <w:spacing w:before="40" w:after="40"/>
            </w:pPr>
          </w:p>
        </w:tc>
      </w:tr>
      <w:tr w:rsidR="007D3E50" w14:paraId="3DC2F521" w14:textId="77777777">
        <w:trPr>
          <w:jc w:val="center"/>
        </w:trPr>
        <w:tc>
          <w:tcPr>
            <w:tcW w:w="7370" w:type="dxa"/>
          </w:tcPr>
          <w:p w14:paraId="3BE554F0" w14:textId="77777777" w:rsidR="007D3E50" w:rsidRDefault="00000000">
            <w:pPr>
              <w:spacing w:before="40" w:after="40"/>
            </w:pPr>
            <w:r>
              <w:rPr>
                <w:rFonts w:ascii="Aptos" w:hAnsi="Aptos"/>
                <w:sz w:val="20"/>
              </w:rPr>
              <w:t>3. Geçmişin izlerini belgelemek her sanatçının sorumluluğudur.</w:t>
            </w:r>
          </w:p>
        </w:tc>
        <w:tc>
          <w:tcPr>
            <w:tcW w:w="3118" w:type="dxa"/>
          </w:tcPr>
          <w:p w14:paraId="67F85ADE" w14:textId="77777777" w:rsidR="007D3E50" w:rsidRDefault="007D3E50">
            <w:pPr>
              <w:spacing w:before="40" w:after="40"/>
            </w:pPr>
          </w:p>
        </w:tc>
      </w:tr>
    </w:tbl>
    <w:p w14:paraId="39D5010F" w14:textId="77777777" w:rsidR="006006AB" w:rsidRDefault="006006AB">
      <w:pPr>
        <w:spacing w:before="80" w:after="40"/>
        <w:rPr>
          <w:rFonts w:ascii="Aptos" w:hAnsi="Aptos"/>
          <w:b/>
          <w:sz w:val="20"/>
        </w:rPr>
      </w:pPr>
    </w:p>
    <w:p w14:paraId="7B42BDD7" w14:textId="040E7617" w:rsidR="007D3E50" w:rsidRDefault="00000000">
      <w:pPr>
        <w:spacing w:before="80" w:after="40"/>
      </w:pPr>
      <w:r>
        <w:rPr>
          <w:rFonts w:ascii="Aptos" w:hAnsi="Aptos"/>
          <w:b/>
          <w:sz w:val="20"/>
        </w:rPr>
        <w:t>C. YAZMA ÇALIŞMASI (20 PUAN)</w:t>
      </w:r>
    </w:p>
    <w:p w14:paraId="4A79CC8D" w14:textId="77777777" w:rsidR="007D3E50" w:rsidRDefault="00000000">
      <w:pPr>
        <w:spacing w:before="40" w:after="20"/>
      </w:pPr>
      <w:r>
        <w:rPr>
          <w:rFonts w:ascii="Aptos" w:hAnsi="Aptos"/>
          <w:b/>
          <w:sz w:val="20"/>
        </w:rPr>
        <w:t xml:space="preserve">SORU 8: </w:t>
      </w:r>
      <w:r>
        <w:rPr>
          <w:rFonts w:ascii="Aptos" w:hAnsi="Aptos"/>
          <w:sz w:val="20"/>
        </w:rPr>
        <w:t>(Kazanım: T.8.4.18. Bilgilendirici metin yazar.) (20 Puan)</w:t>
      </w:r>
    </w:p>
    <w:p w14:paraId="3DA92958" w14:textId="77777777" w:rsidR="007D3E50" w:rsidRDefault="00000000">
      <w:pPr>
        <w:spacing w:after="40"/>
      </w:pPr>
      <w:r>
        <w:rPr>
          <w:rFonts w:ascii="Aptos" w:hAnsi="Aptos"/>
          <w:b/>
          <w:sz w:val="20"/>
        </w:rPr>
        <w:t xml:space="preserve">Aşağıda verilen konuda düşüncelerinizi gerekçelendirerek anlatan bilgilendirici bir paragraf yazınız. Yazınızda </w:t>
      </w:r>
      <w:r w:rsidRPr="006006AB">
        <w:rPr>
          <w:rFonts w:ascii="Aptos" w:hAnsi="Aptos"/>
          <w:b/>
          <w:i/>
          <w:iCs/>
          <w:sz w:val="20"/>
        </w:rPr>
        <w:t>"zaman, hatıra, tanıklık, kıymet"</w:t>
      </w:r>
      <w:r>
        <w:rPr>
          <w:rFonts w:ascii="Aptos" w:hAnsi="Aptos"/>
          <w:b/>
          <w:sz w:val="20"/>
        </w:rPr>
        <w:t xml:space="preserve"> sözcüklerinden en az üç tanesini anlamına uygun olarak kullanınız. Başlık koymayı, yazım ve noktalama kurallarına uymayı unutmayınız.</w:t>
      </w:r>
    </w:p>
    <w:p w14:paraId="1DA3F2EE" w14:textId="77777777" w:rsidR="007D3E50" w:rsidRDefault="00000000">
      <w:pPr>
        <w:spacing w:before="40" w:after="40"/>
      </w:pPr>
      <w:r>
        <w:rPr>
          <w:rFonts w:ascii="Aptos" w:hAnsi="Aptos"/>
          <w:b/>
          <w:sz w:val="20"/>
        </w:rPr>
        <w:t xml:space="preserve">KONU: </w:t>
      </w:r>
      <w:r>
        <w:rPr>
          <w:rFonts w:ascii="Aptos" w:hAnsi="Aptos"/>
          <w:sz w:val="20"/>
        </w:rPr>
        <w:t>"Hızlı tüketim çağında anıların ve yaşanmışlıkların değerini korumanın insan hayatındaki yeri."</w:t>
      </w:r>
    </w:p>
    <w:p w14:paraId="0B6BA064" w14:textId="77777777" w:rsidR="007D3E50" w:rsidRDefault="007D3E50">
      <w:pPr>
        <w:spacing w:after="120"/>
        <w:rPr>
          <w:rFonts w:ascii="Aptos" w:hAnsi="Aptos"/>
          <w:b/>
          <w:sz w:val="20"/>
        </w:rPr>
      </w:pPr>
    </w:p>
    <w:p w14:paraId="112418C1" w14:textId="77777777" w:rsidR="006006AB" w:rsidRDefault="006006AB">
      <w:pPr>
        <w:spacing w:after="120"/>
        <w:rPr>
          <w:rFonts w:ascii="Aptos" w:hAnsi="Aptos"/>
          <w:b/>
          <w:sz w:val="20"/>
        </w:rPr>
      </w:pPr>
    </w:p>
    <w:p w14:paraId="2D521D59" w14:textId="77777777" w:rsidR="006006AB" w:rsidRDefault="006006AB">
      <w:pPr>
        <w:spacing w:after="120"/>
        <w:rPr>
          <w:rFonts w:ascii="Aptos" w:hAnsi="Aptos"/>
          <w:b/>
          <w:sz w:val="20"/>
        </w:rPr>
      </w:pPr>
    </w:p>
    <w:p w14:paraId="2A03D36C" w14:textId="77777777" w:rsidR="006006AB" w:rsidRDefault="006006AB">
      <w:pPr>
        <w:spacing w:after="120"/>
        <w:rPr>
          <w:rFonts w:ascii="Aptos" w:hAnsi="Aptos"/>
          <w:b/>
          <w:sz w:val="20"/>
        </w:rPr>
      </w:pPr>
    </w:p>
    <w:p w14:paraId="7FAB66BA" w14:textId="77777777" w:rsidR="006006AB" w:rsidRDefault="006006AB">
      <w:pPr>
        <w:spacing w:after="120"/>
        <w:rPr>
          <w:rFonts w:ascii="Aptos" w:hAnsi="Aptos"/>
          <w:b/>
          <w:sz w:val="20"/>
        </w:rPr>
      </w:pPr>
    </w:p>
    <w:p w14:paraId="6C7D10FC" w14:textId="77777777" w:rsidR="006006AB" w:rsidRDefault="006006AB">
      <w:pPr>
        <w:spacing w:after="120"/>
        <w:rPr>
          <w:rFonts w:ascii="Aptos" w:hAnsi="Aptos"/>
          <w:b/>
          <w:sz w:val="20"/>
        </w:rPr>
      </w:pPr>
    </w:p>
    <w:p w14:paraId="755DA339" w14:textId="77777777" w:rsidR="006006AB" w:rsidRDefault="006006AB">
      <w:pPr>
        <w:spacing w:after="120"/>
        <w:rPr>
          <w:rFonts w:ascii="Aptos" w:hAnsi="Aptos"/>
          <w:b/>
          <w:sz w:val="20"/>
        </w:rPr>
      </w:pPr>
    </w:p>
    <w:p w14:paraId="07808ECF" w14:textId="77777777" w:rsidR="006006AB" w:rsidRDefault="006006AB">
      <w:pPr>
        <w:spacing w:after="120"/>
        <w:rPr>
          <w:rFonts w:ascii="Aptos" w:hAnsi="Aptos"/>
          <w:b/>
          <w:sz w:val="20"/>
        </w:rPr>
      </w:pPr>
    </w:p>
    <w:p w14:paraId="368E2F7A" w14:textId="77777777" w:rsidR="006006AB" w:rsidRDefault="006006AB">
      <w:pPr>
        <w:spacing w:after="120"/>
        <w:rPr>
          <w:rFonts w:ascii="Aptos" w:hAnsi="Aptos"/>
          <w:b/>
          <w:sz w:val="20"/>
        </w:rPr>
      </w:pPr>
    </w:p>
    <w:p w14:paraId="729C24E2" w14:textId="77777777" w:rsidR="006006AB" w:rsidRDefault="006006AB">
      <w:pPr>
        <w:spacing w:after="120"/>
        <w:rPr>
          <w:rFonts w:ascii="Aptos" w:hAnsi="Aptos"/>
          <w:b/>
          <w:sz w:val="20"/>
        </w:rPr>
      </w:pPr>
    </w:p>
    <w:p w14:paraId="0F8D08AB" w14:textId="77777777" w:rsidR="006006AB" w:rsidRDefault="006006AB">
      <w:pPr>
        <w:spacing w:after="120"/>
        <w:rPr>
          <w:rFonts w:ascii="Aptos" w:hAnsi="Aptos"/>
          <w:b/>
          <w:sz w:val="20"/>
        </w:rPr>
      </w:pPr>
    </w:p>
    <w:p w14:paraId="77A0103F" w14:textId="77777777" w:rsidR="006006AB" w:rsidRDefault="006006AB">
      <w:pPr>
        <w:spacing w:after="120"/>
        <w:rPr>
          <w:rFonts w:ascii="Aptos" w:hAnsi="Aptos"/>
          <w:b/>
          <w:sz w:val="20"/>
        </w:rPr>
      </w:pPr>
    </w:p>
    <w:p w14:paraId="1E7289D6" w14:textId="77777777" w:rsidR="006006AB" w:rsidRDefault="006006AB">
      <w:pPr>
        <w:spacing w:after="120"/>
      </w:pPr>
    </w:p>
    <w:p w14:paraId="3AF4D8CC" w14:textId="77777777" w:rsidR="007D3E50" w:rsidRDefault="007D3E50">
      <w:pPr>
        <w:spacing w:after="120"/>
      </w:pPr>
    </w:p>
    <w:p w14:paraId="5E2DD3FD" w14:textId="77777777" w:rsidR="007D3E50" w:rsidRDefault="007D3E50">
      <w:pPr>
        <w:spacing w:after="120"/>
      </w:pPr>
    </w:p>
    <w:p w14:paraId="1F2A6E7F" w14:textId="77777777" w:rsidR="007D3E50" w:rsidRDefault="007D3E50">
      <w:pPr>
        <w:spacing w:after="120"/>
      </w:pPr>
    </w:p>
    <w:p w14:paraId="39DDD2F5" w14:textId="77777777" w:rsidR="007D3E50" w:rsidRDefault="007D3E50">
      <w:pPr>
        <w:spacing w:after="120"/>
      </w:pPr>
    </w:p>
    <w:p w14:paraId="0DF2CC29" w14:textId="77777777" w:rsidR="007D3E50" w:rsidRDefault="00000000">
      <w:pPr>
        <w:spacing w:before="120" w:after="80"/>
        <w:jc w:val="right"/>
      </w:pPr>
      <w:r>
        <w:rPr>
          <w:rFonts w:ascii="Aptos" w:hAnsi="Aptos"/>
          <w:b/>
          <w:sz w:val="20"/>
        </w:rPr>
        <w:t>Sınav Süresi: 40 Dakikadır. | Başarılar Dilerim. KonuVakti.com | TestVakti.net | Turkcetestvakti.com</w:t>
      </w:r>
    </w:p>
    <w:p w14:paraId="368EFB7D" w14:textId="77777777" w:rsidR="007D3E50" w:rsidRDefault="00000000">
      <w:pPr>
        <w:spacing w:before="200" w:after="80"/>
        <w:jc w:val="center"/>
      </w:pPr>
      <w:r>
        <w:rPr>
          <w:rFonts w:ascii="Segoe UI Emoji" w:hAnsi="Segoe UI Emoji"/>
          <w:b/>
          <w:sz w:val="20"/>
        </w:rPr>
        <w:lastRenderedPageBreak/>
        <w:t xml:space="preserve">🔑 </w:t>
      </w:r>
      <w:r>
        <w:rPr>
          <w:rFonts w:ascii="Aptos" w:hAnsi="Aptos"/>
          <w:b/>
          <w:sz w:val="20"/>
        </w:rPr>
        <w:t>Öğretmenim İçin Cevap Anahtarı</w:t>
      </w:r>
    </w:p>
    <w:p w14:paraId="2652C5E6" w14:textId="77777777" w:rsidR="007D3E50" w:rsidRDefault="00000000" w:rsidP="006006AB">
      <w:pPr>
        <w:spacing w:before="40" w:after="40" w:line="360" w:lineRule="auto"/>
      </w:pPr>
      <w:r>
        <w:rPr>
          <w:rFonts w:ascii="Aptos" w:hAnsi="Aptos"/>
          <w:b/>
          <w:sz w:val="20"/>
        </w:rPr>
        <w:t>1. Soru:</w:t>
      </w:r>
      <w:r>
        <w:rPr>
          <w:rFonts w:ascii="Aptos" w:hAnsi="Aptos"/>
          <w:sz w:val="20"/>
        </w:rPr>
        <w:t xml:space="preserve"> "Akis" sözcüğünün tahmini: Yansıma, yankı, etki, bir durumun ortaya çıkardığı iz/görüntü. Cümle: "Bu eski fotoğraflar geçmişin bugüne düşen en hüzünlü akisleridir." (Tahmin 6, Cümle 4 Puan; Toplam 10 Puan)</w:t>
      </w:r>
    </w:p>
    <w:p w14:paraId="507EDA13" w14:textId="77777777" w:rsidR="007D3E50" w:rsidRDefault="00000000" w:rsidP="006006AB">
      <w:pPr>
        <w:spacing w:before="40" w:after="40" w:line="360" w:lineRule="auto"/>
      </w:pPr>
      <w:r>
        <w:rPr>
          <w:rFonts w:ascii="Aptos" w:hAnsi="Aptos"/>
          <w:b/>
          <w:sz w:val="20"/>
        </w:rPr>
        <w:t>2. Soru:</w:t>
      </w:r>
      <w:r>
        <w:rPr>
          <w:rFonts w:ascii="Aptos" w:hAnsi="Aptos"/>
          <w:sz w:val="20"/>
        </w:rPr>
        <w:t xml:space="preserve"> Geçmişte fotoğrafçılık; karanlık odada günler süren sabır, kimyasal denge ve gözlem ustalığı gerektiren emek yoğun bir süreçti. Günümüzde ise telefonlarla saniyeler içinde yüzlerce kare kolayca çekilmekte, bu kolay üretim fotoğrafların taşıdığı anlamı ve anların kıymetini sıradanlaştırmaktadır. (10 Puan)</w:t>
      </w:r>
    </w:p>
    <w:p w14:paraId="2D80FCB8" w14:textId="77777777" w:rsidR="007D3E50" w:rsidRDefault="00000000" w:rsidP="006006AB">
      <w:pPr>
        <w:spacing w:before="40" w:after="40" w:line="360" w:lineRule="auto"/>
      </w:pPr>
      <w:r>
        <w:rPr>
          <w:rFonts w:ascii="Aptos" w:hAnsi="Aptos"/>
          <w:b/>
          <w:sz w:val="20"/>
        </w:rPr>
        <w:t>3. Soru:</w:t>
      </w:r>
      <w:r>
        <w:rPr>
          <w:rFonts w:ascii="Aptos" w:hAnsi="Aptos"/>
          <w:sz w:val="20"/>
        </w:rPr>
        <w:t xml:space="preserve"> Metnin Ana Fikri: Bir fotoğrafı değerli kılan teknolojik kusursuzluğu veya çokluğu değil; insanlığın ortak hafızasına, vicdanına ve ruhuna ayna tutabilme derinliğidir. (10 Puan)</w:t>
      </w:r>
    </w:p>
    <w:p w14:paraId="486BF550" w14:textId="77777777" w:rsidR="007D3E50" w:rsidRDefault="00000000" w:rsidP="006006AB">
      <w:pPr>
        <w:spacing w:before="40" w:after="40" w:line="360" w:lineRule="auto"/>
      </w:pPr>
      <w:r>
        <w:rPr>
          <w:rFonts w:ascii="Aptos" w:hAnsi="Aptos"/>
          <w:b/>
          <w:sz w:val="20"/>
        </w:rPr>
        <w:t>4. Soru: (Toplam 10 Puan)</w:t>
      </w:r>
      <w:r>
        <w:rPr>
          <w:rFonts w:ascii="Aptos" w:hAnsi="Aptos"/>
          <w:sz w:val="20"/>
        </w:rPr>
        <w:br/>
        <w:t>• Tanımlama: "Fotoğraf; bir anı ölümsüzleştiren, unutulmaya yüz tutmuş hatıraları yeniden canlandıran görsel bir hafıza kaydıdır." cümlesi. (5 Puan)</w:t>
      </w:r>
      <w:r>
        <w:rPr>
          <w:rFonts w:ascii="Aptos" w:hAnsi="Aptos"/>
          <w:sz w:val="20"/>
        </w:rPr>
        <w:br/>
        <w:t>• Tanık Gösterme: Büyük usta Ara Güler’in "Fotoğraf bir sanat değil, tarihtir; ben de tarihe ayna tutan bir foto muhabiriyim." sözünün aktarılması. (5 Puan)</w:t>
      </w:r>
    </w:p>
    <w:p w14:paraId="70AEC910" w14:textId="77777777" w:rsidR="007D3E50" w:rsidRDefault="00000000" w:rsidP="006006AB">
      <w:pPr>
        <w:spacing w:before="40" w:after="40" w:line="360" w:lineRule="auto"/>
      </w:pPr>
      <w:r>
        <w:rPr>
          <w:rFonts w:ascii="Aptos" w:hAnsi="Aptos"/>
          <w:b/>
          <w:sz w:val="20"/>
        </w:rPr>
        <w:t>5. Soru: (Toplam 10 Puan)</w:t>
      </w:r>
      <w:r>
        <w:rPr>
          <w:rFonts w:ascii="Aptos" w:hAnsi="Aptos"/>
          <w:sz w:val="20"/>
        </w:rPr>
        <w:br/>
        <w:t>Deneme Türünün Gerekçeleri: 1. Yazarın güncel bir konu hakkındaki kişisel görüş ve eleştirilerini samimi bir üslupla, kanıtlama kaygısı gütmeden dile getirmesi (5 Puan). 2. Yazarın kendisiyle sohbet ediyormuşçasına içten bir anlatım benimsemesi (5 Puan).</w:t>
      </w:r>
    </w:p>
    <w:p w14:paraId="7C646431" w14:textId="77777777" w:rsidR="007D3E50" w:rsidRDefault="00000000" w:rsidP="006006AB">
      <w:pPr>
        <w:spacing w:before="40" w:after="40" w:line="360" w:lineRule="auto"/>
      </w:pPr>
      <w:r>
        <w:rPr>
          <w:rFonts w:ascii="Aptos" w:hAnsi="Aptos"/>
          <w:b/>
          <w:sz w:val="20"/>
        </w:rPr>
        <w:t>6. Soru: (Her doğru tespit 5 Puan; toplam 15 Puan)</w:t>
      </w:r>
      <w:r>
        <w:rPr>
          <w:rFonts w:ascii="Aptos" w:hAnsi="Aptos"/>
          <w:sz w:val="20"/>
        </w:rPr>
        <w:br/>
        <w:t>1. Cümle: Konuşturma (İntak) / Kişileştirme -&gt; Fotoğraf albümünün "Beni unutma!" diyerek konuşması.</w:t>
      </w:r>
      <w:r>
        <w:rPr>
          <w:rFonts w:ascii="Aptos" w:hAnsi="Aptos"/>
          <w:sz w:val="20"/>
        </w:rPr>
        <w:br/>
        <w:t>2. Cümle: Benzetme (Teşbih) -&gt; Zamanın akıp giden "coşkun bir ırmağa" benzetilmesi.</w:t>
      </w:r>
      <w:r>
        <w:rPr>
          <w:rFonts w:ascii="Aptos" w:hAnsi="Aptos"/>
          <w:sz w:val="20"/>
        </w:rPr>
        <w:br/>
        <w:t>3. Cümle: Tezat (Karşıtlık) -&gt; "Gülümsemeler" ile "keder" kavramlarının bir arada kullanılması.</w:t>
      </w:r>
    </w:p>
    <w:p w14:paraId="3264B5E5" w14:textId="77777777" w:rsidR="007D3E50" w:rsidRDefault="00000000" w:rsidP="006006AB">
      <w:pPr>
        <w:spacing w:before="40" w:after="40" w:line="360" w:lineRule="auto"/>
      </w:pPr>
      <w:r>
        <w:rPr>
          <w:rFonts w:ascii="Aptos" w:hAnsi="Aptos"/>
          <w:b/>
          <w:sz w:val="20"/>
        </w:rPr>
        <w:t>7. Soru: (Her doğru satır 5 Puan; toplam 15 Puan)</w:t>
      </w:r>
      <w:r>
        <w:rPr>
          <w:rFonts w:ascii="Aptos" w:hAnsi="Aptos"/>
          <w:sz w:val="20"/>
        </w:rPr>
        <w:br/>
        <w:t>1. Cümle: bak-ıp -&gt; Zarf-Fiil (-ıp / -ip)</w:t>
      </w:r>
      <w:r>
        <w:rPr>
          <w:rFonts w:ascii="Aptos" w:hAnsi="Aptos"/>
          <w:sz w:val="20"/>
        </w:rPr>
        <w:br/>
        <w:t>2. Cümle: yıkan-an -&gt; Sıfat-Fiil (-an / -en)</w:t>
      </w:r>
      <w:r>
        <w:rPr>
          <w:rFonts w:ascii="Aptos" w:hAnsi="Aptos"/>
          <w:sz w:val="20"/>
        </w:rPr>
        <w:br/>
        <w:t>3. Cümle: belgele-mek -&gt; İsim-Fiil (-mak / -mek)</w:t>
      </w:r>
    </w:p>
    <w:p w14:paraId="5CA2E30A" w14:textId="77777777" w:rsidR="007D3E50" w:rsidRDefault="00000000" w:rsidP="006006AB">
      <w:pPr>
        <w:spacing w:before="40" w:after="40" w:line="360" w:lineRule="auto"/>
      </w:pPr>
      <w:r>
        <w:rPr>
          <w:rFonts w:ascii="Aptos" w:hAnsi="Aptos"/>
          <w:b/>
          <w:sz w:val="20"/>
        </w:rPr>
        <w:t>8. Soru: Yazma Değerlendirme Baremi (20 Puan)</w:t>
      </w:r>
      <w:r>
        <w:rPr>
          <w:rFonts w:ascii="Aptos" w:hAnsi="Aptos"/>
          <w:sz w:val="20"/>
        </w:rPr>
        <w:br/>
        <w:t>• Konuya uygunluk ve düşünceleri gerekçelendirme: 7 Puan</w:t>
      </w:r>
      <w:r>
        <w:rPr>
          <w:rFonts w:ascii="Aptos" w:hAnsi="Aptos"/>
          <w:sz w:val="20"/>
        </w:rPr>
        <w:br/>
        <w:t>• Belirtilen anahtar sözcüklerin (en az üçünün) yerinde ve anlamına uygun kullanımı: 5 Puan</w:t>
      </w:r>
      <w:r>
        <w:rPr>
          <w:rFonts w:ascii="Aptos" w:hAnsi="Aptos"/>
          <w:sz w:val="20"/>
        </w:rPr>
        <w:br/>
        <w:t>• Paragraf düzeni, giriş-gelişme-sonuç dengesi: 4 Puan</w:t>
      </w:r>
      <w:r>
        <w:rPr>
          <w:rFonts w:ascii="Aptos" w:hAnsi="Aptos"/>
          <w:sz w:val="20"/>
        </w:rPr>
        <w:br/>
        <w:t>• Başlık seçimi, yazım ve noktalama kurallarına uygunluk: 4 Puan</w:t>
      </w:r>
    </w:p>
    <w:p w14:paraId="6FECD018" w14:textId="77777777" w:rsidR="007D3E50" w:rsidRDefault="00000000">
      <w:pPr>
        <w:spacing w:before="120" w:after="40"/>
        <w:jc w:val="right"/>
      </w:pPr>
      <w:r>
        <w:rPr>
          <w:rFonts w:ascii="Aptos" w:hAnsi="Aptos"/>
          <w:b/>
          <w:sz w:val="20"/>
        </w:rPr>
        <w:t>KonuVakti.com | TestVakti.net | Turkcetestvakti.com</w:t>
      </w:r>
    </w:p>
    <w:sectPr w:rsidR="007D3E50"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84718141">
    <w:abstractNumId w:val="8"/>
  </w:num>
  <w:num w:numId="2" w16cid:durableId="1485009613">
    <w:abstractNumId w:val="6"/>
  </w:num>
  <w:num w:numId="3" w16cid:durableId="16587110">
    <w:abstractNumId w:val="5"/>
  </w:num>
  <w:num w:numId="4" w16cid:durableId="660813121">
    <w:abstractNumId w:val="4"/>
  </w:num>
  <w:num w:numId="5" w16cid:durableId="791247759">
    <w:abstractNumId w:val="7"/>
  </w:num>
  <w:num w:numId="6" w16cid:durableId="68819278">
    <w:abstractNumId w:val="3"/>
  </w:num>
  <w:num w:numId="7" w16cid:durableId="1170677708">
    <w:abstractNumId w:val="2"/>
  </w:num>
  <w:num w:numId="8" w16cid:durableId="1876655340">
    <w:abstractNumId w:val="1"/>
  </w:num>
  <w:num w:numId="9" w16cid:durableId="365298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18BA"/>
    <w:rsid w:val="0029639D"/>
    <w:rsid w:val="00326F90"/>
    <w:rsid w:val="006006AB"/>
    <w:rsid w:val="007D3E5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EC24E4"/>
  <w14:defaultImageDpi w14:val="300"/>
  <w15:docId w15:val="{7F591607-500F-4BC0-B28B-F1BB53405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2</cp:revision>
  <dcterms:created xsi:type="dcterms:W3CDTF">2013-12-23T23:15:00Z</dcterms:created>
  <dcterms:modified xsi:type="dcterms:W3CDTF">2026-09-15T19:15:00Z</dcterms:modified>
  <cp:category/>
</cp:coreProperties>
</file>