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12F6F" w14:textId="77777777" w:rsidR="00C96E91" w:rsidRDefault="00000000">
      <w:pPr>
        <w:spacing w:after="40"/>
        <w:jc w:val="center"/>
      </w:pPr>
      <w:r>
        <w:rPr>
          <w:rFonts w:ascii="Aptos" w:hAnsi="Aptos"/>
          <w:b/>
          <w:sz w:val="20"/>
        </w:rPr>
        <w:t>................................................................ ORTAOKULU</w:t>
      </w:r>
    </w:p>
    <w:p w14:paraId="74D5A078" w14:textId="77777777" w:rsidR="00C96E91" w:rsidRDefault="00000000">
      <w:pPr>
        <w:spacing w:after="80"/>
        <w:jc w:val="center"/>
      </w:pPr>
      <w:r>
        <w:rPr>
          <w:rFonts w:ascii="Aptos" w:hAnsi="Aptos"/>
          <w:b/>
          <w:sz w:val="20"/>
        </w:rPr>
        <w:t>2026-2027 EĞİTİM ÖĞRETİM YILI TÜRKÇE DERSİ 8. SINIF 1. DÖNEM 1. ORTAK YAZILI SINAVI (4.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6E5F26" w14:paraId="443BE9E9" w14:textId="77777777" w:rsidTr="006E5F26">
        <w:trPr>
          <w:jc w:val="center"/>
        </w:trPr>
        <w:tc>
          <w:tcPr>
            <w:tcW w:w="7654" w:type="dxa"/>
          </w:tcPr>
          <w:p w14:paraId="427A1235" w14:textId="77777777" w:rsidR="006E5F26" w:rsidRDefault="006E5F26">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60194369" w14:textId="77777777" w:rsidR="006E5F26" w:rsidRDefault="006E5F26">
            <w:pPr>
              <w:spacing w:before="40" w:after="40"/>
            </w:pPr>
            <w:r>
              <w:rPr>
                <w:rFonts w:ascii="Aptos" w:hAnsi="Aptos"/>
                <w:b/>
                <w:sz w:val="20"/>
              </w:rPr>
              <w:t>Aldığı Not:</w:t>
            </w:r>
          </w:p>
        </w:tc>
      </w:tr>
      <w:tr w:rsidR="006E5F26" w14:paraId="18F8E436" w14:textId="77777777">
        <w:trPr>
          <w:jc w:val="center"/>
        </w:trPr>
        <w:tc>
          <w:tcPr>
            <w:tcW w:w="7654" w:type="dxa"/>
          </w:tcPr>
          <w:p w14:paraId="49897685" w14:textId="77777777" w:rsidR="006E5F26" w:rsidRDefault="006E5F26">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3994B537" w14:textId="77777777" w:rsidR="006E5F26" w:rsidRDefault="006E5F26">
            <w:pPr>
              <w:spacing w:before="40" w:after="40"/>
            </w:pPr>
          </w:p>
        </w:tc>
      </w:tr>
    </w:tbl>
    <w:p w14:paraId="1F57AE4E" w14:textId="77777777" w:rsidR="00C96E91" w:rsidRDefault="00000000">
      <w:pPr>
        <w:spacing w:before="120" w:after="40"/>
      </w:pPr>
      <w:r>
        <w:rPr>
          <w:rFonts w:ascii="Aptos" w:hAnsi="Aptos"/>
          <w:b/>
          <w:sz w:val="20"/>
        </w:rPr>
        <w:t>A. OKUMA VE ANLAMA ÇALIŞMASI</w:t>
      </w:r>
    </w:p>
    <w:p w14:paraId="01C6B324" w14:textId="77777777" w:rsidR="00C96E91" w:rsidRDefault="00000000">
      <w:pPr>
        <w:spacing w:after="80"/>
      </w:pPr>
      <w:r>
        <w:rPr>
          <w:rFonts w:ascii="Aptos" w:hAnsi="Aptos"/>
          <w:i/>
          <w:sz w:val="20"/>
        </w:rPr>
        <w:t>(Aşağıdaki 1, 2, 3, 4, 5 ve 6. soruları metne göre cevaplayınız.)</w:t>
      </w:r>
    </w:p>
    <w:p w14:paraId="3ED32686" w14:textId="77777777" w:rsidR="00C96E91" w:rsidRDefault="00000000">
      <w:pPr>
        <w:spacing w:before="40" w:after="40"/>
        <w:jc w:val="center"/>
      </w:pPr>
      <w:r>
        <w:rPr>
          <w:rFonts w:ascii="Aptos" w:hAnsi="Aptos"/>
          <w:b/>
          <w:sz w:val="20"/>
        </w:rPr>
        <w:t>DİJİTAL ÇAĞIN KAYIP CEVHERİ: ODAKLANMA</w:t>
      </w:r>
    </w:p>
    <w:p w14:paraId="4579B03C" w14:textId="77777777" w:rsidR="00C96E91" w:rsidRDefault="00000000" w:rsidP="006E5F26">
      <w:pPr>
        <w:spacing w:after="80"/>
        <w:ind w:firstLine="720"/>
        <w:jc w:val="both"/>
      </w:pPr>
      <w:r>
        <w:rPr>
          <w:rFonts w:ascii="Aptos" w:hAnsi="Aptos"/>
          <w:sz w:val="20"/>
        </w:rPr>
        <w:t xml:space="preserve">Sabah gözlerimizi açtığımız andan gece yatağa girene kadar kesintisiz bir bildirim yağmuru altındayız. Akıllı telefonlar, sosyal medya platformları ve hızla akıp giden kısa videolar; dikkatimizi yüzlerce parçaya bölüyor. Odaklanma; zihnin bütün enerjisini tek bir işe, amaca veya düşünceye yoğunlaştırabilme gücüdür. Geçmiş yüzyıllarda insanlar günlerce tek bir kitap üzerinde düşünür, bir sanat eserini sabırla işlerken günümüz insanı birkaç dakikalık bir metni dahi sonuna kadar okumakta zorlanıyor. Bu durum yalnızca bireysel bir sabırsızlık meselesi değil; derin düşünme, problem çözme ve özgün üretme yeteneğimizi körelten tehlikeli bir </w:t>
      </w:r>
      <w:r>
        <w:rPr>
          <w:rFonts w:ascii="Aptos" w:hAnsi="Aptos"/>
          <w:b/>
          <w:sz w:val="20"/>
        </w:rPr>
        <w:t>tahribattır</w:t>
      </w:r>
      <w:r>
        <w:rPr>
          <w:rFonts w:ascii="Aptos" w:hAnsi="Aptos"/>
          <w:sz w:val="20"/>
        </w:rPr>
        <w:t>. Derinleşemeyen bir zihin, yüzeysel bilgilerin kıyısında sürüklenmeye mahkûmdur. Oysa insanlığı ileriye taşıyan büyük buluşlar, felsefi teoriler ve unutulmaz sanat yapıtları; zihnin dış dünyadan soyutlanarak saatlerce tek bir konuya kilitlendiği o derin odaklanma anlarında doğmuştur.</w:t>
      </w:r>
    </w:p>
    <w:p w14:paraId="686AB833" w14:textId="77777777" w:rsidR="00C96E91" w:rsidRDefault="00000000">
      <w:pPr>
        <w:spacing w:before="80" w:after="20"/>
      </w:pPr>
      <w:r>
        <w:rPr>
          <w:rFonts w:ascii="Aptos" w:hAnsi="Aptos"/>
          <w:b/>
          <w:sz w:val="20"/>
        </w:rPr>
        <w:t xml:space="preserve">SORU 1: </w:t>
      </w:r>
      <w:r>
        <w:rPr>
          <w:rFonts w:ascii="Aptos" w:hAnsi="Aptos"/>
          <w:sz w:val="20"/>
        </w:rPr>
        <w:t>(Kazanım: T.8.3.5. Bağlamdan yararlanarak bilmediği kelime ve kelime gruplarının anlamını tahmin eder.) (10 Puan)</w:t>
      </w:r>
    </w:p>
    <w:p w14:paraId="61296487" w14:textId="77777777" w:rsidR="00C96E91" w:rsidRDefault="00000000">
      <w:pPr>
        <w:spacing w:after="40"/>
      </w:pPr>
      <w:r>
        <w:rPr>
          <w:rFonts w:ascii="Aptos" w:hAnsi="Aptos"/>
          <w:b/>
          <w:sz w:val="20"/>
        </w:rPr>
        <w:t>Metinde koyu yazılmış "tahribattır" sözcüğünün anlamını metnin bağlamından hareketle tahmin ediniz. Tahmininizi bir cümle içinde kullanınız.</w:t>
      </w:r>
    </w:p>
    <w:p w14:paraId="0C026D62" w14:textId="77777777" w:rsidR="00C96E91" w:rsidRDefault="00C96E91">
      <w:pPr>
        <w:spacing w:after="80"/>
      </w:pPr>
    </w:p>
    <w:p w14:paraId="542AF003" w14:textId="77777777" w:rsidR="00C96E91" w:rsidRDefault="00C96E91">
      <w:pPr>
        <w:spacing w:after="80"/>
      </w:pPr>
    </w:p>
    <w:p w14:paraId="7D5E65D9" w14:textId="77777777" w:rsidR="006E5F26" w:rsidRDefault="006E5F26">
      <w:pPr>
        <w:spacing w:after="80"/>
      </w:pPr>
    </w:p>
    <w:p w14:paraId="0E4691C3" w14:textId="77777777" w:rsidR="00C96E91" w:rsidRDefault="00000000">
      <w:pPr>
        <w:spacing w:before="40" w:after="20"/>
      </w:pPr>
      <w:r>
        <w:rPr>
          <w:rFonts w:ascii="Aptos" w:hAnsi="Aptos"/>
          <w:b/>
          <w:sz w:val="20"/>
        </w:rPr>
        <w:t xml:space="preserve">SORU 2: </w:t>
      </w:r>
      <w:r>
        <w:rPr>
          <w:rFonts w:ascii="Aptos" w:hAnsi="Aptos"/>
          <w:sz w:val="20"/>
        </w:rPr>
        <w:t>(Kazanım: T.8.3.14. Metinle ilgili soruları cevaplar.) (10 Puan)</w:t>
      </w:r>
    </w:p>
    <w:p w14:paraId="4452A42E" w14:textId="77777777" w:rsidR="00C96E91" w:rsidRDefault="00000000">
      <w:pPr>
        <w:spacing w:after="40"/>
      </w:pPr>
      <w:r>
        <w:rPr>
          <w:rFonts w:ascii="Aptos" w:hAnsi="Aptos"/>
          <w:b/>
          <w:sz w:val="20"/>
        </w:rPr>
        <w:t>Yazara göre geçmiş yüzyıllardaki insanların zihinsel çalışma alışkanlıkları ile günümüz insanının okuma/odaklanma durumu arasında nasıl bir tezat vardır? Metne göre açıklayınız.</w:t>
      </w:r>
    </w:p>
    <w:p w14:paraId="31715759" w14:textId="77777777" w:rsidR="00C96E91" w:rsidRDefault="00C96E91">
      <w:pPr>
        <w:spacing w:after="80"/>
      </w:pPr>
    </w:p>
    <w:p w14:paraId="38E6B34A" w14:textId="77777777" w:rsidR="006E5F26" w:rsidRDefault="006E5F26">
      <w:pPr>
        <w:spacing w:after="80"/>
      </w:pPr>
    </w:p>
    <w:p w14:paraId="6430B49E" w14:textId="77777777" w:rsidR="00C96E91" w:rsidRDefault="00C96E91">
      <w:pPr>
        <w:spacing w:after="80"/>
      </w:pPr>
    </w:p>
    <w:p w14:paraId="3B8DEF95" w14:textId="77777777" w:rsidR="00C96E91" w:rsidRDefault="00000000">
      <w:pPr>
        <w:spacing w:before="40" w:after="20"/>
      </w:pPr>
      <w:r>
        <w:rPr>
          <w:rFonts w:ascii="Aptos" w:hAnsi="Aptos"/>
          <w:b/>
          <w:sz w:val="20"/>
        </w:rPr>
        <w:t xml:space="preserve">SORU 3: </w:t>
      </w:r>
      <w:r>
        <w:rPr>
          <w:rFonts w:ascii="Aptos" w:hAnsi="Aptos"/>
          <w:sz w:val="20"/>
        </w:rPr>
        <w:t>(Kazanım: T.8.3.17. Metnin ana fikrini/ana duygusunu belirler.) (10 Puan)</w:t>
      </w:r>
    </w:p>
    <w:p w14:paraId="4F2D0D55" w14:textId="77777777" w:rsidR="00C96E91" w:rsidRDefault="00000000">
      <w:pPr>
        <w:spacing w:after="40"/>
      </w:pPr>
      <w:r>
        <w:rPr>
          <w:rFonts w:ascii="Aptos" w:hAnsi="Aptos"/>
          <w:b/>
          <w:sz w:val="20"/>
        </w:rPr>
        <w:t>Okuduğunuz metinde yazarın asıl anlatmak istediği ana düşünceyi (ana fikri) bir cümleyle yazınız.</w:t>
      </w:r>
    </w:p>
    <w:p w14:paraId="0E65466E" w14:textId="77777777" w:rsidR="00C96E91" w:rsidRDefault="00C96E91">
      <w:pPr>
        <w:spacing w:after="80"/>
      </w:pPr>
    </w:p>
    <w:p w14:paraId="0D795DBC" w14:textId="77777777" w:rsidR="006E5F26" w:rsidRDefault="006E5F26">
      <w:pPr>
        <w:spacing w:after="80"/>
      </w:pPr>
    </w:p>
    <w:p w14:paraId="35381832" w14:textId="77777777" w:rsidR="006E5F26" w:rsidRDefault="006E5F26">
      <w:pPr>
        <w:spacing w:after="80"/>
      </w:pPr>
    </w:p>
    <w:p w14:paraId="5E4BA78D" w14:textId="77777777" w:rsidR="00C96E91" w:rsidRDefault="00000000">
      <w:pPr>
        <w:spacing w:before="40" w:after="20"/>
      </w:pPr>
      <w:r>
        <w:rPr>
          <w:rFonts w:ascii="Aptos" w:hAnsi="Aptos"/>
          <w:b/>
          <w:sz w:val="20"/>
        </w:rPr>
        <w:t xml:space="preserve">SORU 4: </w:t>
      </w:r>
      <w:r>
        <w:rPr>
          <w:rFonts w:ascii="Aptos" w:hAnsi="Aptos"/>
          <w:sz w:val="20"/>
        </w:rPr>
        <w:t>(Kazanım: T.8.3.18. Metindeki yardımcı fikirleri belirler.) (10 Puan)</w:t>
      </w:r>
    </w:p>
    <w:p w14:paraId="1767B1E7" w14:textId="77777777" w:rsidR="00C96E91" w:rsidRDefault="00000000">
      <w:pPr>
        <w:spacing w:after="40"/>
      </w:pPr>
      <w:r>
        <w:rPr>
          <w:rFonts w:ascii="Aptos" w:hAnsi="Aptos"/>
          <w:b/>
          <w:sz w:val="20"/>
        </w:rPr>
        <w:t>Metinden çıkarılabilecek iki yardımcı düşünceyi maddeler hâlinde yazınız.</w:t>
      </w:r>
    </w:p>
    <w:p w14:paraId="0020B10E" w14:textId="1AD63141" w:rsidR="00C96E91" w:rsidRDefault="00000000">
      <w:pPr>
        <w:spacing w:before="40" w:after="40"/>
      </w:pPr>
      <w:r>
        <w:rPr>
          <w:rFonts w:ascii="Aptos" w:hAnsi="Aptos"/>
          <w:sz w:val="20"/>
        </w:rPr>
        <w:t xml:space="preserve">• 1. Yardımcı Fikir: </w:t>
      </w:r>
      <w:r>
        <w:rPr>
          <w:rFonts w:ascii="Aptos" w:hAnsi="Aptos"/>
          <w:sz w:val="20"/>
        </w:rPr>
        <w:br/>
        <w:t xml:space="preserve">• 2. Yardımcı Fikir: </w:t>
      </w:r>
    </w:p>
    <w:p w14:paraId="0DFC6DCD" w14:textId="77777777" w:rsidR="006E5F26" w:rsidRDefault="006E5F26">
      <w:pPr>
        <w:spacing w:before="40" w:after="20"/>
        <w:rPr>
          <w:rFonts w:ascii="Aptos" w:hAnsi="Aptos"/>
          <w:b/>
          <w:sz w:val="20"/>
        </w:rPr>
      </w:pPr>
    </w:p>
    <w:p w14:paraId="01351A2A" w14:textId="4404FA20" w:rsidR="00C96E91" w:rsidRDefault="00000000">
      <w:pPr>
        <w:spacing w:before="40" w:after="20"/>
      </w:pPr>
      <w:r>
        <w:rPr>
          <w:rFonts w:ascii="Aptos" w:hAnsi="Aptos"/>
          <w:b/>
          <w:sz w:val="20"/>
        </w:rPr>
        <w:t xml:space="preserve">SORU 5: </w:t>
      </w:r>
      <w:r>
        <w:rPr>
          <w:rFonts w:ascii="Aptos" w:hAnsi="Aptos"/>
          <w:sz w:val="20"/>
        </w:rPr>
        <w:t>(Kazanım: T.8.3.34. Okuduklarında kullanılan düşünceyi geliştirme yollarını belirler.) (10 Puan)</w:t>
      </w:r>
    </w:p>
    <w:p w14:paraId="6D3979F3" w14:textId="77777777" w:rsidR="00C96E91" w:rsidRDefault="00000000">
      <w:pPr>
        <w:spacing w:after="40"/>
      </w:pPr>
      <w:r>
        <w:rPr>
          <w:rFonts w:ascii="Aptos" w:hAnsi="Aptos"/>
          <w:b/>
          <w:sz w:val="20"/>
        </w:rPr>
        <w:t>Metinde kullanılan aşağıdaki düşünceyi geliştirme yollarının örneklerini metinden bularak karşılarına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9"/>
        <w:gridCol w:w="7809"/>
      </w:tblGrid>
      <w:tr w:rsidR="00C96E91" w14:paraId="4ADBFD64" w14:textId="77777777" w:rsidTr="006E5F26">
        <w:trPr>
          <w:jc w:val="center"/>
        </w:trPr>
        <w:tc>
          <w:tcPr>
            <w:tcW w:w="2679" w:type="dxa"/>
          </w:tcPr>
          <w:p w14:paraId="51084C6F" w14:textId="77777777" w:rsidR="00C96E91" w:rsidRDefault="00000000">
            <w:pPr>
              <w:spacing w:before="40" w:after="40"/>
            </w:pPr>
            <w:proofErr w:type="spellStart"/>
            <w:r>
              <w:rPr>
                <w:rFonts w:ascii="Aptos" w:hAnsi="Aptos"/>
                <w:b/>
                <w:sz w:val="20"/>
              </w:rPr>
              <w:t>Düşünceyi</w:t>
            </w:r>
            <w:proofErr w:type="spellEnd"/>
            <w:r>
              <w:rPr>
                <w:rFonts w:ascii="Aptos" w:hAnsi="Aptos"/>
                <w:b/>
                <w:sz w:val="20"/>
              </w:rPr>
              <w:t xml:space="preserve"> </w:t>
            </w:r>
            <w:proofErr w:type="spellStart"/>
            <w:r>
              <w:rPr>
                <w:rFonts w:ascii="Aptos" w:hAnsi="Aptos"/>
                <w:b/>
                <w:sz w:val="20"/>
              </w:rPr>
              <w:t>Geliştirme</w:t>
            </w:r>
            <w:proofErr w:type="spellEnd"/>
            <w:r>
              <w:rPr>
                <w:rFonts w:ascii="Aptos" w:hAnsi="Aptos"/>
                <w:b/>
                <w:sz w:val="20"/>
              </w:rPr>
              <w:t xml:space="preserve"> </w:t>
            </w:r>
            <w:proofErr w:type="spellStart"/>
            <w:r>
              <w:rPr>
                <w:rFonts w:ascii="Aptos" w:hAnsi="Aptos"/>
                <w:b/>
                <w:sz w:val="20"/>
              </w:rPr>
              <w:t>Yolu</w:t>
            </w:r>
            <w:proofErr w:type="spellEnd"/>
          </w:p>
        </w:tc>
        <w:tc>
          <w:tcPr>
            <w:tcW w:w="7809" w:type="dxa"/>
          </w:tcPr>
          <w:p w14:paraId="466925CD" w14:textId="77777777" w:rsidR="00C96E91" w:rsidRDefault="00000000">
            <w:pPr>
              <w:spacing w:before="40" w:after="40"/>
            </w:pPr>
            <w:r>
              <w:rPr>
                <w:rFonts w:ascii="Aptos" w:hAnsi="Aptos"/>
                <w:b/>
                <w:sz w:val="20"/>
              </w:rPr>
              <w:t>Metindeki Cümlesi / İfadesi</w:t>
            </w:r>
          </w:p>
        </w:tc>
      </w:tr>
      <w:tr w:rsidR="00C96E91" w14:paraId="25730C4C" w14:textId="77777777" w:rsidTr="006E5F26">
        <w:trPr>
          <w:jc w:val="center"/>
        </w:trPr>
        <w:tc>
          <w:tcPr>
            <w:tcW w:w="2679" w:type="dxa"/>
          </w:tcPr>
          <w:p w14:paraId="7494CFF3" w14:textId="31EA1D0B" w:rsidR="00C96E91" w:rsidRDefault="00000000">
            <w:pPr>
              <w:spacing w:before="40" w:after="40"/>
            </w:pPr>
            <w:proofErr w:type="spellStart"/>
            <w:r>
              <w:rPr>
                <w:rFonts w:ascii="Aptos" w:hAnsi="Aptos"/>
                <w:b/>
                <w:sz w:val="20"/>
              </w:rPr>
              <w:t>Tanımlama</w:t>
            </w:r>
            <w:proofErr w:type="spellEnd"/>
          </w:p>
        </w:tc>
        <w:tc>
          <w:tcPr>
            <w:tcW w:w="7809" w:type="dxa"/>
          </w:tcPr>
          <w:p w14:paraId="09E98EF2" w14:textId="77777777" w:rsidR="00C96E91" w:rsidRDefault="00C96E91">
            <w:pPr>
              <w:spacing w:before="40" w:after="40"/>
            </w:pPr>
          </w:p>
          <w:p w14:paraId="0BFA8954" w14:textId="77777777" w:rsidR="006E5F26" w:rsidRDefault="006E5F26">
            <w:pPr>
              <w:spacing w:before="40" w:after="40"/>
            </w:pPr>
          </w:p>
        </w:tc>
      </w:tr>
      <w:tr w:rsidR="00C96E91" w14:paraId="41C1AF43" w14:textId="77777777" w:rsidTr="006E5F26">
        <w:trPr>
          <w:jc w:val="center"/>
        </w:trPr>
        <w:tc>
          <w:tcPr>
            <w:tcW w:w="2679" w:type="dxa"/>
          </w:tcPr>
          <w:p w14:paraId="49AB7C9A" w14:textId="25736680" w:rsidR="00C96E91" w:rsidRDefault="00000000">
            <w:pPr>
              <w:spacing w:before="40" w:after="40"/>
            </w:pPr>
            <w:proofErr w:type="spellStart"/>
            <w:r>
              <w:rPr>
                <w:rFonts w:ascii="Aptos" w:hAnsi="Aptos"/>
                <w:b/>
                <w:sz w:val="20"/>
              </w:rPr>
              <w:t>Karşılaştırma</w:t>
            </w:r>
            <w:proofErr w:type="spellEnd"/>
          </w:p>
        </w:tc>
        <w:tc>
          <w:tcPr>
            <w:tcW w:w="7809" w:type="dxa"/>
          </w:tcPr>
          <w:p w14:paraId="692D8258" w14:textId="77777777" w:rsidR="00C96E91" w:rsidRDefault="00C96E91">
            <w:pPr>
              <w:spacing w:before="40" w:after="40"/>
            </w:pPr>
          </w:p>
          <w:p w14:paraId="52D7F43D" w14:textId="77777777" w:rsidR="006E5F26" w:rsidRDefault="006E5F26">
            <w:pPr>
              <w:spacing w:before="40" w:after="40"/>
            </w:pPr>
          </w:p>
        </w:tc>
      </w:tr>
    </w:tbl>
    <w:p w14:paraId="3E6D74C8" w14:textId="280D1296" w:rsidR="00C96E91" w:rsidRDefault="00000000">
      <w:pPr>
        <w:spacing w:before="80" w:after="20"/>
      </w:pPr>
      <w:r>
        <w:rPr>
          <w:rFonts w:ascii="Aptos" w:hAnsi="Aptos"/>
          <w:b/>
          <w:sz w:val="20"/>
        </w:rPr>
        <w:lastRenderedPageBreak/>
        <w:t xml:space="preserve">SORU 6: </w:t>
      </w:r>
      <w:r>
        <w:rPr>
          <w:rFonts w:ascii="Aptos" w:hAnsi="Aptos"/>
          <w:sz w:val="20"/>
        </w:rPr>
        <w:t>(Kazanım: T.8.3.26. Metin türlerini ayırt eder.) (10 Puan)</w:t>
      </w:r>
    </w:p>
    <w:p w14:paraId="0825F586" w14:textId="77777777" w:rsidR="00C96E91" w:rsidRDefault="00000000">
      <w:pPr>
        <w:spacing w:after="40"/>
      </w:pPr>
      <w:r>
        <w:rPr>
          <w:rFonts w:ascii="Aptos" w:hAnsi="Aptos"/>
          <w:b/>
          <w:sz w:val="20"/>
        </w:rPr>
        <w:t>Okuduğunuz metin "Deneme" türüne ait özellikler taşımaktadır. Metinden hareketle deneme türünün iki temel özelliğini yazınız.</w:t>
      </w:r>
    </w:p>
    <w:p w14:paraId="3348D97E" w14:textId="1C5556FD" w:rsidR="00C96E91" w:rsidRDefault="00000000">
      <w:pPr>
        <w:spacing w:before="40" w:after="40"/>
      </w:pPr>
      <w:r>
        <w:rPr>
          <w:rFonts w:ascii="Aptos" w:hAnsi="Aptos"/>
          <w:sz w:val="20"/>
        </w:rPr>
        <w:t xml:space="preserve">1. Özellik: </w:t>
      </w:r>
      <w:r>
        <w:rPr>
          <w:rFonts w:ascii="Aptos" w:hAnsi="Aptos"/>
          <w:sz w:val="20"/>
        </w:rPr>
        <w:br/>
        <w:t xml:space="preserve">2. Özellik: </w:t>
      </w:r>
    </w:p>
    <w:p w14:paraId="0CCC7903" w14:textId="77777777" w:rsidR="00C96E91" w:rsidRDefault="00000000">
      <w:pPr>
        <w:spacing w:before="80" w:after="40"/>
      </w:pPr>
      <w:r>
        <w:rPr>
          <w:rFonts w:ascii="Aptos" w:hAnsi="Aptos"/>
          <w:b/>
          <w:sz w:val="20"/>
        </w:rPr>
        <w:t>B. DİL BİLGİSİ ÇALIŞMASI (15 PUAN)</w:t>
      </w:r>
    </w:p>
    <w:p w14:paraId="1B4B3172" w14:textId="77777777" w:rsidR="00C96E91" w:rsidRDefault="00000000">
      <w:pPr>
        <w:spacing w:before="40" w:after="20"/>
      </w:pPr>
      <w:r>
        <w:rPr>
          <w:rFonts w:ascii="Aptos" w:hAnsi="Aptos"/>
          <w:b/>
          <w:sz w:val="20"/>
        </w:rPr>
        <w:t xml:space="preserve">SORU 7: </w:t>
      </w:r>
      <w:r>
        <w:rPr>
          <w:rFonts w:ascii="Aptos" w:hAnsi="Aptos"/>
          <w:sz w:val="20"/>
        </w:rPr>
        <w:t>(Kazanım: T.8.3.9. Fiilimsilerin cümledeki işlevlerini kavrar.) (15 Puan)</w:t>
      </w:r>
    </w:p>
    <w:p w14:paraId="2EB4B596" w14:textId="77777777" w:rsidR="00C96E91" w:rsidRDefault="00000000">
      <w:pPr>
        <w:spacing w:after="40"/>
      </w:pPr>
      <w:r>
        <w:rPr>
          <w:rFonts w:ascii="Aptos" w:hAnsi="Aptos"/>
          <w:b/>
          <w:sz w:val="20"/>
        </w:rPr>
        <w:t>Aşağıdaki fiilimsi görev analizlerini yönergelere göre tamamlayınız.</w:t>
      </w:r>
    </w:p>
    <w:p w14:paraId="17AA24BD" w14:textId="77777777" w:rsidR="006E5F26" w:rsidRPr="006E5F26" w:rsidRDefault="00000000">
      <w:pPr>
        <w:spacing w:before="40" w:after="40"/>
        <w:rPr>
          <w:rFonts w:ascii="Aptos" w:hAnsi="Aptos"/>
          <w:b/>
          <w:bCs/>
          <w:sz w:val="20"/>
        </w:rPr>
      </w:pPr>
      <w:r>
        <w:rPr>
          <w:rFonts w:ascii="Aptos" w:hAnsi="Aptos"/>
          <w:sz w:val="20"/>
        </w:rPr>
        <w:t>a) "</w:t>
      </w:r>
      <w:proofErr w:type="spellStart"/>
      <w:r>
        <w:rPr>
          <w:rFonts w:ascii="Aptos" w:hAnsi="Aptos"/>
          <w:sz w:val="20"/>
        </w:rPr>
        <w:t>Zihnini</w:t>
      </w:r>
      <w:proofErr w:type="spellEnd"/>
      <w:r>
        <w:rPr>
          <w:rFonts w:ascii="Aptos" w:hAnsi="Aptos"/>
          <w:sz w:val="20"/>
        </w:rPr>
        <w:t xml:space="preserve"> </w:t>
      </w:r>
      <w:proofErr w:type="spellStart"/>
      <w:r>
        <w:rPr>
          <w:rFonts w:ascii="Aptos" w:hAnsi="Aptos"/>
          <w:sz w:val="20"/>
        </w:rPr>
        <w:t>dış</w:t>
      </w:r>
      <w:proofErr w:type="spellEnd"/>
      <w:r>
        <w:rPr>
          <w:rFonts w:ascii="Aptos" w:hAnsi="Aptos"/>
          <w:sz w:val="20"/>
        </w:rPr>
        <w:t xml:space="preserve"> </w:t>
      </w:r>
      <w:proofErr w:type="spellStart"/>
      <w:r>
        <w:rPr>
          <w:rFonts w:ascii="Aptos" w:hAnsi="Aptos"/>
          <w:sz w:val="20"/>
        </w:rPr>
        <w:t>dünyadan</w:t>
      </w:r>
      <w:proofErr w:type="spellEnd"/>
      <w:r>
        <w:rPr>
          <w:rFonts w:ascii="Aptos" w:hAnsi="Aptos"/>
          <w:sz w:val="20"/>
        </w:rPr>
        <w:t xml:space="preserve"> </w:t>
      </w:r>
      <w:r w:rsidRPr="006E5F26">
        <w:rPr>
          <w:rFonts w:ascii="Aptos" w:hAnsi="Aptos"/>
          <w:bCs/>
          <w:sz w:val="20"/>
        </w:rPr>
        <w:t>soyutlayarak</w:t>
      </w:r>
      <w:r>
        <w:rPr>
          <w:rFonts w:ascii="Aptos" w:hAnsi="Aptos"/>
          <w:sz w:val="20"/>
        </w:rPr>
        <w:t xml:space="preserve"> çalışan araştırmacılar başarıya ulaşır." </w:t>
      </w:r>
      <w:r w:rsidRPr="006E5F26">
        <w:rPr>
          <w:rFonts w:ascii="Aptos" w:hAnsi="Aptos"/>
          <w:b/>
          <w:bCs/>
          <w:sz w:val="20"/>
        </w:rPr>
        <w:t xml:space="preserve">cümlesindeki zarf-fiil cümleye hangi anlamı katmıştır? </w:t>
      </w:r>
    </w:p>
    <w:p w14:paraId="31635E73" w14:textId="77777777" w:rsidR="006E5F26" w:rsidRDefault="00000000">
      <w:pPr>
        <w:spacing w:before="40" w:after="40"/>
        <w:rPr>
          <w:rFonts w:ascii="Aptos" w:hAnsi="Aptos"/>
          <w:b/>
          <w:bCs/>
          <w:sz w:val="20"/>
        </w:rPr>
      </w:pPr>
      <w:proofErr w:type="spellStart"/>
      <w:r w:rsidRPr="006E5F26">
        <w:rPr>
          <w:rFonts w:ascii="Aptos" w:hAnsi="Aptos"/>
          <w:b/>
          <w:bCs/>
          <w:sz w:val="20"/>
        </w:rPr>
        <w:t>Anlamı</w:t>
      </w:r>
      <w:proofErr w:type="spellEnd"/>
      <w:r w:rsidRPr="006E5F26">
        <w:rPr>
          <w:rFonts w:ascii="Aptos" w:hAnsi="Aptos"/>
          <w:b/>
          <w:bCs/>
          <w:sz w:val="20"/>
        </w:rPr>
        <w:t xml:space="preserve">: </w:t>
      </w:r>
      <w:r>
        <w:rPr>
          <w:rFonts w:ascii="Aptos" w:hAnsi="Aptos"/>
          <w:sz w:val="20"/>
        </w:rPr>
        <w:br/>
      </w:r>
      <w:r>
        <w:rPr>
          <w:rFonts w:ascii="Aptos" w:hAnsi="Aptos"/>
          <w:sz w:val="20"/>
        </w:rPr>
        <w:br/>
        <w:t xml:space="preserve">b) "Kütüphanelerde </w:t>
      </w:r>
      <w:r w:rsidRPr="006E5F26">
        <w:rPr>
          <w:rFonts w:ascii="Aptos" w:hAnsi="Aptos"/>
          <w:bCs/>
          <w:sz w:val="20"/>
        </w:rPr>
        <w:t>çalışan</w:t>
      </w:r>
      <w:r>
        <w:rPr>
          <w:rFonts w:ascii="Aptos" w:hAnsi="Aptos"/>
          <w:sz w:val="20"/>
        </w:rPr>
        <w:t xml:space="preserve"> öğrenciler sessizliği korumaya özen gösterir." </w:t>
      </w:r>
      <w:r w:rsidRPr="006E5F26">
        <w:rPr>
          <w:rFonts w:ascii="Aptos" w:hAnsi="Aptos"/>
          <w:b/>
          <w:bCs/>
          <w:sz w:val="20"/>
        </w:rPr>
        <w:t xml:space="preserve">cümlesindeki sıfat-fiilin nitelediği isim hangisidir?  </w:t>
      </w:r>
    </w:p>
    <w:p w14:paraId="660D0EF8" w14:textId="21C22DCA" w:rsidR="006E5F26" w:rsidRPr="006E5F26" w:rsidRDefault="00000000">
      <w:pPr>
        <w:spacing w:before="40" w:after="40"/>
        <w:rPr>
          <w:rFonts w:ascii="Aptos" w:hAnsi="Aptos"/>
          <w:b/>
          <w:bCs/>
          <w:sz w:val="20"/>
        </w:rPr>
      </w:pPr>
      <w:proofErr w:type="spellStart"/>
      <w:r w:rsidRPr="006E5F26">
        <w:rPr>
          <w:rFonts w:ascii="Aptos" w:hAnsi="Aptos"/>
          <w:b/>
          <w:bCs/>
          <w:sz w:val="20"/>
        </w:rPr>
        <w:t>Nitelediği</w:t>
      </w:r>
      <w:proofErr w:type="spellEnd"/>
      <w:r w:rsidRPr="006E5F26">
        <w:rPr>
          <w:rFonts w:ascii="Aptos" w:hAnsi="Aptos"/>
          <w:b/>
          <w:bCs/>
          <w:sz w:val="20"/>
        </w:rPr>
        <w:t xml:space="preserve"> </w:t>
      </w:r>
      <w:proofErr w:type="spellStart"/>
      <w:r w:rsidRPr="006E5F26">
        <w:rPr>
          <w:rFonts w:ascii="Aptos" w:hAnsi="Aptos"/>
          <w:b/>
          <w:bCs/>
          <w:sz w:val="20"/>
        </w:rPr>
        <w:t>İsim</w:t>
      </w:r>
      <w:proofErr w:type="spellEnd"/>
      <w:r w:rsidRPr="006E5F26">
        <w:rPr>
          <w:rFonts w:ascii="Aptos" w:hAnsi="Aptos"/>
          <w:b/>
          <w:bCs/>
          <w:sz w:val="20"/>
        </w:rPr>
        <w:t xml:space="preserve">: </w:t>
      </w:r>
      <w:r w:rsidRPr="006E5F26">
        <w:rPr>
          <w:rFonts w:ascii="Aptos" w:hAnsi="Aptos"/>
          <w:sz w:val="20"/>
        </w:rPr>
        <w:br/>
      </w:r>
      <w:r>
        <w:rPr>
          <w:rFonts w:ascii="Aptos" w:hAnsi="Aptos"/>
          <w:sz w:val="20"/>
        </w:rPr>
        <w:br/>
        <w:t>c) "</w:t>
      </w:r>
      <w:proofErr w:type="spellStart"/>
      <w:r>
        <w:rPr>
          <w:rFonts w:ascii="Aptos" w:hAnsi="Aptos"/>
          <w:sz w:val="20"/>
        </w:rPr>
        <w:t>Gün</w:t>
      </w:r>
      <w:proofErr w:type="spellEnd"/>
      <w:r>
        <w:rPr>
          <w:rFonts w:ascii="Aptos" w:hAnsi="Aptos"/>
          <w:sz w:val="20"/>
        </w:rPr>
        <w:t xml:space="preserve"> </w:t>
      </w:r>
      <w:proofErr w:type="spellStart"/>
      <w:r>
        <w:rPr>
          <w:rFonts w:ascii="Aptos" w:hAnsi="Aptos"/>
          <w:sz w:val="20"/>
        </w:rPr>
        <w:t>boyu</w:t>
      </w:r>
      <w:proofErr w:type="spellEnd"/>
      <w:r>
        <w:rPr>
          <w:rFonts w:ascii="Aptos" w:hAnsi="Aptos"/>
          <w:sz w:val="20"/>
        </w:rPr>
        <w:t xml:space="preserve"> ekran başında </w:t>
      </w:r>
      <w:r w:rsidRPr="006E5F26">
        <w:rPr>
          <w:rFonts w:ascii="Aptos" w:hAnsi="Aptos"/>
          <w:bCs/>
          <w:sz w:val="20"/>
        </w:rPr>
        <w:t>oturmak</w:t>
      </w:r>
      <w:r>
        <w:rPr>
          <w:rFonts w:ascii="Aptos" w:hAnsi="Aptos"/>
          <w:sz w:val="20"/>
        </w:rPr>
        <w:t xml:space="preserve"> sağlığa zararlıdır." </w:t>
      </w:r>
      <w:r w:rsidRPr="006E5F26">
        <w:rPr>
          <w:rFonts w:ascii="Aptos" w:hAnsi="Aptos"/>
          <w:b/>
          <w:bCs/>
          <w:sz w:val="20"/>
        </w:rPr>
        <w:t xml:space="preserve">cümlesindeki "oturmak" sözcüğünün fiilimsi türü nedir? </w:t>
      </w:r>
    </w:p>
    <w:p w14:paraId="65A706CB" w14:textId="3132932D" w:rsidR="00C96E91" w:rsidRPr="006E5F26" w:rsidRDefault="00000000">
      <w:pPr>
        <w:spacing w:before="40" w:after="40"/>
        <w:rPr>
          <w:b/>
          <w:bCs/>
        </w:rPr>
      </w:pPr>
      <w:proofErr w:type="spellStart"/>
      <w:r w:rsidRPr="006E5F26">
        <w:rPr>
          <w:rFonts w:ascii="Aptos" w:hAnsi="Aptos"/>
          <w:b/>
          <w:bCs/>
          <w:sz w:val="20"/>
        </w:rPr>
        <w:t>Fiilimsi</w:t>
      </w:r>
      <w:proofErr w:type="spellEnd"/>
      <w:r w:rsidRPr="006E5F26">
        <w:rPr>
          <w:rFonts w:ascii="Aptos" w:hAnsi="Aptos"/>
          <w:b/>
          <w:bCs/>
          <w:sz w:val="20"/>
        </w:rPr>
        <w:t xml:space="preserve"> Türü: </w:t>
      </w:r>
    </w:p>
    <w:p w14:paraId="6E2D9E61" w14:textId="77777777" w:rsidR="006E5F26" w:rsidRDefault="006E5F26">
      <w:pPr>
        <w:spacing w:before="80" w:after="40"/>
        <w:rPr>
          <w:rFonts w:ascii="Aptos" w:hAnsi="Aptos"/>
          <w:b/>
          <w:sz w:val="20"/>
        </w:rPr>
      </w:pPr>
    </w:p>
    <w:p w14:paraId="53BC88A4" w14:textId="10F6FBFC" w:rsidR="00C96E91" w:rsidRDefault="00000000">
      <w:pPr>
        <w:spacing w:before="80" w:after="40"/>
      </w:pPr>
      <w:r>
        <w:rPr>
          <w:rFonts w:ascii="Aptos" w:hAnsi="Aptos"/>
          <w:b/>
          <w:sz w:val="20"/>
        </w:rPr>
        <w:t>C. YAZMA ÇALIŞMASI (25 PUAN)</w:t>
      </w:r>
    </w:p>
    <w:p w14:paraId="02D2CED4" w14:textId="77777777" w:rsidR="00C96E91" w:rsidRDefault="00000000">
      <w:pPr>
        <w:spacing w:before="40" w:after="20"/>
      </w:pPr>
      <w:r>
        <w:rPr>
          <w:rFonts w:ascii="Aptos" w:hAnsi="Aptos"/>
          <w:b/>
          <w:sz w:val="20"/>
        </w:rPr>
        <w:t xml:space="preserve">SORU 8: </w:t>
      </w:r>
      <w:r>
        <w:rPr>
          <w:rFonts w:ascii="Aptos" w:hAnsi="Aptos"/>
          <w:sz w:val="20"/>
        </w:rPr>
        <w:t>(Kazanım: T.8.4.18. Bilgilendirici metin yazar.) (25 Puan)</w:t>
      </w:r>
    </w:p>
    <w:p w14:paraId="6C5546EC" w14:textId="77777777" w:rsidR="00C96E91" w:rsidRDefault="00000000">
      <w:pPr>
        <w:spacing w:after="40"/>
      </w:pPr>
      <w:r>
        <w:rPr>
          <w:rFonts w:ascii="Aptos" w:hAnsi="Aptos"/>
          <w:b/>
          <w:sz w:val="20"/>
        </w:rPr>
        <w:t>Aşağıda verilen konuda görüşlerinizi gerekçelendirerek anlatan bilgilendirici bir paragraf yazınız. Yazınızda "sabır, irade, derinleşmek, üretkenlik" sözcüklerinden en az üç tanesini anlamına uygun olarak kullanınız. Yazınıza uygun bir başlık koymayı, yazım ve noktalama kurallarına uymayı unutmayınız.</w:t>
      </w:r>
    </w:p>
    <w:p w14:paraId="1E8EB683" w14:textId="77777777" w:rsidR="00C96E91" w:rsidRDefault="00000000">
      <w:pPr>
        <w:spacing w:before="40" w:after="40"/>
      </w:pPr>
      <w:r>
        <w:rPr>
          <w:rFonts w:ascii="Aptos" w:hAnsi="Aptos"/>
          <w:b/>
          <w:sz w:val="20"/>
        </w:rPr>
        <w:t xml:space="preserve">KONU: </w:t>
      </w:r>
      <w:r>
        <w:rPr>
          <w:rFonts w:ascii="Aptos" w:hAnsi="Aptos"/>
          <w:sz w:val="20"/>
        </w:rPr>
        <w:t>"Hızlı tüketim ve dijital dikkat dağınıklığı çağında zihinsel disiplini ve odaklanma becerisini korumanın önemi."</w:t>
      </w:r>
    </w:p>
    <w:p w14:paraId="695B07E0" w14:textId="77777777" w:rsidR="00C96E91" w:rsidRDefault="00C96E91">
      <w:pPr>
        <w:spacing w:after="120"/>
        <w:rPr>
          <w:rFonts w:ascii="Aptos" w:hAnsi="Aptos"/>
          <w:b/>
          <w:sz w:val="20"/>
        </w:rPr>
      </w:pPr>
    </w:p>
    <w:p w14:paraId="7AB18C21" w14:textId="77777777" w:rsidR="006E5F26" w:rsidRDefault="006E5F26">
      <w:pPr>
        <w:spacing w:after="120"/>
        <w:rPr>
          <w:rFonts w:ascii="Aptos" w:hAnsi="Aptos"/>
          <w:b/>
          <w:sz w:val="20"/>
        </w:rPr>
      </w:pPr>
    </w:p>
    <w:p w14:paraId="75CF9BFF" w14:textId="77777777" w:rsidR="006E5F26" w:rsidRDefault="006E5F26">
      <w:pPr>
        <w:spacing w:after="120"/>
        <w:rPr>
          <w:rFonts w:ascii="Aptos" w:hAnsi="Aptos"/>
          <w:b/>
          <w:sz w:val="20"/>
        </w:rPr>
      </w:pPr>
    </w:p>
    <w:p w14:paraId="001907FE" w14:textId="77777777" w:rsidR="006E5F26" w:rsidRDefault="006E5F26">
      <w:pPr>
        <w:spacing w:after="120"/>
        <w:rPr>
          <w:rFonts w:ascii="Aptos" w:hAnsi="Aptos"/>
          <w:b/>
          <w:sz w:val="20"/>
        </w:rPr>
      </w:pPr>
    </w:p>
    <w:p w14:paraId="4D86001A" w14:textId="77777777" w:rsidR="006E5F26" w:rsidRDefault="006E5F26">
      <w:pPr>
        <w:spacing w:after="120"/>
        <w:rPr>
          <w:rFonts w:ascii="Aptos" w:hAnsi="Aptos"/>
          <w:b/>
          <w:sz w:val="20"/>
        </w:rPr>
      </w:pPr>
    </w:p>
    <w:p w14:paraId="3A5832B3" w14:textId="77777777" w:rsidR="006E5F26" w:rsidRDefault="006E5F26">
      <w:pPr>
        <w:spacing w:after="120"/>
        <w:rPr>
          <w:rFonts w:ascii="Aptos" w:hAnsi="Aptos"/>
          <w:b/>
          <w:sz w:val="20"/>
        </w:rPr>
      </w:pPr>
    </w:p>
    <w:p w14:paraId="1423CD06" w14:textId="77777777" w:rsidR="006E5F26" w:rsidRDefault="006E5F26">
      <w:pPr>
        <w:spacing w:after="120"/>
        <w:rPr>
          <w:rFonts w:ascii="Aptos" w:hAnsi="Aptos"/>
          <w:b/>
          <w:sz w:val="20"/>
        </w:rPr>
      </w:pPr>
    </w:p>
    <w:p w14:paraId="282A0736" w14:textId="77777777" w:rsidR="006E5F26" w:rsidRDefault="006E5F26">
      <w:pPr>
        <w:spacing w:after="120"/>
        <w:rPr>
          <w:rFonts w:ascii="Aptos" w:hAnsi="Aptos"/>
          <w:b/>
          <w:sz w:val="20"/>
        </w:rPr>
      </w:pPr>
    </w:p>
    <w:p w14:paraId="51DEFD66" w14:textId="77777777" w:rsidR="006E5F26" w:rsidRDefault="006E5F26">
      <w:pPr>
        <w:spacing w:after="120"/>
        <w:rPr>
          <w:rFonts w:ascii="Aptos" w:hAnsi="Aptos"/>
          <w:b/>
          <w:sz w:val="20"/>
        </w:rPr>
      </w:pPr>
    </w:p>
    <w:p w14:paraId="4C822B2D" w14:textId="77777777" w:rsidR="006E5F26" w:rsidRDefault="006E5F26">
      <w:pPr>
        <w:spacing w:after="120"/>
        <w:rPr>
          <w:rFonts w:ascii="Aptos" w:hAnsi="Aptos"/>
          <w:b/>
          <w:sz w:val="20"/>
        </w:rPr>
      </w:pPr>
    </w:p>
    <w:p w14:paraId="19229038" w14:textId="77777777" w:rsidR="006E5F26" w:rsidRDefault="006E5F26">
      <w:pPr>
        <w:spacing w:after="120"/>
        <w:rPr>
          <w:rFonts w:ascii="Aptos" w:hAnsi="Aptos"/>
          <w:b/>
          <w:sz w:val="20"/>
        </w:rPr>
      </w:pPr>
    </w:p>
    <w:p w14:paraId="43DAF327" w14:textId="77777777" w:rsidR="006E5F26" w:rsidRDefault="006E5F26">
      <w:pPr>
        <w:spacing w:after="120"/>
        <w:rPr>
          <w:rFonts w:ascii="Aptos" w:hAnsi="Aptos"/>
          <w:b/>
          <w:sz w:val="20"/>
        </w:rPr>
      </w:pPr>
    </w:p>
    <w:p w14:paraId="6D9CB58A" w14:textId="77777777" w:rsidR="006E5F26" w:rsidRDefault="006E5F26">
      <w:pPr>
        <w:spacing w:after="120"/>
        <w:rPr>
          <w:rFonts w:ascii="Aptos" w:hAnsi="Aptos"/>
          <w:b/>
          <w:sz w:val="20"/>
        </w:rPr>
      </w:pPr>
    </w:p>
    <w:p w14:paraId="3F14F32F" w14:textId="77777777" w:rsidR="006E5F26" w:rsidRDefault="006E5F26">
      <w:pPr>
        <w:spacing w:after="120"/>
      </w:pPr>
    </w:p>
    <w:p w14:paraId="644A19BA" w14:textId="77777777" w:rsidR="00C96E91" w:rsidRDefault="00C96E91">
      <w:pPr>
        <w:spacing w:after="120"/>
      </w:pPr>
    </w:p>
    <w:p w14:paraId="09C9F05B" w14:textId="77777777" w:rsidR="00C96E91" w:rsidRDefault="00C96E91">
      <w:pPr>
        <w:spacing w:after="120"/>
      </w:pPr>
    </w:p>
    <w:p w14:paraId="2316893C" w14:textId="77777777" w:rsidR="00C96E91" w:rsidRDefault="00C96E91">
      <w:pPr>
        <w:spacing w:after="120"/>
      </w:pPr>
    </w:p>
    <w:p w14:paraId="329B82C9" w14:textId="77777777" w:rsidR="00C96E91" w:rsidRDefault="00C96E91">
      <w:pPr>
        <w:spacing w:after="120"/>
      </w:pPr>
    </w:p>
    <w:p w14:paraId="12F53782" w14:textId="77777777" w:rsidR="00C96E91" w:rsidRDefault="00000000">
      <w:pPr>
        <w:spacing w:before="120" w:after="80"/>
        <w:jc w:val="right"/>
      </w:pPr>
      <w:r>
        <w:rPr>
          <w:rFonts w:ascii="Aptos" w:hAnsi="Aptos"/>
          <w:b/>
          <w:sz w:val="20"/>
        </w:rPr>
        <w:lastRenderedPageBreak/>
        <w:t>Sınav Süresi: 40 Dakikadır. | Başarılar Dilerim. KonuVakti.com | TestVakti.net | Turkcetestvakti.com</w:t>
      </w:r>
    </w:p>
    <w:p w14:paraId="645F2B93" w14:textId="77777777" w:rsidR="00C96E91" w:rsidRDefault="00000000">
      <w:pPr>
        <w:spacing w:before="200" w:after="80"/>
        <w:jc w:val="center"/>
      </w:pPr>
      <w:r>
        <w:rPr>
          <w:rFonts w:ascii="Segoe UI Emoji" w:hAnsi="Segoe UI Emoji"/>
          <w:b/>
          <w:sz w:val="20"/>
        </w:rPr>
        <w:t xml:space="preserve">🔑 </w:t>
      </w:r>
      <w:r>
        <w:rPr>
          <w:rFonts w:ascii="Aptos" w:hAnsi="Aptos"/>
          <w:b/>
          <w:sz w:val="20"/>
        </w:rPr>
        <w:t>Öğretmenim İçin Cevap Anahtarı</w:t>
      </w:r>
    </w:p>
    <w:p w14:paraId="32178CD5" w14:textId="77777777" w:rsidR="00C96E91" w:rsidRDefault="00000000" w:rsidP="006E5F26">
      <w:pPr>
        <w:spacing w:before="40" w:after="40" w:line="360" w:lineRule="auto"/>
      </w:pPr>
      <w:r>
        <w:rPr>
          <w:rFonts w:ascii="Aptos" w:hAnsi="Aptos"/>
          <w:b/>
          <w:sz w:val="20"/>
        </w:rPr>
        <w:t>1. Soru:</w:t>
      </w:r>
      <w:r>
        <w:rPr>
          <w:rFonts w:ascii="Aptos" w:hAnsi="Aptos"/>
          <w:sz w:val="20"/>
        </w:rPr>
        <w:t xml:space="preserve"> "Tahribat" sözcüğünün tahmini: Yıkım, büyük zarar, bozunma, işe yaramaz hâle getirme, hasar. Cümle: "Dikkatsizlik yüzünden meydana gelen kaza arabada büyük bir tahribata yol açtı." (Tahmin 6, Cümle 4 Puan; Toplam 10 Puan)</w:t>
      </w:r>
    </w:p>
    <w:p w14:paraId="4C828678" w14:textId="77777777" w:rsidR="00C96E91" w:rsidRDefault="00000000" w:rsidP="006E5F26">
      <w:pPr>
        <w:spacing w:before="40" w:after="40" w:line="360" w:lineRule="auto"/>
      </w:pPr>
      <w:r>
        <w:rPr>
          <w:rFonts w:ascii="Aptos" w:hAnsi="Aptos"/>
          <w:b/>
          <w:sz w:val="20"/>
        </w:rPr>
        <w:t>2. Soru:</w:t>
      </w:r>
      <w:r>
        <w:rPr>
          <w:rFonts w:ascii="Aptos" w:hAnsi="Aptos"/>
          <w:sz w:val="20"/>
        </w:rPr>
        <w:t xml:space="preserve"> Geçmiş yüzyıllarda insanlar günlerce tek bir kitap üzerinde sabırla düşünüp sanat eserlerini derinlemesine işlerken günümüz insanı dikkatini toparlayamamakta ve birkaç dakikalık kısa bir metni dahi sonuna kadar okumakta zorlanmaktadır. (10 Puan)</w:t>
      </w:r>
    </w:p>
    <w:p w14:paraId="466D812F" w14:textId="77777777" w:rsidR="00C96E91" w:rsidRDefault="00000000" w:rsidP="006E5F26">
      <w:pPr>
        <w:spacing w:before="40" w:after="40" w:line="360" w:lineRule="auto"/>
      </w:pPr>
      <w:r>
        <w:rPr>
          <w:rFonts w:ascii="Aptos" w:hAnsi="Aptos"/>
          <w:b/>
          <w:sz w:val="20"/>
        </w:rPr>
        <w:t>3. Soru:</w:t>
      </w:r>
      <w:r>
        <w:rPr>
          <w:rFonts w:ascii="Aptos" w:hAnsi="Aptos"/>
          <w:sz w:val="20"/>
        </w:rPr>
        <w:t xml:space="preserve"> Metnin Ana Fikri: Dijital uyarılardan uzaklaşıp tek bir hedefe derinlemesine odaklanabilme becerisi; zihinsel üretkenliğin, özgünlüğün ve başarının en temel şartıdır. (10 Puan)</w:t>
      </w:r>
    </w:p>
    <w:p w14:paraId="7201CEE0" w14:textId="77777777" w:rsidR="00C96E91" w:rsidRDefault="00000000" w:rsidP="006E5F26">
      <w:pPr>
        <w:spacing w:before="40" w:after="40" w:line="360" w:lineRule="auto"/>
      </w:pPr>
      <w:r>
        <w:rPr>
          <w:rFonts w:ascii="Aptos" w:hAnsi="Aptos"/>
          <w:b/>
          <w:sz w:val="20"/>
        </w:rPr>
        <w:t>4. Soru: (Her doğru yardımcı fikir 5 Puan; toplam 10 Puan)</w:t>
      </w:r>
      <w:r>
        <w:rPr>
          <w:rFonts w:ascii="Aptos" w:hAnsi="Aptos"/>
          <w:sz w:val="20"/>
        </w:rPr>
        <w:br/>
        <w:t>• 1. Sürekli bildirimler ve dijital ekranlar insanın dikkatini bölerek derin düşünme yetisini köreltmektedir.</w:t>
      </w:r>
      <w:r>
        <w:rPr>
          <w:rFonts w:ascii="Aptos" w:hAnsi="Aptos"/>
          <w:sz w:val="20"/>
        </w:rPr>
        <w:br/>
        <w:t>• 2. İnsanlık tarihindeki büyük icatlar, felsefi teoriler ve kalıcı sanat eserleri derin odaklanma anlarında ortaya çıkmıştır.</w:t>
      </w:r>
    </w:p>
    <w:p w14:paraId="4A6A494E" w14:textId="77777777" w:rsidR="00C96E91" w:rsidRDefault="00000000" w:rsidP="006E5F26">
      <w:pPr>
        <w:spacing w:before="40" w:after="40" w:line="360" w:lineRule="auto"/>
      </w:pPr>
      <w:r>
        <w:rPr>
          <w:rFonts w:ascii="Aptos" w:hAnsi="Aptos"/>
          <w:b/>
          <w:sz w:val="20"/>
        </w:rPr>
        <w:t>5. Soru: (Toplam 10 Puan)</w:t>
      </w:r>
      <w:r>
        <w:rPr>
          <w:rFonts w:ascii="Aptos" w:hAnsi="Aptos"/>
          <w:sz w:val="20"/>
        </w:rPr>
        <w:br/>
        <w:t>• Tanımlama: "Odaklanma; zihnin bütün enerjisini tek bir işe, amaca veya düşünceye yoğunlaştırabilme gücüdür." ifadesi. (5 Puan)</w:t>
      </w:r>
      <w:r>
        <w:rPr>
          <w:rFonts w:ascii="Aptos" w:hAnsi="Aptos"/>
          <w:sz w:val="20"/>
        </w:rPr>
        <w:br/>
        <w:t>• Karşılaştırma: Geçmiş yüzyıllardaki insanların zihinsel odaklanma süreleri ile günümüz insanının sabırsızlığı arasındaki kıyaslama. (5 Puan)</w:t>
      </w:r>
    </w:p>
    <w:p w14:paraId="6A8B1EC2" w14:textId="77777777" w:rsidR="00C96E91" w:rsidRDefault="00000000" w:rsidP="006E5F26">
      <w:pPr>
        <w:spacing w:before="40" w:after="40" w:line="360" w:lineRule="auto"/>
      </w:pPr>
      <w:r>
        <w:rPr>
          <w:rFonts w:ascii="Aptos" w:hAnsi="Aptos"/>
          <w:b/>
          <w:sz w:val="20"/>
        </w:rPr>
        <w:t>6. Soru: (Toplam 10 Puan)</w:t>
      </w:r>
      <w:r>
        <w:rPr>
          <w:rFonts w:ascii="Aptos" w:hAnsi="Aptos"/>
          <w:sz w:val="20"/>
        </w:rPr>
        <w:br/>
        <w:t>Deneme Türünün Özellikleri: 1. Yazarın güncel bir sorun hakkındaki kişisel görüşlerini kesin kurallara veya ispata bağlamadan samimi bir dille açıklaması (5 Puan). 2. Yazarın kendisiyle sohbet ediyormuş gibi rahat ve içten bir anlatım üslubu kullanması (5 Puan).</w:t>
      </w:r>
    </w:p>
    <w:p w14:paraId="7627E81E" w14:textId="77777777" w:rsidR="00C96E91" w:rsidRDefault="00000000" w:rsidP="006E5F26">
      <w:pPr>
        <w:spacing w:before="40" w:after="40" w:line="360" w:lineRule="auto"/>
      </w:pPr>
      <w:r>
        <w:rPr>
          <w:rFonts w:ascii="Aptos" w:hAnsi="Aptos"/>
          <w:b/>
          <w:sz w:val="20"/>
        </w:rPr>
        <w:t>7. Soru: (Her doğru cevap 5 Puan; toplam 15 Puan)</w:t>
      </w:r>
      <w:r>
        <w:rPr>
          <w:rFonts w:ascii="Aptos" w:hAnsi="Aptos"/>
          <w:sz w:val="20"/>
        </w:rPr>
        <w:br/>
        <w:t>a) Durum Anlamı ("Nasıl çalışarak? -&gt; Soyutlayarak"). (5 Puan)</w:t>
      </w:r>
      <w:r>
        <w:rPr>
          <w:rFonts w:ascii="Aptos" w:hAnsi="Aptos"/>
          <w:sz w:val="20"/>
        </w:rPr>
        <w:br/>
        <w:t>b) "Öğrenciler" sözcüğüdür ("Nasıl öğrenciler? -&gt; Kütüphanelerde çalışan öğrenciler"). (5 Puan)</w:t>
      </w:r>
      <w:r>
        <w:rPr>
          <w:rFonts w:ascii="Aptos" w:hAnsi="Aptos"/>
          <w:sz w:val="20"/>
        </w:rPr>
        <w:br/>
        <w:t>c) İsim-Fiil (-mak / -mek eki almıştır). (5 Puan)</w:t>
      </w:r>
    </w:p>
    <w:p w14:paraId="7400B976" w14:textId="77777777" w:rsidR="00C96E91" w:rsidRDefault="00000000" w:rsidP="006E5F26">
      <w:pPr>
        <w:spacing w:before="40" w:after="40" w:line="360" w:lineRule="auto"/>
      </w:pPr>
      <w:r>
        <w:rPr>
          <w:rFonts w:ascii="Aptos" w:hAnsi="Aptos"/>
          <w:b/>
          <w:sz w:val="20"/>
        </w:rPr>
        <w:t>8. Soru: Yazma Değerlendirme Baremi (25 Puan)</w:t>
      </w:r>
      <w:r>
        <w:rPr>
          <w:rFonts w:ascii="Aptos" w:hAnsi="Aptos"/>
          <w:sz w:val="20"/>
        </w:rPr>
        <w:br/>
        <w:t>• Konuya uygunluk ve düşünceleri gerekçelendirme: 8 Puan</w:t>
      </w:r>
      <w:r>
        <w:rPr>
          <w:rFonts w:ascii="Aptos" w:hAnsi="Aptos"/>
          <w:sz w:val="20"/>
        </w:rPr>
        <w:br/>
        <w:t>• Belirtilen anahtar sözcüklerin (en az üçünün) yerinde ve anlamına uygun kullanımı: 7 Puan</w:t>
      </w:r>
      <w:r>
        <w:rPr>
          <w:rFonts w:ascii="Aptos" w:hAnsi="Aptos"/>
          <w:sz w:val="20"/>
        </w:rPr>
        <w:br/>
        <w:t>• Paragraf düzeni, giriş-gelişme-sonuç bütünlüğü: 5 Puan</w:t>
      </w:r>
      <w:r>
        <w:rPr>
          <w:rFonts w:ascii="Aptos" w:hAnsi="Aptos"/>
          <w:sz w:val="20"/>
        </w:rPr>
        <w:br/>
        <w:t>• Başlık seçimi, yazım ve noktalama kurallarına uygunluk: 5 Puan</w:t>
      </w:r>
    </w:p>
    <w:p w14:paraId="5AD7D9BA" w14:textId="77777777" w:rsidR="00C96E91" w:rsidRDefault="00000000">
      <w:pPr>
        <w:spacing w:before="120" w:after="40"/>
        <w:jc w:val="right"/>
      </w:pPr>
      <w:r>
        <w:rPr>
          <w:rFonts w:ascii="Aptos" w:hAnsi="Aptos"/>
          <w:b/>
          <w:sz w:val="20"/>
        </w:rPr>
        <w:t>KonuVakti.com | TestVakti.net | Turkcetestvakti.com</w:t>
      </w:r>
    </w:p>
    <w:sectPr w:rsidR="00C96E91"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533494128">
    <w:abstractNumId w:val="8"/>
  </w:num>
  <w:num w:numId="2" w16cid:durableId="241570844">
    <w:abstractNumId w:val="6"/>
  </w:num>
  <w:num w:numId="3" w16cid:durableId="2006206872">
    <w:abstractNumId w:val="5"/>
  </w:num>
  <w:num w:numId="4" w16cid:durableId="2007245643">
    <w:abstractNumId w:val="4"/>
  </w:num>
  <w:num w:numId="5" w16cid:durableId="1963606174">
    <w:abstractNumId w:val="7"/>
  </w:num>
  <w:num w:numId="6" w16cid:durableId="1312490657">
    <w:abstractNumId w:val="3"/>
  </w:num>
  <w:num w:numId="7" w16cid:durableId="1106848579">
    <w:abstractNumId w:val="2"/>
  </w:num>
  <w:num w:numId="8" w16cid:durableId="1144277495">
    <w:abstractNumId w:val="1"/>
  </w:num>
  <w:num w:numId="9" w16cid:durableId="554437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E5F26"/>
    <w:rsid w:val="00AA1D8D"/>
    <w:rsid w:val="00B47730"/>
    <w:rsid w:val="00B8781D"/>
    <w:rsid w:val="00C96E9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BEDDC"/>
  <w14:defaultImageDpi w14:val="300"/>
  <w15:docId w15:val="{4F2BCDE8-3EFA-48B5-AE49-74768BB1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2026-09-15T19:03:00Z</dcterms:modified>
  <cp:category/>
</cp:coreProperties>
</file>