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1EE1B" w14:textId="77777777" w:rsidR="00103347" w:rsidRDefault="00000000">
      <w:pPr>
        <w:spacing w:after="40"/>
        <w:jc w:val="center"/>
      </w:pPr>
      <w:r>
        <w:rPr>
          <w:rFonts w:ascii="Aptos" w:hAnsi="Aptos"/>
          <w:b/>
          <w:sz w:val="20"/>
        </w:rPr>
        <w:t>................................................................ ORTAOKULU</w:t>
      </w:r>
    </w:p>
    <w:p w14:paraId="10D83C2F" w14:textId="77777777" w:rsidR="00103347" w:rsidRDefault="00000000">
      <w:pPr>
        <w:spacing w:after="80"/>
        <w:jc w:val="center"/>
      </w:pPr>
      <w:r>
        <w:rPr>
          <w:rFonts w:ascii="Aptos" w:hAnsi="Aptos"/>
          <w:b/>
          <w:sz w:val="20"/>
        </w:rPr>
        <w:t>2026-2027 EĞİTİM ÖĞRETİM YILI TÜRKÇE DERSİ 8. SINIF 1. DÖNEM 1. ORTAK YAZILI SINAVI (2. SENARYO)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54"/>
        <w:gridCol w:w="2835"/>
      </w:tblGrid>
      <w:tr w:rsidR="00423186" w14:paraId="59101D1D" w14:textId="77777777" w:rsidTr="00423186">
        <w:trPr>
          <w:jc w:val="center"/>
        </w:trPr>
        <w:tc>
          <w:tcPr>
            <w:tcW w:w="7654" w:type="dxa"/>
          </w:tcPr>
          <w:p w14:paraId="52898E4C" w14:textId="77777777" w:rsidR="00423186" w:rsidRDefault="00423186">
            <w:pPr>
              <w:spacing w:before="40" w:after="40"/>
            </w:pPr>
            <w:proofErr w:type="spellStart"/>
            <w:r>
              <w:rPr>
                <w:rFonts w:ascii="Aptos" w:hAnsi="Aptos"/>
                <w:b/>
                <w:sz w:val="20"/>
              </w:rPr>
              <w:t>Adı</w:t>
            </w:r>
            <w:proofErr w:type="spellEnd"/>
            <w:r>
              <w:rPr>
                <w:rFonts w:ascii="Aptos" w:hAnsi="Aptos"/>
                <w:b/>
                <w:sz w:val="20"/>
              </w:rPr>
              <w:t xml:space="preserve"> </w:t>
            </w:r>
            <w:proofErr w:type="spellStart"/>
            <w:r>
              <w:rPr>
                <w:rFonts w:ascii="Aptos" w:hAnsi="Aptos"/>
                <w:b/>
                <w:sz w:val="20"/>
              </w:rPr>
              <w:t>Soyadı</w:t>
            </w:r>
            <w:proofErr w:type="spellEnd"/>
            <w:r>
              <w:rPr>
                <w:rFonts w:ascii="Aptos" w:hAnsi="Aptos"/>
                <w:b/>
                <w:sz w:val="20"/>
              </w:rPr>
              <w:t>:</w:t>
            </w:r>
          </w:p>
        </w:tc>
        <w:tc>
          <w:tcPr>
            <w:tcW w:w="2835" w:type="dxa"/>
            <w:vMerge w:val="restart"/>
            <w:vAlign w:val="center"/>
          </w:tcPr>
          <w:p w14:paraId="0224CE6F" w14:textId="77777777" w:rsidR="00423186" w:rsidRDefault="00423186">
            <w:pPr>
              <w:spacing w:before="40" w:after="40"/>
            </w:pPr>
            <w:r>
              <w:rPr>
                <w:rFonts w:ascii="Aptos" w:hAnsi="Aptos"/>
                <w:b/>
                <w:sz w:val="20"/>
              </w:rPr>
              <w:t>Aldığı Not:</w:t>
            </w:r>
          </w:p>
        </w:tc>
      </w:tr>
      <w:tr w:rsidR="00423186" w14:paraId="68B24F28" w14:textId="77777777">
        <w:trPr>
          <w:jc w:val="center"/>
        </w:trPr>
        <w:tc>
          <w:tcPr>
            <w:tcW w:w="7654" w:type="dxa"/>
          </w:tcPr>
          <w:p w14:paraId="5A39C27E" w14:textId="77777777" w:rsidR="00423186" w:rsidRDefault="00423186">
            <w:pPr>
              <w:spacing w:before="40" w:after="40"/>
            </w:pPr>
            <w:proofErr w:type="spellStart"/>
            <w:r>
              <w:rPr>
                <w:rFonts w:ascii="Aptos" w:hAnsi="Aptos"/>
                <w:b/>
                <w:sz w:val="20"/>
              </w:rPr>
              <w:t>Sınıfı</w:t>
            </w:r>
            <w:proofErr w:type="spellEnd"/>
            <w:r>
              <w:rPr>
                <w:rFonts w:ascii="Aptos" w:hAnsi="Aptos"/>
                <w:b/>
                <w:sz w:val="20"/>
              </w:rPr>
              <w:t xml:space="preserve"> / No:</w:t>
            </w:r>
          </w:p>
        </w:tc>
        <w:tc>
          <w:tcPr>
            <w:tcW w:w="2835" w:type="dxa"/>
            <w:vMerge/>
          </w:tcPr>
          <w:p w14:paraId="74E74E43" w14:textId="77777777" w:rsidR="00423186" w:rsidRDefault="00423186">
            <w:pPr>
              <w:spacing w:before="40" w:after="40"/>
            </w:pPr>
          </w:p>
        </w:tc>
      </w:tr>
    </w:tbl>
    <w:p w14:paraId="1B93A440" w14:textId="77777777" w:rsidR="00103347" w:rsidRDefault="00000000">
      <w:pPr>
        <w:spacing w:before="120" w:after="40"/>
      </w:pPr>
      <w:r>
        <w:rPr>
          <w:rFonts w:ascii="Aptos" w:hAnsi="Aptos"/>
          <w:b/>
          <w:sz w:val="20"/>
        </w:rPr>
        <w:t>A. OKUMA VE ANLAMA ÇALIŞMASI</w:t>
      </w:r>
    </w:p>
    <w:p w14:paraId="0A10E240" w14:textId="77777777" w:rsidR="00103347" w:rsidRDefault="00000000">
      <w:pPr>
        <w:spacing w:after="80"/>
      </w:pPr>
      <w:r>
        <w:rPr>
          <w:rFonts w:ascii="Aptos" w:hAnsi="Aptos"/>
          <w:i/>
          <w:sz w:val="20"/>
        </w:rPr>
        <w:t>(Aşağıdaki 1, 2, 3, 4, 5, 6 ve 7. soruları metne göre cevaplayınız.)</w:t>
      </w:r>
    </w:p>
    <w:p w14:paraId="44C4712A" w14:textId="77777777" w:rsidR="00103347" w:rsidRDefault="00000000">
      <w:pPr>
        <w:spacing w:before="40" w:after="40"/>
        <w:jc w:val="center"/>
      </w:pPr>
      <w:r>
        <w:rPr>
          <w:rFonts w:ascii="Aptos" w:hAnsi="Aptos"/>
          <w:b/>
          <w:sz w:val="20"/>
        </w:rPr>
        <w:t>YAPAY ZEKÂ VE İNSANIN YARATICILIK SINAVI</w:t>
      </w:r>
    </w:p>
    <w:p w14:paraId="3F362FC6" w14:textId="77777777" w:rsidR="00103347" w:rsidRDefault="00000000" w:rsidP="00423186">
      <w:pPr>
        <w:spacing w:after="80"/>
        <w:ind w:firstLine="720"/>
        <w:jc w:val="both"/>
      </w:pPr>
      <w:r>
        <w:rPr>
          <w:rFonts w:ascii="Aptos" w:hAnsi="Aptos"/>
          <w:sz w:val="20"/>
        </w:rPr>
        <w:t xml:space="preserve">Son yıllarda teknoloji dünyasında yaşanan baş döndürücü gelişmeler, makinelerin sadece hesaplama değil; resim yapma, müzik besteleme ve edebi metinler kaleme alma yeteneği kazanmasını sağladı. Yapılan uluslararası araştırmalara göre 2025 yılı itibarıyla dünyadaki dijital içeriklerin yaklaşık %35’i yapay zekâ algoritmaları tarafından üretilmektedir. Ancak bir algoritmanın milyonlarca veri tabanını tarayarak ortaya koyduğu metin ile bir insanın yüreğinden süzülen samimi bir şiir aynı kefeye konabilir mi? Bana göre asla! Çünkü yapay zekâ var olan bilgileri mükemmel bir matematiksel düzenle bir araya getirirken; insan acıyı, sevinci, pişmanlığı ve umudu bizzat yaşayarak sanata dönüştürür. Makinenin ortaya koyduğu ürün kusursuz bir simetriye sahip olsa da onda ruhun sıcaklığı ve yaşanmışlığın </w:t>
      </w:r>
      <w:r>
        <w:rPr>
          <w:rFonts w:ascii="Aptos" w:hAnsi="Aptos"/>
          <w:b/>
          <w:sz w:val="20"/>
        </w:rPr>
        <w:t>harmanı</w:t>
      </w:r>
      <w:r>
        <w:rPr>
          <w:rFonts w:ascii="Aptos" w:hAnsi="Aptos"/>
          <w:sz w:val="20"/>
        </w:rPr>
        <w:t xml:space="preserve"> yoktur. Sanatı değerli kılan şey hatasızlığı değil, insanın kusurlu fakat içten doğasından beslenmesidir.</w:t>
      </w:r>
    </w:p>
    <w:p w14:paraId="1CD39EC4" w14:textId="77777777" w:rsidR="00103347" w:rsidRDefault="00000000">
      <w:pPr>
        <w:spacing w:before="80" w:after="20"/>
      </w:pPr>
      <w:r>
        <w:rPr>
          <w:rFonts w:ascii="Aptos" w:hAnsi="Aptos"/>
          <w:b/>
          <w:sz w:val="20"/>
        </w:rPr>
        <w:t xml:space="preserve">SORU 1: </w:t>
      </w:r>
      <w:r>
        <w:rPr>
          <w:rFonts w:ascii="Aptos" w:hAnsi="Aptos"/>
          <w:sz w:val="20"/>
        </w:rPr>
        <w:t>(Kazanım: T.8.3.5. Bağlamdan yararlanarak bilmediği kelime ve kelime gruplarının anlamını tahmin eder.) (10 Puan)</w:t>
      </w:r>
    </w:p>
    <w:p w14:paraId="7D7E84E4" w14:textId="77777777" w:rsidR="00103347" w:rsidRDefault="00000000">
      <w:pPr>
        <w:spacing w:after="40"/>
      </w:pPr>
      <w:r>
        <w:rPr>
          <w:rFonts w:ascii="Aptos" w:hAnsi="Aptos"/>
          <w:b/>
          <w:sz w:val="20"/>
        </w:rPr>
        <w:t xml:space="preserve">Metinde koyu yazılmış </w:t>
      </w:r>
      <w:r w:rsidRPr="00423186">
        <w:rPr>
          <w:rFonts w:ascii="Aptos" w:hAnsi="Aptos"/>
          <w:b/>
          <w:i/>
          <w:iCs/>
          <w:sz w:val="20"/>
        </w:rPr>
        <w:t>"yaşanmışlığın harmanı"</w:t>
      </w:r>
      <w:r>
        <w:rPr>
          <w:rFonts w:ascii="Aptos" w:hAnsi="Aptos"/>
          <w:b/>
          <w:sz w:val="20"/>
        </w:rPr>
        <w:t xml:space="preserve"> söz öbeğinin anlamını metnin bağlamından hareketle tahmin ediniz. Tahmininizi destekleyen gerekçeyi yazınız.</w:t>
      </w:r>
    </w:p>
    <w:p w14:paraId="79BD07CD" w14:textId="77777777" w:rsidR="00103347" w:rsidRDefault="00103347">
      <w:pPr>
        <w:spacing w:after="80"/>
      </w:pPr>
    </w:p>
    <w:p w14:paraId="63E12FBE" w14:textId="77777777" w:rsidR="00103347" w:rsidRDefault="00103347">
      <w:pPr>
        <w:spacing w:after="80"/>
      </w:pPr>
    </w:p>
    <w:p w14:paraId="50F177FF" w14:textId="77777777" w:rsidR="00103347" w:rsidRDefault="00000000">
      <w:pPr>
        <w:spacing w:before="40" w:after="20"/>
      </w:pPr>
      <w:r>
        <w:rPr>
          <w:rFonts w:ascii="Aptos" w:hAnsi="Aptos"/>
          <w:b/>
          <w:sz w:val="20"/>
        </w:rPr>
        <w:t xml:space="preserve">SORU 2: </w:t>
      </w:r>
      <w:r>
        <w:rPr>
          <w:rFonts w:ascii="Aptos" w:hAnsi="Aptos"/>
          <w:sz w:val="20"/>
        </w:rPr>
        <w:t>(Kazanım: T.8.3.14. Metinle ilgili soruları cevaplar.) (10 Puan)</w:t>
      </w:r>
    </w:p>
    <w:p w14:paraId="5A9541A9" w14:textId="77777777" w:rsidR="00103347" w:rsidRDefault="00000000">
      <w:pPr>
        <w:spacing w:after="40"/>
      </w:pPr>
      <w:r>
        <w:rPr>
          <w:rFonts w:ascii="Aptos" w:hAnsi="Aptos"/>
          <w:b/>
          <w:sz w:val="20"/>
        </w:rPr>
        <w:t>Yazara göre yapay zekânın ürettiği bir sanat eseri ile insanın ürettiği eser arasındaki temel fark nedir? Metne göre açıklayınız.</w:t>
      </w:r>
    </w:p>
    <w:p w14:paraId="2B04C9EF" w14:textId="77777777" w:rsidR="00103347" w:rsidRDefault="00103347">
      <w:pPr>
        <w:spacing w:after="80"/>
      </w:pPr>
    </w:p>
    <w:p w14:paraId="71C3B1FC" w14:textId="77777777" w:rsidR="00103347" w:rsidRDefault="00103347">
      <w:pPr>
        <w:spacing w:after="80"/>
      </w:pPr>
    </w:p>
    <w:p w14:paraId="7B8FFA6B" w14:textId="77777777" w:rsidR="00103347" w:rsidRDefault="00000000">
      <w:pPr>
        <w:spacing w:before="40" w:after="20"/>
      </w:pPr>
      <w:r>
        <w:rPr>
          <w:rFonts w:ascii="Aptos" w:hAnsi="Aptos"/>
          <w:b/>
          <w:sz w:val="20"/>
        </w:rPr>
        <w:t xml:space="preserve">SORU 3: </w:t>
      </w:r>
      <w:r>
        <w:rPr>
          <w:rFonts w:ascii="Aptos" w:hAnsi="Aptos"/>
          <w:sz w:val="20"/>
        </w:rPr>
        <w:t>(Kazanım: T.8.3.17. Metnin ana fikrini/ana duygusunu belirler.) (10 Puan)</w:t>
      </w:r>
    </w:p>
    <w:p w14:paraId="5D86CE09" w14:textId="77777777" w:rsidR="00103347" w:rsidRDefault="00000000">
      <w:pPr>
        <w:spacing w:after="40"/>
      </w:pPr>
      <w:r>
        <w:rPr>
          <w:rFonts w:ascii="Aptos" w:hAnsi="Aptos"/>
          <w:b/>
          <w:sz w:val="20"/>
        </w:rPr>
        <w:t>Okuduğunuz metinde yazarın okuyucuya iletmek istediği asıl düşünceyi (ana fikri) tek bir cümleyle yazınız.</w:t>
      </w:r>
    </w:p>
    <w:p w14:paraId="179B1028" w14:textId="77777777" w:rsidR="00103347" w:rsidRDefault="00103347">
      <w:pPr>
        <w:spacing w:after="80"/>
      </w:pPr>
    </w:p>
    <w:p w14:paraId="195593A3" w14:textId="77777777" w:rsidR="00423186" w:rsidRDefault="00423186">
      <w:pPr>
        <w:spacing w:after="80"/>
      </w:pPr>
    </w:p>
    <w:p w14:paraId="32C77CB0" w14:textId="77777777" w:rsidR="00103347" w:rsidRDefault="00000000">
      <w:pPr>
        <w:spacing w:before="40" w:after="20"/>
      </w:pPr>
      <w:r>
        <w:rPr>
          <w:rFonts w:ascii="Aptos" w:hAnsi="Aptos"/>
          <w:b/>
          <w:sz w:val="20"/>
        </w:rPr>
        <w:t xml:space="preserve">SORU 4: </w:t>
      </w:r>
      <w:r>
        <w:rPr>
          <w:rFonts w:ascii="Aptos" w:hAnsi="Aptos"/>
          <w:sz w:val="20"/>
        </w:rPr>
        <w:t>(Kazanım: T.8.3.25. Okudukları ile ilgili çıkarımlarda bulunur.) (10 Puan)</w:t>
      </w:r>
    </w:p>
    <w:p w14:paraId="2A074195" w14:textId="77777777" w:rsidR="00103347" w:rsidRDefault="00000000">
      <w:pPr>
        <w:spacing w:after="40"/>
      </w:pPr>
      <w:r>
        <w:rPr>
          <w:rFonts w:ascii="Aptos" w:hAnsi="Aptos"/>
          <w:b/>
          <w:sz w:val="20"/>
        </w:rPr>
        <w:t>Metindeki "Sanatı değerli kılan şey hatasızlığı değil, insanın kusurlu fakat içten doğasından beslenmesidir." cümlesinden hareketle gerçek bir sanat eserinin değeri hakkında hangi çıkarımı yapabiliriz? Açıklayınız.</w:t>
      </w:r>
    </w:p>
    <w:p w14:paraId="736BBC34" w14:textId="77777777" w:rsidR="00103347" w:rsidRDefault="00103347">
      <w:pPr>
        <w:spacing w:after="80"/>
      </w:pPr>
    </w:p>
    <w:p w14:paraId="0720173F" w14:textId="77777777" w:rsidR="00103347" w:rsidRDefault="00103347">
      <w:pPr>
        <w:spacing w:after="80"/>
      </w:pPr>
    </w:p>
    <w:p w14:paraId="75288534" w14:textId="77777777" w:rsidR="00103347" w:rsidRDefault="00000000">
      <w:pPr>
        <w:spacing w:before="40" w:after="20"/>
      </w:pPr>
      <w:r>
        <w:rPr>
          <w:rFonts w:ascii="Aptos" w:hAnsi="Aptos"/>
          <w:b/>
          <w:sz w:val="20"/>
        </w:rPr>
        <w:t xml:space="preserve">SORU 5: </w:t>
      </w:r>
      <w:r>
        <w:rPr>
          <w:rFonts w:ascii="Aptos" w:hAnsi="Aptos"/>
          <w:sz w:val="20"/>
        </w:rPr>
        <w:t>(Kazanım: T.8.3.11. Metindeki anlatım biçimlerini belirler.) (10 Puan)</w:t>
      </w:r>
    </w:p>
    <w:p w14:paraId="2E8B1A5F" w14:textId="77777777" w:rsidR="00103347" w:rsidRDefault="00000000">
      <w:pPr>
        <w:spacing w:after="40"/>
      </w:pPr>
      <w:r>
        <w:rPr>
          <w:rFonts w:ascii="Aptos" w:hAnsi="Aptos"/>
          <w:b/>
          <w:sz w:val="20"/>
        </w:rPr>
        <w:t>Bu metinde kullanılan temel anlatım biçimini (Tartışmacı Anlatım / Açıklayıcı Anlatım / Öyküleyici Anlatım / Betimleyici Anlatım) yazınız. Neden bu anlatım biçiminin seçildiğini metinden kanıt göstererek açıklayınız.</w:t>
      </w:r>
    </w:p>
    <w:p w14:paraId="297F795E" w14:textId="06935C87" w:rsidR="00103347" w:rsidRDefault="00000000">
      <w:pPr>
        <w:spacing w:before="40" w:after="40"/>
      </w:pPr>
      <w:proofErr w:type="spellStart"/>
      <w:r w:rsidRPr="00423186">
        <w:rPr>
          <w:rFonts w:ascii="Aptos" w:hAnsi="Aptos"/>
          <w:b/>
          <w:bCs/>
          <w:sz w:val="20"/>
        </w:rPr>
        <w:t>Kullanılan</w:t>
      </w:r>
      <w:proofErr w:type="spellEnd"/>
      <w:r w:rsidRPr="00423186">
        <w:rPr>
          <w:rFonts w:ascii="Aptos" w:hAnsi="Aptos"/>
          <w:b/>
          <w:bCs/>
          <w:sz w:val="20"/>
        </w:rPr>
        <w:t xml:space="preserve"> </w:t>
      </w:r>
      <w:proofErr w:type="spellStart"/>
      <w:r w:rsidRPr="00423186">
        <w:rPr>
          <w:rFonts w:ascii="Aptos" w:hAnsi="Aptos"/>
          <w:b/>
          <w:bCs/>
          <w:sz w:val="20"/>
        </w:rPr>
        <w:t>Anlatım</w:t>
      </w:r>
      <w:proofErr w:type="spellEnd"/>
      <w:r w:rsidRPr="00423186">
        <w:rPr>
          <w:rFonts w:ascii="Aptos" w:hAnsi="Aptos"/>
          <w:b/>
          <w:bCs/>
          <w:sz w:val="20"/>
        </w:rPr>
        <w:t xml:space="preserve"> </w:t>
      </w:r>
      <w:proofErr w:type="spellStart"/>
      <w:r w:rsidRPr="00423186">
        <w:rPr>
          <w:rFonts w:ascii="Aptos" w:hAnsi="Aptos"/>
          <w:b/>
          <w:bCs/>
          <w:sz w:val="20"/>
        </w:rPr>
        <w:t>Biçimi</w:t>
      </w:r>
      <w:proofErr w:type="spellEnd"/>
      <w:r w:rsidRPr="00423186">
        <w:rPr>
          <w:rFonts w:ascii="Aptos" w:hAnsi="Aptos"/>
          <w:b/>
          <w:bCs/>
          <w:sz w:val="20"/>
        </w:rPr>
        <w:t>:</w:t>
      </w:r>
      <w:r>
        <w:rPr>
          <w:rFonts w:ascii="Aptos" w:hAnsi="Aptos"/>
          <w:sz w:val="20"/>
        </w:rPr>
        <w:t xml:space="preserve"> </w:t>
      </w:r>
      <w:r>
        <w:rPr>
          <w:rFonts w:ascii="Aptos" w:hAnsi="Aptos"/>
          <w:sz w:val="20"/>
        </w:rPr>
        <w:br/>
      </w:r>
      <w:proofErr w:type="spellStart"/>
      <w:r w:rsidRPr="00423186">
        <w:rPr>
          <w:rFonts w:ascii="Aptos" w:hAnsi="Aptos"/>
          <w:b/>
          <w:bCs/>
          <w:sz w:val="20"/>
        </w:rPr>
        <w:t>Gerekçesi</w:t>
      </w:r>
      <w:proofErr w:type="spellEnd"/>
      <w:r w:rsidRPr="00423186">
        <w:rPr>
          <w:rFonts w:ascii="Aptos" w:hAnsi="Aptos"/>
          <w:b/>
          <w:bCs/>
          <w:sz w:val="20"/>
        </w:rPr>
        <w:t xml:space="preserve"> / </w:t>
      </w:r>
      <w:proofErr w:type="spellStart"/>
      <w:r w:rsidRPr="00423186">
        <w:rPr>
          <w:rFonts w:ascii="Aptos" w:hAnsi="Aptos"/>
          <w:b/>
          <w:bCs/>
          <w:sz w:val="20"/>
        </w:rPr>
        <w:t>Metinden</w:t>
      </w:r>
      <w:proofErr w:type="spellEnd"/>
      <w:r w:rsidRPr="00423186">
        <w:rPr>
          <w:rFonts w:ascii="Aptos" w:hAnsi="Aptos"/>
          <w:b/>
          <w:bCs/>
          <w:sz w:val="20"/>
        </w:rPr>
        <w:t xml:space="preserve"> </w:t>
      </w:r>
      <w:proofErr w:type="spellStart"/>
      <w:r w:rsidRPr="00423186">
        <w:rPr>
          <w:rFonts w:ascii="Aptos" w:hAnsi="Aptos"/>
          <w:b/>
          <w:bCs/>
          <w:sz w:val="20"/>
        </w:rPr>
        <w:t>Kanıtı</w:t>
      </w:r>
      <w:proofErr w:type="spellEnd"/>
      <w:r w:rsidRPr="00423186">
        <w:rPr>
          <w:rFonts w:ascii="Aptos" w:hAnsi="Aptos"/>
          <w:b/>
          <w:bCs/>
          <w:sz w:val="20"/>
        </w:rPr>
        <w:t>:</w:t>
      </w:r>
    </w:p>
    <w:p w14:paraId="3106118B" w14:textId="77777777" w:rsidR="00423186" w:rsidRDefault="00423186">
      <w:pPr>
        <w:spacing w:before="80" w:after="20"/>
        <w:rPr>
          <w:rFonts w:ascii="Aptos" w:hAnsi="Aptos"/>
          <w:b/>
          <w:sz w:val="20"/>
        </w:rPr>
      </w:pPr>
    </w:p>
    <w:p w14:paraId="1A5FD03C" w14:textId="4734008E" w:rsidR="00103347" w:rsidRDefault="00000000">
      <w:pPr>
        <w:spacing w:before="80" w:after="20"/>
      </w:pPr>
      <w:r>
        <w:rPr>
          <w:rFonts w:ascii="Aptos" w:hAnsi="Aptos"/>
          <w:b/>
          <w:sz w:val="20"/>
        </w:rPr>
        <w:t xml:space="preserve">SORU 6: </w:t>
      </w:r>
      <w:r>
        <w:rPr>
          <w:rFonts w:ascii="Aptos" w:hAnsi="Aptos"/>
          <w:sz w:val="20"/>
        </w:rPr>
        <w:t>(Kazanım: T.8.3.34. Okuduklarında kullanılan düşünceyi geliştirme yollarını belirler.) (10 Puan)</w:t>
      </w:r>
    </w:p>
    <w:p w14:paraId="68C45367" w14:textId="0EAE36F0" w:rsidR="00103347" w:rsidRDefault="00000000">
      <w:pPr>
        <w:spacing w:after="40"/>
      </w:pPr>
      <w:r>
        <w:rPr>
          <w:rFonts w:ascii="Aptos" w:hAnsi="Aptos"/>
          <w:b/>
          <w:sz w:val="20"/>
        </w:rPr>
        <w:t xml:space="preserve">Metinde kullanılan aşağıdaki düşünceyi geliştirme </w:t>
      </w:r>
      <w:proofErr w:type="spellStart"/>
      <w:r>
        <w:rPr>
          <w:rFonts w:ascii="Aptos" w:hAnsi="Aptos"/>
          <w:b/>
          <w:sz w:val="20"/>
        </w:rPr>
        <w:t>yollarının</w:t>
      </w:r>
      <w:proofErr w:type="spellEnd"/>
      <w:r>
        <w:rPr>
          <w:rFonts w:ascii="Aptos" w:hAnsi="Aptos"/>
          <w:b/>
          <w:sz w:val="20"/>
        </w:rPr>
        <w:t xml:space="preserve"> </w:t>
      </w:r>
      <w:proofErr w:type="spellStart"/>
      <w:r>
        <w:rPr>
          <w:rFonts w:ascii="Aptos" w:hAnsi="Aptos"/>
          <w:b/>
          <w:sz w:val="20"/>
        </w:rPr>
        <w:t>metindeki</w:t>
      </w:r>
      <w:proofErr w:type="spellEnd"/>
      <w:r>
        <w:rPr>
          <w:rFonts w:ascii="Aptos" w:hAnsi="Aptos"/>
          <w:b/>
          <w:sz w:val="20"/>
        </w:rPr>
        <w:t xml:space="preserve"> </w:t>
      </w:r>
      <w:proofErr w:type="spellStart"/>
      <w:r>
        <w:rPr>
          <w:rFonts w:ascii="Aptos" w:hAnsi="Aptos"/>
          <w:b/>
          <w:sz w:val="20"/>
        </w:rPr>
        <w:t>örneklerini</w:t>
      </w:r>
      <w:proofErr w:type="spellEnd"/>
      <w:r>
        <w:rPr>
          <w:rFonts w:ascii="Aptos" w:hAnsi="Aptos"/>
          <w:b/>
          <w:sz w:val="20"/>
        </w:rPr>
        <w:t xml:space="preserve"> </w:t>
      </w:r>
      <w:proofErr w:type="spellStart"/>
      <w:r>
        <w:rPr>
          <w:rFonts w:ascii="Aptos" w:hAnsi="Aptos"/>
          <w:b/>
          <w:sz w:val="20"/>
        </w:rPr>
        <w:t>karşıların</w:t>
      </w:r>
      <w:r w:rsidR="00423186">
        <w:rPr>
          <w:rFonts w:ascii="Aptos" w:hAnsi="Aptos"/>
          <w:b/>
          <w:sz w:val="20"/>
        </w:rPr>
        <w:t>a</w:t>
      </w:r>
      <w:proofErr w:type="spellEnd"/>
      <w:r>
        <w:rPr>
          <w:rFonts w:ascii="Aptos" w:hAnsi="Aptos"/>
          <w:b/>
          <w:sz w:val="20"/>
        </w:rPr>
        <w:t xml:space="preserve"> </w:t>
      </w:r>
      <w:proofErr w:type="spellStart"/>
      <w:r>
        <w:rPr>
          <w:rFonts w:ascii="Aptos" w:hAnsi="Aptos"/>
          <w:b/>
          <w:sz w:val="20"/>
        </w:rPr>
        <w:t>yazınız</w:t>
      </w:r>
      <w:proofErr w:type="spellEnd"/>
      <w:r>
        <w:rPr>
          <w:rFonts w:ascii="Aptos" w:hAnsi="Aptos"/>
          <w:b/>
          <w:sz w:val="20"/>
        </w:rPr>
        <w:t>.</w:t>
      </w:r>
    </w:p>
    <w:p w14:paraId="47C15BA7" w14:textId="433CB613" w:rsidR="00423186" w:rsidRPr="00423186" w:rsidRDefault="00423186" w:rsidP="00423186">
      <w:pPr>
        <w:spacing w:before="40" w:after="40"/>
        <w:rPr>
          <w:b/>
        </w:rPr>
      </w:pPr>
      <w:proofErr w:type="spellStart"/>
      <w:r w:rsidRPr="00423186">
        <w:rPr>
          <w:rFonts w:ascii="Aptos" w:hAnsi="Aptos"/>
          <w:b/>
          <w:sz w:val="20"/>
        </w:rPr>
        <w:t>Sayısal</w:t>
      </w:r>
      <w:proofErr w:type="spellEnd"/>
      <w:r w:rsidRPr="00423186">
        <w:rPr>
          <w:rFonts w:ascii="Aptos" w:hAnsi="Aptos"/>
          <w:b/>
          <w:sz w:val="20"/>
        </w:rPr>
        <w:t xml:space="preserve"> </w:t>
      </w:r>
      <w:proofErr w:type="spellStart"/>
      <w:r w:rsidRPr="00423186">
        <w:rPr>
          <w:rFonts w:ascii="Aptos" w:hAnsi="Aptos"/>
          <w:b/>
          <w:sz w:val="20"/>
        </w:rPr>
        <w:t>Verilerden</w:t>
      </w:r>
      <w:proofErr w:type="spellEnd"/>
      <w:r w:rsidRPr="00423186">
        <w:rPr>
          <w:rFonts w:ascii="Aptos" w:hAnsi="Aptos"/>
          <w:b/>
          <w:sz w:val="20"/>
        </w:rPr>
        <w:t xml:space="preserve"> </w:t>
      </w:r>
      <w:proofErr w:type="spellStart"/>
      <w:r w:rsidRPr="00423186">
        <w:rPr>
          <w:rFonts w:ascii="Aptos" w:hAnsi="Aptos"/>
          <w:b/>
          <w:sz w:val="20"/>
        </w:rPr>
        <w:t>Yararlanma</w:t>
      </w:r>
      <w:proofErr w:type="spellEnd"/>
      <w:r>
        <w:rPr>
          <w:rFonts w:ascii="Aptos" w:hAnsi="Aptos"/>
          <w:b/>
          <w:sz w:val="20"/>
        </w:rPr>
        <w:t>:</w:t>
      </w:r>
    </w:p>
    <w:p w14:paraId="4B7456DB" w14:textId="77777777" w:rsidR="00423186" w:rsidRDefault="00423186">
      <w:pPr>
        <w:spacing w:before="80" w:after="20"/>
        <w:rPr>
          <w:rFonts w:ascii="Aptos" w:hAnsi="Aptos"/>
          <w:b/>
          <w:sz w:val="20"/>
        </w:rPr>
      </w:pPr>
    </w:p>
    <w:p w14:paraId="21534DB6" w14:textId="267AAE10" w:rsidR="00423186" w:rsidRDefault="00423186">
      <w:pPr>
        <w:spacing w:before="80" w:after="20"/>
        <w:rPr>
          <w:rFonts w:ascii="Aptos" w:hAnsi="Aptos"/>
          <w:b/>
          <w:sz w:val="20"/>
        </w:rPr>
      </w:pPr>
      <w:proofErr w:type="spellStart"/>
      <w:r>
        <w:rPr>
          <w:rFonts w:ascii="Aptos" w:hAnsi="Aptos"/>
          <w:b/>
          <w:sz w:val="20"/>
        </w:rPr>
        <w:t>Karşılaştırma</w:t>
      </w:r>
      <w:proofErr w:type="spellEnd"/>
      <w:r>
        <w:rPr>
          <w:rFonts w:ascii="Aptos" w:hAnsi="Aptos"/>
          <w:b/>
          <w:sz w:val="20"/>
        </w:rPr>
        <w:t>:</w:t>
      </w:r>
    </w:p>
    <w:p w14:paraId="7931A608" w14:textId="55FE064A" w:rsidR="00103347" w:rsidRDefault="00000000">
      <w:pPr>
        <w:spacing w:before="80" w:after="20"/>
      </w:pPr>
      <w:r>
        <w:rPr>
          <w:rFonts w:ascii="Aptos" w:hAnsi="Aptos"/>
          <w:b/>
          <w:sz w:val="20"/>
        </w:rPr>
        <w:lastRenderedPageBreak/>
        <w:t xml:space="preserve">SORU 7: </w:t>
      </w:r>
      <w:r>
        <w:rPr>
          <w:rFonts w:ascii="Aptos" w:hAnsi="Aptos"/>
          <w:sz w:val="20"/>
        </w:rPr>
        <w:t>(Kazanım: T.8.3.26. Metin türlerini ayırt eder.) (10 Puan)</w:t>
      </w:r>
    </w:p>
    <w:p w14:paraId="00BB7340" w14:textId="77777777" w:rsidR="00103347" w:rsidRDefault="00000000">
      <w:pPr>
        <w:spacing w:after="40"/>
      </w:pPr>
      <w:r>
        <w:rPr>
          <w:rFonts w:ascii="Aptos" w:hAnsi="Aptos"/>
          <w:b/>
          <w:sz w:val="20"/>
        </w:rPr>
        <w:t>Okuduğunuz metnin türünü (Deneme, Makale, Fıkra, Biyografi) belirleyiniz. Bu türü belirlerken dikkate aldığınız iki özelliği gerekçe olarak yazınız.</w:t>
      </w:r>
    </w:p>
    <w:p w14:paraId="58EB3C33" w14:textId="77777777" w:rsidR="00423186" w:rsidRDefault="00000000">
      <w:pPr>
        <w:spacing w:before="40" w:after="40"/>
        <w:rPr>
          <w:rFonts w:ascii="Aptos" w:hAnsi="Aptos"/>
          <w:b/>
          <w:bCs/>
          <w:sz w:val="20"/>
        </w:rPr>
      </w:pPr>
      <w:proofErr w:type="spellStart"/>
      <w:r w:rsidRPr="00423186">
        <w:rPr>
          <w:rFonts w:ascii="Aptos" w:hAnsi="Aptos"/>
          <w:b/>
          <w:bCs/>
          <w:sz w:val="20"/>
        </w:rPr>
        <w:t>Metnin</w:t>
      </w:r>
      <w:proofErr w:type="spellEnd"/>
      <w:r w:rsidRPr="00423186">
        <w:rPr>
          <w:rFonts w:ascii="Aptos" w:hAnsi="Aptos"/>
          <w:b/>
          <w:bCs/>
          <w:sz w:val="20"/>
        </w:rPr>
        <w:t xml:space="preserve"> Türü: </w:t>
      </w:r>
      <w:r w:rsidRPr="00423186">
        <w:rPr>
          <w:rFonts w:ascii="Aptos" w:hAnsi="Aptos"/>
          <w:b/>
          <w:bCs/>
          <w:sz w:val="20"/>
        </w:rPr>
        <w:br/>
      </w:r>
      <w:proofErr w:type="spellStart"/>
      <w:r w:rsidRPr="00423186">
        <w:rPr>
          <w:rFonts w:ascii="Aptos" w:hAnsi="Aptos"/>
          <w:b/>
          <w:bCs/>
          <w:sz w:val="20"/>
        </w:rPr>
        <w:t>Gerekçeleri</w:t>
      </w:r>
      <w:proofErr w:type="spellEnd"/>
      <w:r w:rsidRPr="00423186">
        <w:rPr>
          <w:rFonts w:ascii="Aptos" w:hAnsi="Aptos"/>
          <w:b/>
          <w:bCs/>
          <w:sz w:val="20"/>
        </w:rPr>
        <w:t xml:space="preserve"> (</w:t>
      </w:r>
      <w:proofErr w:type="spellStart"/>
      <w:r w:rsidRPr="00423186">
        <w:rPr>
          <w:rFonts w:ascii="Aptos" w:hAnsi="Aptos"/>
          <w:b/>
          <w:bCs/>
          <w:sz w:val="20"/>
        </w:rPr>
        <w:t>Türün</w:t>
      </w:r>
      <w:proofErr w:type="spellEnd"/>
      <w:r w:rsidRPr="00423186">
        <w:rPr>
          <w:rFonts w:ascii="Aptos" w:hAnsi="Aptos"/>
          <w:b/>
          <w:bCs/>
          <w:sz w:val="20"/>
        </w:rPr>
        <w:t xml:space="preserve"> </w:t>
      </w:r>
      <w:proofErr w:type="spellStart"/>
      <w:r w:rsidRPr="00423186">
        <w:rPr>
          <w:rFonts w:ascii="Aptos" w:hAnsi="Aptos"/>
          <w:b/>
          <w:bCs/>
          <w:sz w:val="20"/>
        </w:rPr>
        <w:t>Özellikleri</w:t>
      </w:r>
      <w:proofErr w:type="spellEnd"/>
      <w:r w:rsidRPr="00423186">
        <w:rPr>
          <w:rFonts w:ascii="Aptos" w:hAnsi="Aptos"/>
          <w:b/>
          <w:bCs/>
          <w:sz w:val="20"/>
        </w:rPr>
        <w:t>):</w:t>
      </w:r>
      <w:r w:rsidRPr="00423186">
        <w:rPr>
          <w:rFonts w:ascii="Aptos" w:hAnsi="Aptos"/>
          <w:b/>
          <w:bCs/>
          <w:sz w:val="20"/>
        </w:rPr>
        <w:br/>
        <w:t xml:space="preserve">  1. </w:t>
      </w:r>
      <w:r w:rsidRPr="00423186">
        <w:rPr>
          <w:rFonts w:ascii="Aptos" w:hAnsi="Aptos"/>
          <w:b/>
          <w:bCs/>
          <w:sz w:val="20"/>
        </w:rPr>
        <w:br/>
        <w:t xml:space="preserve">  </w:t>
      </w:r>
    </w:p>
    <w:p w14:paraId="324118EC" w14:textId="3F4CA6A5" w:rsidR="00103347" w:rsidRPr="00423186" w:rsidRDefault="00423186">
      <w:pPr>
        <w:spacing w:before="40" w:after="40"/>
        <w:rPr>
          <w:b/>
          <w:bCs/>
        </w:rPr>
      </w:pPr>
      <w:r>
        <w:rPr>
          <w:rFonts w:ascii="Aptos" w:hAnsi="Aptos"/>
          <w:b/>
          <w:bCs/>
          <w:sz w:val="20"/>
        </w:rPr>
        <w:t xml:space="preserve">  </w:t>
      </w:r>
      <w:r w:rsidR="00000000" w:rsidRPr="00423186">
        <w:rPr>
          <w:rFonts w:ascii="Aptos" w:hAnsi="Aptos"/>
          <w:b/>
          <w:bCs/>
          <w:sz w:val="20"/>
        </w:rPr>
        <w:t xml:space="preserve">2. </w:t>
      </w:r>
    </w:p>
    <w:p w14:paraId="3D06D226" w14:textId="77777777" w:rsidR="00423186" w:rsidRDefault="00423186">
      <w:pPr>
        <w:spacing w:before="80" w:after="40"/>
        <w:rPr>
          <w:rFonts w:ascii="Aptos" w:hAnsi="Aptos"/>
          <w:b/>
          <w:sz w:val="20"/>
        </w:rPr>
      </w:pPr>
    </w:p>
    <w:p w14:paraId="0665D1D5" w14:textId="30FB8AC1" w:rsidR="00103347" w:rsidRDefault="00000000">
      <w:pPr>
        <w:spacing w:before="80" w:after="40"/>
      </w:pPr>
      <w:r>
        <w:rPr>
          <w:rFonts w:ascii="Aptos" w:hAnsi="Aptos"/>
          <w:b/>
          <w:sz w:val="20"/>
        </w:rPr>
        <w:t>B. DİL BİLGİSİ ÇALIŞMASI</w:t>
      </w:r>
    </w:p>
    <w:p w14:paraId="0B2F8AEC" w14:textId="77777777" w:rsidR="00103347" w:rsidRDefault="00000000">
      <w:pPr>
        <w:spacing w:before="40" w:after="20"/>
      </w:pPr>
      <w:r>
        <w:rPr>
          <w:rFonts w:ascii="Aptos" w:hAnsi="Aptos"/>
          <w:b/>
          <w:sz w:val="20"/>
        </w:rPr>
        <w:t xml:space="preserve">SORU 8: </w:t>
      </w:r>
      <w:r>
        <w:rPr>
          <w:rFonts w:ascii="Aptos" w:hAnsi="Aptos"/>
          <w:sz w:val="20"/>
        </w:rPr>
        <w:t>(Kazanım: T.8.3.9. Fiilimsilerin cümledeki işlevlerini kavrar.) (10 Puan)</w:t>
      </w:r>
    </w:p>
    <w:p w14:paraId="39F133D9" w14:textId="77777777" w:rsidR="00103347" w:rsidRDefault="00000000">
      <w:pPr>
        <w:spacing w:after="40"/>
      </w:pPr>
      <w:r>
        <w:rPr>
          <w:rFonts w:ascii="Aptos" w:hAnsi="Aptos"/>
          <w:b/>
          <w:sz w:val="20"/>
        </w:rPr>
        <w:t>Bazı sözcükler fiilimsi eki aldığı hâlde zamanla bir varlığın veya kavramın kalıcı adı hâline gelerek fiilimsi özelliğini yitirir. Aşağıdaki cümlelerde altı çizili sözcüklerin "Fiilimsi" mi yoksa "Kalıcı İsim" mi olduğunu karşılarındaki boşluklara yazınız.</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70"/>
        <w:gridCol w:w="3118"/>
      </w:tblGrid>
      <w:tr w:rsidR="00103347" w14:paraId="01718578" w14:textId="77777777">
        <w:trPr>
          <w:jc w:val="center"/>
        </w:trPr>
        <w:tc>
          <w:tcPr>
            <w:tcW w:w="7370" w:type="dxa"/>
          </w:tcPr>
          <w:p w14:paraId="755EDF30" w14:textId="77777777" w:rsidR="00103347" w:rsidRDefault="00000000" w:rsidP="00423186">
            <w:pPr>
              <w:spacing w:before="40" w:after="40"/>
              <w:jc w:val="center"/>
            </w:pPr>
            <w:r>
              <w:rPr>
                <w:rFonts w:ascii="Aptos" w:hAnsi="Aptos"/>
                <w:b/>
                <w:sz w:val="20"/>
              </w:rPr>
              <w:t>Cümle</w:t>
            </w:r>
          </w:p>
        </w:tc>
        <w:tc>
          <w:tcPr>
            <w:tcW w:w="3118" w:type="dxa"/>
          </w:tcPr>
          <w:p w14:paraId="53A52461" w14:textId="205146AF" w:rsidR="00103347" w:rsidRDefault="00000000" w:rsidP="00423186">
            <w:pPr>
              <w:spacing w:before="40" w:after="40"/>
              <w:jc w:val="center"/>
            </w:pPr>
            <w:r>
              <w:rPr>
                <w:rFonts w:ascii="Aptos" w:hAnsi="Aptos"/>
                <w:b/>
                <w:sz w:val="20"/>
              </w:rPr>
              <w:t>Sözcüğün Durumu</w:t>
            </w:r>
          </w:p>
        </w:tc>
      </w:tr>
      <w:tr w:rsidR="00103347" w14:paraId="1124618A" w14:textId="77777777">
        <w:trPr>
          <w:jc w:val="center"/>
        </w:trPr>
        <w:tc>
          <w:tcPr>
            <w:tcW w:w="7370" w:type="dxa"/>
          </w:tcPr>
          <w:p w14:paraId="7B19F31B" w14:textId="77777777" w:rsidR="00103347" w:rsidRDefault="00000000">
            <w:pPr>
              <w:spacing w:before="40" w:after="40"/>
            </w:pPr>
            <w:r>
              <w:rPr>
                <w:rFonts w:ascii="Aptos" w:hAnsi="Aptos"/>
                <w:sz w:val="20"/>
              </w:rPr>
              <w:t xml:space="preserve">1. Ünlü yazar, edebiyat festivalinde </w:t>
            </w:r>
            <w:r w:rsidRPr="00423186">
              <w:rPr>
                <w:rFonts w:ascii="Aptos" w:hAnsi="Aptos"/>
                <w:sz w:val="20"/>
                <w:u w:val="single"/>
              </w:rPr>
              <w:t>okurlarıyla</w:t>
            </w:r>
            <w:r>
              <w:rPr>
                <w:rFonts w:ascii="Aptos" w:hAnsi="Aptos"/>
                <w:sz w:val="20"/>
              </w:rPr>
              <w:t xml:space="preserve"> bir araya geldi.</w:t>
            </w:r>
          </w:p>
        </w:tc>
        <w:tc>
          <w:tcPr>
            <w:tcW w:w="3118" w:type="dxa"/>
          </w:tcPr>
          <w:p w14:paraId="2D903A96" w14:textId="77777777" w:rsidR="00103347" w:rsidRDefault="00103347">
            <w:pPr>
              <w:spacing w:before="40" w:after="40"/>
            </w:pPr>
          </w:p>
        </w:tc>
      </w:tr>
      <w:tr w:rsidR="00103347" w14:paraId="1CD09649" w14:textId="77777777">
        <w:trPr>
          <w:jc w:val="center"/>
        </w:trPr>
        <w:tc>
          <w:tcPr>
            <w:tcW w:w="7370" w:type="dxa"/>
          </w:tcPr>
          <w:p w14:paraId="3BBEA4D4" w14:textId="77777777" w:rsidR="00103347" w:rsidRDefault="00000000">
            <w:pPr>
              <w:spacing w:before="40" w:after="40"/>
            </w:pPr>
            <w:r>
              <w:rPr>
                <w:rFonts w:ascii="Aptos" w:hAnsi="Aptos"/>
                <w:sz w:val="20"/>
              </w:rPr>
              <w:t xml:space="preserve">2. Yapay zekânın sanat alanında resim </w:t>
            </w:r>
            <w:r w:rsidRPr="00423186">
              <w:rPr>
                <w:rFonts w:ascii="Aptos" w:hAnsi="Aptos"/>
                <w:sz w:val="20"/>
                <w:u w:val="single"/>
              </w:rPr>
              <w:t>yapması</w:t>
            </w:r>
            <w:r>
              <w:rPr>
                <w:rFonts w:ascii="Aptos" w:hAnsi="Aptos"/>
                <w:sz w:val="20"/>
              </w:rPr>
              <w:t xml:space="preserve"> pek çok tartışma başlattı.</w:t>
            </w:r>
          </w:p>
        </w:tc>
        <w:tc>
          <w:tcPr>
            <w:tcW w:w="3118" w:type="dxa"/>
          </w:tcPr>
          <w:p w14:paraId="1BC62D9D" w14:textId="77777777" w:rsidR="00103347" w:rsidRDefault="00103347">
            <w:pPr>
              <w:spacing w:before="40" w:after="40"/>
            </w:pPr>
          </w:p>
        </w:tc>
      </w:tr>
      <w:tr w:rsidR="00103347" w14:paraId="0C7F0CAA" w14:textId="77777777">
        <w:trPr>
          <w:jc w:val="center"/>
        </w:trPr>
        <w:tc>
          <w:tcPr>
            <w:tcW w:w="7370" w:type="dxa"/>
          </w:tcPr>
          <w:p w14:paraId="0922357B" w14:textId="77777777" w:rsidR="00103347" w:rsidRDefault="00000000">
            <w:pPr>
              <w:spacing w:before="40" w:after="40"/>
            </w:pPr>
            <w:r>
              <w:rPr>
                <w:rFonts w:ascii="Aptos" w:hAnsi="Aptos"/>
                <w:sz w:val="20"/>
              </w:rPr>
              <w:t xml:space="preserve">3. Kütüphanenin çıkış kapısındaki </w:t>
            </w:r>
            <w:r w:rsidRPr="00423186">
              <w:rPr>
                <w:rFonts w:ascii="Aptos" w:hAnsi="Aptos"/>
                <w:sz w:val="20"/>
                <w:u w:val="single"/>
              </w:rPr>
              <w:t>danışma</w:t>
            </w:r>
            <w:r>
              <w:rPr>
                <w:rFonts w:ascii="Aptos" w:hAnsi="Aptos"/>
                <w:sz w:val="20"/>
              </w:rPr>
              <w:t xml:space="preserve"> masasında görevli bekliyordu.</w:t>
            </w:r>
          </w:p>
        </w:tc>
        <w:tc>
          <w:tcPr>
            <w:tcW w:w="3118" w:type="dxa"/>
          </w:tcPr>
          <w:p w14:paraId="006A63B0" w14:textId="77777777" w:rsidR="00103347" w:rsidRDefault="00103347">
            <w:pPr>
              <w:spacing w:before="40" w:after="40"/>
            </w:pPr>
          </w:p>
        </w:tc>
      </w:tr>
    </w:tbl>
    <w:p w14:paraId="3CB61976" w14:textId="77777777" w:rsidR="00423186" w:rsidRDefault="00423186">
      <w:pPr>
        <w:spacing w:before="80" w:after="40"/>
        <w:rPr>
          <w:rFonts w:ascii="Aptos" w:hAnsi="Aptos"/>
          <w:b/>
          <w:sz w:val="20"/>
        </w:rPr>
      </w:pPr>
    </w:p>
    <w:p w14:paraId="0115924E" w14:textId="030D9FBF" w:rsidR="00103347" w:rsidRDefault="00000000">
      <w:pPr>
        <w:spacing w:before="80" w:after="40"/>
      </w:pPr>
      <w:r>
        <w:rPr>
          <w:rFonts w:ascii="Aptos" w:hAnsi="Aptos"/>
          <w:b/>
          <w:sz w:val="20"/>
        </w:rPr>
        <w:t>C. YAZMA ÇALIŞMASI (20 PUAN)</w:t>
      </w:r>
    </w:p>
    <w:p w14:paraId="339A7053" w14:textId="77777777" w:rsidR="00103347" w:rsidRDefault="00000000">
      <w:pPr>
        <w:spacing w:before="40" w:after="20"/>
      </w:pPr>
      <w:r>
        <w:rPr>
          <w:rFonts w:ascii="Aptos" w:hAnsi="Aptos"/>
          <w:b/>
          <w:sz w:val="20"/>
        </w:rPr>
        <w:t xml:space="preserve">SORU 9: </w:t>
      </w:r>
      <w:r>
        <w:rPr>
          <w:rFonts w:ascii="Aptos" w:hAnsi="Aptos"/>
          <w:sz w:val="20"/>
        </w:rPr>
        <w:t>(Kazanım: T.8.4.9. Yazılarında anlatım biçimlerini kullanır.) (20 Puan)</w:t>
      </w:r>
    </w:p>
    <w:p w14:paraId="46D3E1E7" w14:textId="77777777" w:rsidR="00103347" w:rsidRDefault="00000000">
      <w:pPr>
        <w:spacing w:after="40"/>
      </w:pPr>
      <w:r>
        <w:rPr>
          <w:rFonts w:ascii="Aptos" w:hAnsi="Aptos"/>
          <w:b/>
          <w:sz w:val="20"/>
        </w:rPr>
        <w:t>Aşağıda verilen konuyu ele alarak "Öyküleyici Anlatım" veya "Betimleyici Anlatım" biçimini belirgin şekilde kullanacağınız bir paragraf yazınız. Yazınızda olayı, kişiyi, zamanı ve mekânı ahenk içinde kurgulayınız. Başlık koymayı, yazım ve noktalama kurallarına uymayı unutmayınız.</w:t>
      </w:r>
    </w:p>
    <w:p w14:paraId="498E3C06" w14:textId="77777777" w:rsidR="00103347" w:rsidRDefault="00000000">
      <w:pPr>
        <w:spacing w:before="40" w:after="40"/>
      </w:pPr>
      <w:r>
        <w:rPr>
          <w:rFonts w:ascii="Aptos" w:hAnsi="Aptos"/>
          <w:b/>
          <w:sz w:val="20"/>
        </w:rPr>
        <w:t xml:space="preserve">KONU: </w:t>
      </w:r>
      <w:r>
        <w:rPr>
          <w:rFonts w:ascii="Aptos" w:hAnsi="Aptos"/>
          <w:sz w:val="20"/>
        </w:rPr>
        <w:t>"Eski bir zanaatkârın (örneğin bir saat tamircisi, marangoz veya çömlek ustası) tezgâhı başında sabırla bir esere hayat verdiği anlar."</w:t>
      </w:r>
    </w:p>
    <w:p w14:paraId="02DB5298" w14:textId="77777777" w:rsidR="00103347" w:rsidRDefault="00103347">
      <w:pPr>
        <w:spacing w:after="120"/>
        <w:rPr>
          <w:rFonts w:ascii="Aptos" w:hAnsi="Aptos"/>
          <w:b/>
          <w:sz w:val="20"/>
        </w:rPr>
      </w:pPr>
    </w:p>
    <w:p w14:paraId="5BC49D89" w14:textId="77777777" w:rsidR="00423186" w:rsidRDefault="00423186">
      <w:pPr>
        <w:spacing w:after="120"/>
        <w:rPr>
          <w:rFonts w:ascii="Aptos" w:hAnsi="Aptos"/>
          <w:b/>
          <w:sz w:val="20"/>
        </w:rPr>
      </w:pPr>
    </w:p>
    <w:p w14:paraId="47BE1D1F" w14:textId="77777777" w:rsidR="00423186" w:rsidRDefault="00423186">
      <w:pPr>
        <w:spacing w:after="120"/>
        <w:rPr>
          <w:rFonts w:ascii="Aptos" w:hAnsi="Aptos"/>
          <w:b/>
          <w:sz w:val="20"/>
        </w:rPr>
      </w:pPr>
    </w:p>
    <w:p w14:paraId="5CA2F73A" w14:textId="77777777" w:rsidR="00423186" w:rsidRDefault="00423186">
      <w:pPr>
        <w:spacing w:after="120"/>
        <w:rPr>
          <w:rFonts w:ascii="Aptos" w:hAnsi="Aptos"/>
          <w:b/>
          <w:sz w:val="20"/>
        </w:rPr>
      </w:pPr>
    </w:p>
    <w:p w14:paraId="7C4ED079" w14:textId="77777777" w:rsidR="00423186" w:rsidRDefault="00423186">
      <w:pPr>
        <w:spacing w:after="120"/>
        <w:rPr>
          <w:rFonts w:ascii="Aptos" w:hAnsi="Aptos"/>
          <w:b/>
          <w:sz w:val="20"/>
        </w:rPr>
      </w:pPr>
    </w:p>
    <w:p w14:paraId="0E135E51" w14:textId="77777777" w:rsidR="00423186" w:rsidRDefault="00423186">
      <w:pPr>
        <w:spacing w:after="120"/>
        <w:rPr>
          <w:rFonts w:ascii="Aptos" w:hAnsi="Aptos"/>
          <w:b/>
          <w:sz w:val="20"/>
        </w:rPr>
      </w:pPr>
    </w:p>
    <w:p w14:paraId="1FF2ABD0" w14:textId="77777777" w:rsidR="00423186" w:rsidRDefault="00423186">
      <w:pPr>
        <w:spacing w:after="120"/>
        <w:rPr>
          <w:rFonts w:ascii="Aptos" w:hAnsi="Aptos"/>
          <w:b/>
          <w:sz w:val="20"/>
        </w:rPr>
      </w:pPr>
    </w:p>
    <w:p w14:paraId="5C2E9D72" w14:textId="77777777" w:rsidR="00423186" w:rsidRDefault="00423186">
      <w:pPr>
        <w:spacing w:after="120"/>
        <w:rPr>
          <w:rFonts w:ascii="Aptos" w:hAnsi="Aptos"/>
          <w:b/>
          <w:sz w:val="20"/>
        </w:rPr>
      </w:pPr>
    </w:p>
    <w:p w14:paraId="54C19DF9" w14:textId="77777777" w:rsidR="00423186" w:rsidRDefault="00423186">
      <w:pPr>
        <w:spacing w:after="120"/>
        <w:rPr>
          <w:rFonts w:ascii="Aptos" w:hAnsi="Aptos"/>
          <w:b/>
          <w:sz w:val="20"/>
        </w:rPr>
      </w:pPr>
    </w:p>
    <w:p w14:paraId="0FF06B79" w14:textId="77777777" w:rsidR="00423186" w:rsidRDefault="00423186">
      <w:pPr>
        <w:spacing w:after="120"/>
        <w:rPr>
          <w:rFonts w:ascii="Aptos" w:hAnsi="Aptos"/>
          <w:b/>
          <w:sz w:val="20"/>
        </w:rPr>
      </w:pPr>
    </w:p>
    <w:p w14:paraId="60D45671" w14:textId="77777777" w:rsidR="00423186" w:rsidRDefault="00423186">
      <w:pPr>
        <w:spacing w:after="120"/>
      </w:pPr>
    </w:p>
    <w:p w14:paraId="32FC3735" w14:textId="77777777" w:rsidR="00103347" w:rsidRDefault="00103347">
      <w:pPr>
        <w:spacing w:after="120"/>
      </w:pPr>
    </w:p>
    <w:p w14:paraId="10DEC99F" w14:textId="77777777" w:rsidR="00103347" w:rsidRDefault="00103347">
      <w:pPr>
        <w:spacing w:after="120"/>
      </w:pPr>
    </w:p>
    <w:p w14:paraId="4DE98951" w14:textId="77777777" w:rsidR="00103347" w:rsidRDefault="00103347">
      <w:pPr>
        <w:spacing w:after="120"/>
      </w:pPr>
    </w:p>
    <w:p w14:paraId="1345B6E1" w14:textId="77777777" w:rsidR="00103347" w:rsidRDefault="00103347">
      <w:pPr>
        <w:spacing w:after="120"/>
      </w:pPr>
    </w:p>
    <w:p w14:paraId="74859008" w14:textId="77777777" w:rsidR="00103347" w:rsidRDefault="00000000">
      <w:pPr>
        <w:spacing w:before="120" w:after="80"/>
        <w:jc w:val="right"/>
      </w:pPr>
      <w:r>
        <w:rPr>
          <w:rFonts w:ascii="Aptos" w:hAnsi="Aptos"/>
          <w:b/>
          <w:sz w:val="20"/>
        </w:rPr>
        <w:t>Sınav Süresi: 40 Dakikadır. | Başarılar Dilerim. KonuVakti.com | TestVakti.net | Turkcetestvakti.com</w:t>
      </w:r>
    </w:p>
    <w:p w14:paraId="42F368E2" w14:textId="77777777" w:rsidR="00103347" w:rsidRDefault="00000000">
      <w:pPr>
        <w:spacing w:before="200" w:after="80"/>
        <w:jc w:val="center"/>
      </w:pPr>
      <w:r>
        <w:rPr>
          <w:rFonts w:ascii="Segoe UI Emoji" w:hAnsi="Segoe UI Emoji"/>
          <w:b/>
          <w:sz w:val="20"/>
        </w:rPr>
        <w:lastRenderedPageBreak/>
        <w:t xml:space="preserve">🔑 </w:t>
      </w:r>
      <w:r>
        <w:rPr>
          <w:rFonts w:ascii="Aptos" w:hAnsi="Aptos"/>
          <w:b/>
          <w:sz w:val="20"/>
        </w:rPr>
        <w:t>Öğretmenim İçin Cevap Anahtarı</w:t>
      </w:r>
    </w:p>
    <w:p w14:paraId="0F0B8830" w14:textId="77777777" w:rsidR="00103347" w:rsidRDefault="00000000" w:rsidP="00423186">
      <w:pPr>
        <w:spacing w:before="40" w:after="40" w:line="360" w:lineRule="auto"/>
      </w:pPr>
      <w:r>
        <w:rPr>
          <w:rFonts w:ascii="Aptos" w:hAnsi="Aptos"/>
          <w:b/>
          <w:sz w:val="20"/>
        </w:rPr>
        <w:t>1. Soru:</w:t>
      </w:r>
      <w:r>
        <w:rPr>
          <w:rFonts w:ascii="Aptos" w:hAnsi="Aptos"/>
          <w:sz w:val="20"/>
        </w:rPr>
        <w:t xml:space="preserve"> "Yaşanmışlığın harmanı" söz öbeğinin tahmini: İnsanın hayatı boyunca edindiği tecrübelerin, sevinçlerin, acıların ve duyguların bir araya gelip kaynaşması, esere ruh katması. Gerekçe: Metinde insanın acıyı, sevinci, pişmanlığı bizzat yaşayarak sanata dönüştürdüğünün belirtilmesi bu tahmini doğrular. (10 Puan)</w:t>
      </w:r>
    </w:p>
    <w:p w14:paraId="487443FF" w14:textId="77777777" w:rsidR="00103347" w:rsidRDefault="00000000" w:rsidP="00423186">
      <w:pPr>
        <w:spacing w:before="40" w:after="40" w:line="360" w:lineRule="auto"/>
      </w:pPr>
      <w:r>
        <w:rPr>
          <w:rFonts w:ascii="Aptos" w:hAnsi="Aptos"/>
          <w:b/>
          <w:sz w:val="20"/>
        </w:rPr>
        <w:t>2. Soru:</w:t>
      </w:r>
      <w:r>
        <w:rPr>
          <w:rFonts w:ascii="Aptos" w:hAnsi="Aptos"/>
          <w:sz w:val="20"/>
        </w:rPr>
        <w:t xml:space="preserve"> Yapay zekâ, var olan verileri mükemmel bir matematiksel düzen ve kusursuz simetriyle birleştirirken; insan, bizzat hissettiği duyguları, yaşanmışlıkları ve kendi kusurlu ama içten doğasını esere aktarmaktadır. (10 Puan)</w:t>
      </w:r>
    </w:p>
    <w:p w14:paraId="2F616E12" w14:textId="77777777" w:rsidR="00103347" w:rsidRDefault="00000000" w:rsidP="00423186">
      <w:pPr>
        <w:spacing w:before="40" w:after="40" w:line="360" w:lineRule="auto"/>
      </w:pPr>
      <w:r>
        <w:rPr>
          <w:rFonts w:ascii="Aptos" w:hAnsi="Aptos"/>
          <w:b/>
          <w:sz w:val="20"/>
        </w:rPr>
        <w:t>3. Soru:</w:t>
      </w:r>
      <w:r>
        <w:rPr>
          <w:rFonts w:ascii="Aptos" w:hAnsi="Aptos"/>
          <w:sz w:val="20"/>
        </w:rPr>
        <w:t xml:space="preserve"> Metnin Ana Fikri: Gerçek sanatı değerli kılan şey matematiksel kusursuzluk değil; insanın içten duyguları, yaşanmışlıkları ve ruhunun sıcaklığıdır. (10 Puan)</w:t>
      </w:r>
    </w:p>
    <w:p w14:paraId="47C8799C" w14:textId="77777777" w:rsidR="00103347" w:rsidRDefault="00000000" w:rsidP="00423186">
      <w:pPr>
        <w:spacing w:before="40" w:after="40" w:line="360" w:lineRule="auto"/>
      </w:pPr>
      <w:r>
        <w:rPr>
          <w:rFonts w:ascii="Aptos" w:hAnsi="Aptos"/>
          <w:b/>
          <w:sz w:val="20"/>
        </w:rPr>
        <w:t>4. Soru:</w:t>
      </w:r>
      <w:r>
        <w:rPr>
          <w:rFonts w:ascii="Aptos" w:hAnsi="Aptos"/>
          <w:sz w:val="20"/>
        </w:rPr>
        <w:t xml:space="preserve"> Çıkarım: Kusursuzluk ve hatasızlık mekanik bir özelliktir; sanat eserini eşsiz ve değerli kılan ise insanın kendi kırılganlığını, samimiyetini ve duygularını esere yansıtabilmesidir. (10 Puan)</w:t>
      </w:r>
    </w:p>
    <w:p w14:paraId="70EE440A" w14:textId="77777777" w:rsidR="00103347" w:rsidRDefault="00000000" w:rsidP="00423186">
      <w:pPr>
        <w:spacing w:before="40" w:after="40" w:line="360" w:lineRule="auto"/>
      </w:pPr>
      <w:r>
        <w:rPr>
          <w:rFonts w:ascii="Aptos" w:hAnsi="Aptos"/>
          <w:b/>
          <w:sz w:val="20"/>
        </w:rPr>
        <w:t>5. Soru: (Toplam 10 Puan)</w:t>
      </w:r>
      <w:r>
        <w:rPr>
          <w:rFonts w:ascii="Aptos" w:hAnsi="Aptos"/>
          <w:sz w:val="20"/>
        </w:rPr>
        <w:br/>
        <w:t>• Anlatım Biçimi: Tartışmacı Anlatım (5 Puan)</w:t>
      </w:r>
      <w:r>
        <w:rPr>
          <w:rFonts w:ascii="Aptos" w:hAnsi="Aptos"/>
          <w:sz w:val="20"/>
        </w:rPr>
        <w:br/>
        <w:t>• Gerekçesi / Kanıtı: Yazar metinde "aynı kefeye konabilir mi? Bana göre asla!" gibi soru ve ifadelerle yerleşik bir düşünceyi sorgulatmış, kendi kişisel tezini samimi bir dille savunmuştur. (5 Puan)</w:t>
      </w:r>
    </w:p>
    <w:p w14:paraId="7FB522D3" w14:textId="77777777" w:rsidR="00103347" w:rsidRDefault="00000000" w:rsidP="00423186">
      <w:pPr>
        <w:spacing w:before="40" w:after="40" w:line="360" w:lineRule="auto"/>
      </w:pPr>
      <w:r>
        <w:rPr>
          <w:rFonts w:ascii="Aptos" w:hAnsi="Aptos"/>
          <w:b/>
          <w:sz w:val="20"/>
        </w:rPr>
        <w:t>6. Soru: (Toplam 10 Puan)</w:t>
      </w:r>
      <w:r>
        <w:rPr>
          <w:rFonts w:ascii="Aptos" w:hAnsi="Aptos"/>
          <w:sz w:val="20"/>
        </w:rPr>
        <w:br/>
        <w:t>• Sayısal Verilerden Yararlanma: "2025 yılı itibarıyla dünyadaki dijital içeriklerin yaklaşık %35’i..." ifadesi. (5 Puan)</w:t>
      </w:r>
      <w:r>
        <w:rPr>
          <w:rFonts w:ascii="Aptos" w:hAnsi="Aptos"/>
          <w:sz w:val="20"/>
        </w:rPr>
        <w:br/>
        <w:t>• Karşılaştırma: Yapay zekânın matematiksel üretimi ile insanın duygusal üretiminin kıyaslanması. (5 Puan)</w:t>
      </w:r>
    </w:p>
    <w:p w14:paraId="6305E7C5" w14:textId="77777777" w:rsidR="00103347" w:rsidRDefault="00000000" w:rsidP="00423186">
      <w:pPr>
        <w:spacing w:before="40" w:after="40" w:line="360" w:lineRule="auto"/>
      </w:pPr>
      <w:r>
        <w:rPr>
          <w:rFonts w:ascii="Aptos" w:hAnsi="Aptos"/>
          <w:b/>
          <w:sz w:val="20"/>
        </w:rPr>
        <w:t>7. Soru: (Toplam 10 Puan)</w:t>
      </w:r>
      <w:r>
        <w:rPr>
          <w:rFonts w:ascii="Aptos" w:hAnsi="Aptos"/>
          <w:sz w:val="20"/>
        </w:rPr>
        <w:br/>
        <w:t>• Metnin Türü: Deneme (4 Puan)</w:t>
      </w:r>
      <w:r>
        <w:rPr>
          <w:rFonts w:ascii="Aptos" w:hAnsi="Aptos"/>
          <w:sz w:val="20"/>
        </w:rPr>
        <w:br/>
        <w:t>• Gerekçeleri: 1. Yazarın güncel bir konu hakkındaki kişisel duygu ve düşüncelerini kesin kurallara bağlamadan, samimi bir dille aktarması (3 Puan). 2. Yazarın kendisiyle konuşuyormuş gibi içten bir anlatım benimsemesi (3 Puan).</w:t>
      </w:r>
    </w:p>
    <w:p w14:paraId="749958CA" w14:textId="77777777" w:rsidR="00103347" w:rsidRDefault="00000000" w:rsidP="00423186">
      <w:pPr>
        <w:spacing w:before="40" w:after="40" w:line="360" w:lineRule="auto"/>
      </w:pPr>
      <w:r>
        <w:rPr>
          <w:rFonts w:ascii="Aptos" w:hAnsi="Aptos"/>
          <w:b/>
          <w:sz w:val="20"/>
        </w:rPr>
        <w:t>8. Soru: (Her doğru tespit ~3,3 Puan; toplam 10 Puan)</w:t>
      </w:r>
      <w:r>
        <w:rPr>
          <w:rFonts w:ascii="Aptos" w:hAnsi="Aptos"/>
          <w:b/>
          <w:sz w:val="20"/>
        </w:rPr>
        <w:br/>
      </w:r>
      <w:r>
        <w:rPr>
          <w:rFonts w:ascii="Aptos" w:hAnsi="Aptos"/>
          <w:sz w:val="20"/>
        </w:rPr>
        <w:t>1. Cümle: Kalıcı İsim ("yazar" sözcüğü sıfat-fiil eki alarak bir mesleğin/unvanın kalıcı adı olmuştur).</w:t>
      </w:r>
      <w:r>
        <w:rPr>
          <w:rFonts w:ascii="Aptos" w:hAnsi="Aptos"/>
          <w:sz w:val="20"/>
        </w:rPr>
        <w:br/>
        <w:t>2. Cümle: Fiilimsi (İsim-Fiil - "yap-ma-sı" eylem anlamını korumaktadır).</w:t>
      </w:r>
      <w:r>
        <w:rPr>
          <w:rFonts w:ascii="Aptos" w:hAnsi="Aptos"/>
          <w:sz w:val="20"/>
        </w:rPr>
        <w:br/>
        <w:t>3. Cümle: Kalıcı İsim ("danışma" sözcüğü isim-fiil eki alarak bir yerin/bölümün kalıcı adı olmuştur).</w:t>
      </w:r>
    </w:p>
    <w:p w14:paraId="39F030A0" w14:textId="77777777" w:rsidR="00103347" w:rsidRDefault="00000000" w:rsidP="00423186">
      <w:pPr>
        <w:spacing w:before="40" w:after="40" w:line="360" w:lineRule="auto"/>
      </w:pPr>
      <w:r>
        <w:rPr>
          <w:rFonts w:ascii="Aptos" w:hAnsi="Aptos"/>
          <w:b/>
          <w:sz w:val="20"/>
        </w:rPr>
        <w:t>9. Soru: Yazma Değerlendirme Baremi (20 Puan)</w:t>
      </w:r>
      <w:r>
        <w:rPr>
          <w:rFonts w:ascii="Aptos" w:hAnsi="Aptos"/>
          <w:sz w:val="20"/>
        </w:rPr>
        <w:br/>
        <w:t>• Belirlenen anlatım biçiminin (Öyküleme/Betimleme) belirgin kullanımı: 6 Puan</w:t>
      </w:r>
      <w:r>
        <w:rPr>
          <w:rFonts w:ascii="Aptos" w:hAnsi="Aptos"/>
          <w:sz w:val="20"/>
        </w:rPr>
        <w:br/>
        <w:t>• Olay, zaman, mekân ve kişi unsurlarının uyumu: 6 Puan</w:t>
      </w:r>
      <w:r>
        <w:rPr>
          <w:rFonts w:ascii="Aptos" w:hAnsi="Aptos"/>
          <w:sz w:val="20"/>
        </w:rPr>
        <w:br/>
        <w:t>• Yazım ve noktalama kurallarına uygunluk: 4 Puan</w:t>
      </w:r>
      <w:r>
        <w:rPr>
          <w:rFonts w:ascii="Aptos" w:hAnsi="Aptos"/>
          <w:sz w:val="20"/>
        </w:rPr>
        <w:br/>
        <w:t>• Sayfa düzeni ve amaca uygun başlık seçimi: 4 Puan</w:t>
      </w:r>
    </w:p>
    <w:p w14:paraId="4E862BB0" w14:textId="77777777" w:rsidR="00103347" w:rsidRDefault="00000000">
      <w:pPr>
        <w:spacing w:before="120" w:after="40"/>
        <w:jc w:val="right"/>
      </w:pPr>
      <w:r>
        <w:rPr>
          <w:rFonts w:ascii="Aptos" w:hAnsi="Aptos"/>
          <w:b/>
          <w:sz w:val="20"/>
        </w:rPr>
        <w:t>KonuVakti.com | TestVakti.net | Turkcetestvakti.com</w:t>
      </w:r>
    </w:p>
    <w:sectPr w:rsidR="00103347" w:rsidSect="00034616">
      <w:pgSz w:w="12240" w:h="15840"/>
      <w:pgMar w:top="454" w:right="720" w:bottom="39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749106930">
    <w:abstractNumId w:val="8"/>
  </w:num>
  <w:num w:numId="2" w16cid:durableId="1437823225">
    <w:abstractNumId w:val="6"/>
  </w:num>
  <w:num w:numId="3" w16cid:durableId="147016801">
    <w:abstractNumId w:val="5"/>
  </w:num>
  <w:num w:numId="4" w16cid:durableId="749692135">
    <w:abstractNumId w:val="4"/>
  </w:num>
  <w:num w:numId="5" w16cid:durableId="250087066">
    <w:abstractNumId w:val="7"/>
  </w:num>
  <w:num w:numId="6" w16cid:durableId="573514739">
    <w:abstractNumId w:val="3"/>
  </w:num>
  <w:num w:numId="7" w16cid:durableId="494339527">
    <w:abstractNumId w:val="2"/>
  </w:num>
  <w:num w:numId="8" w16cid:durableId="1017544274">
    <w:abstractNumId w:val="1"/>
  </w:num>
  <w:num w:numId="9" w16cid:durableId="775490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3347"/>
    <w:rsid w:val="0015074B"/>
    <w:rsid w:val="0029639D"/>
    <w:rsid w:val="00326F90"/>
    <w:rsid w:val="00423186"/>
    <w:rsid w:val="008B0C6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E505BB"/>
  <w14:defaultImageDpi w14:val="300"/>
  <w15:docId w15:val="{2479D984-46F8-4D74-BFF2-296BE7EB6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1017</Words>
  <Characters>5798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2</cp:revision>
  <dcterms:created xsi:type="dcterms:W3CDTF">2013-12-23T23:15:00Z</dcterms:created>
  <dcterms:modified xsi:type="dcterms:W3CDTF">2026-09-11T17:16:00Z</dcterms:modified>
  <cp:category/>
</cp:coreProperties>
</file>