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14BA7" w14:textId="77777777" w:rsidR="00950D1E" w:rsidRDefault="00000000">
      <w:pPr>
        <w:spacing w:after="40"/>
        <w:jc w:val="center"/>
      </w:pPr>
      <w:r>
        <w:rPr>
          <w:rFonts w:ascii="Aptos" w:hAnsi="Aptos"/>
          <w:b/>
          <w:sz w:val="20"/>
        </w:rPr>
        <w:t>................................................................ ORTAOKULU</w:t>
      </w:r>
    </w:p>
    <w:p w14:paraId="59E01A7C" w14:textId="77777777" w:rsidR="00950D1E" w:rsidRDefault="00000000">
      <w:pPr>
        <w:spacing w:after="80"/>
        <w:jc w:val="center"/>
      </w:pPr>
      <w:r>
        <w:rPr>
          <w:rFonts w:ascii="Aptos" w:hAnsi="Aptos"/>
          <w:b/>
          <w:sz w:val="20"/>
        </w:rPr>
        <w:t>2026-2027 EĞİTİM ÖĞRETİM YILI TÜRKÇE DERSİ 7. SINIF 1. DÖNEM 1. ORTAK YAZILI SINAVI (2. SENARYO)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4"/>
        <w:gridCol w:w="2835"/>
      </w:tblGrid>
      <w:tr w:rsidR="00BD2DC7" w14:paraId="63586B8D" w14:textId="77777777" w:rsidTr="00BD2DC7">
        <w:trPr>
          <w:jc w:val="center"/>
        </w:trPr>
        <w:tc>
          <w:tcPr>
            <w:tcW w:w="7654" w:type="dxa"/>
          </w:tcPr>
          <w:p w14:paraId="0564F891" w14:textId="77777777" w:rsidR="00BD2DC7" w:rsidRDefault="00BD2DC7">
            <w:pPr>
              <w:spacing w:before="40" w:after="40"/>
            </w:pPr>
            <w:proofErr w:type="spellStart"/>
            <w:r>
              <w:rPr>
                <w:rFonts w:ascii="Aptos" w:hAnsi="Aptos"/>
                <w:b/>
                <w:sz w:val="20"/>
              </w:rPr>
              <w:t>Adı</w:t>
            </w:r>
            <w:proofErr w:type="spellEnd"/>
            <w:r>
              <w:rPr>
                <w:rFonts w:ascii="Aptos" w:hAnsi="Aptos"/>
                <w:b/>
                <w:sz w:val="20"/>
              </w:rPr>
              <w:t xml:space="preserve"> </w:t>
            </w:r>
            <w:proofErr w:type="spellStart"/>
            <w:r>
              <w:rPr>
                <w:rFonts w:ascii="Aptos" w:hAnsi="Aptos"/>
                <w:b/>
                <w:sz w:val="20"/>
              </w:rPr>
              <w:t>Soyadı</w:t>
            </w:r>
            <w:proofErr w:type="spellEnd"/>
            <w:r>
              <w:rPr>
                <w:rFonts w:ascii="Aptos" w:hAnsi="Aptos"/>
                <w:b/>
                <w:sz w:val="20"/>
              </w:rPr>
              <w:t>:</w:t>
            </w:r>
          </w:p>
        </w:tc>
        <w:tc>
          <w:tcPr>
            <w:tcW w:w="2835" w:type="dxa"/>
            <w:vMerge w:val="restart"/>
            <w:vAlign w:val="center"/>
          </w:tcPr>
          <w:p w14:paraId="0DA08D46" w14:textId="77777777" w:rsidR="00BD2DC7" w:rsidRDefault="00BD2DC7">
            <w:pPr>
              <w:spacing w:before="40" w:after="40"/>
            </w:pPr>
            <w:r>
              <w:rPr>
                <w:rFonts w:ascii="Aptos" w:hAnsi="Aptos"/>
                <w:b/>
                <w:sz w:val="20"/>
              </w:rPr>
              <w:t>Aldığı Not:</w:t>
            </w:r>
          </w:p>
        </w:tc>
      </w:tr>
      <w:tr w:rsidR="00BD2DC7" w14:paraId="4C6B7198" w14:textId="77777777">
        <w:trPr>
          <w:jc w:val="center"/>
        </w:trPr>
        <w:tc>
          <w:tcPr>
            <w:tcW w:w="7654" w:type="dxa"/>
          </w:tcPr>
          <w:p w14:paraId="5222F81B" w14:textId="77777777" w:rsidR="00BD2DC7" w:rsidRDefault="00BD2DC7">
            <w:pPr>
              <w:spacing w:before="40" w:after="40"/>
            </w:pPr>
            <w:proofErr w:type="spellStart"/>
            <w:r>
              <w:rPr>
                <w:rFonts w:ascii="Aptos" w:hAnsi="Aptos"/>
                <w:b/>
                <w:sz w:val="20"/>
              </w:rPr>
              <w:t>Sınıfı</w:t>
            </w:r>
            <w:proofErr w:type="spellEnd"/>
            <w:r>
              <w:rPr>
                <w:rFonts w:ascii="Aptos" w:hAnsi="Aptos"/>
                <w:b/>
                <w:sz w:val="20"/>
              </w:rPr>
              <w:t xml:space="preserve"> / No:</w:t>
            </w:r>
          </w:p>
        </w:tc>
        <w:tc>
          <w:tcPr>
            <w:tcW w:w="2835" w:type="dxa"/>
            <w:vMerge/>
          </w:tcPr>
          <w:p w14:paraId="229515A0" w14:textId="77777777" w:rsidR="00BD2DC7" w:rsidRDefault="00BD2DC7">
            <w:pPr>
              <w:spacing w:before="40" w:after="40"/>
            </w:pPr>
          </w:p>
        </w:tc>
      </w:tr>
    </w:tbl>
    <w:p w14:paraId="50F19F39" w14:textId="77777777" w:rsidR="00950D1E" w:rsidRDefault="00000000">
      <w:pPr>
        <w:spacing w:before="120" w:after="40"/>
      </w:pPr>
      <w:r>
        <w:rPr>
          <w:rFonts w:ascii="Aptos" w:hAnsi="Aptos"/>
          <w:b/>
          <w:sz w:val="20"/>
        </w:rPr>
        <w:t>A. OKUMA VE ANLAMA ÇALIŞMASI</w:t>
      </w:r>
    </w:p>
    <w:p w14:paraId="607620BA" w14:textId="77777777" w:rsidR="00950D1E" w:rsidRDefault="00000000">
      <w:pPr>
        <w:spacing w:after="80"/>
      </w:pPr>
      <w:r>
        <w:rPr>
          <w:rFonts w:ascii="Aptos" w:hAnsi="Aptos"/>
          <w:i/>
          <w:sz w:val="20"/>
        </w:rPr>
        <w:t>(Aşağıdaki 1, 2, 3 ve 4. soruları metne göre cevaplayınız.)</w:t>
      </w:r>
    </w:p>
    <w:p w14:paraId="2ED2634D" w14:textId="77777777" w:rsidR="00950D1E" w:rsidRDefault="00000000">
      <w:pPr>
        <w:spacing w:before="40" w:after="40"/>
        <w:jc w:val="center"/>
      </w:pPr>
      <w:r>
        <w:rPr>
          <w:rFonts w:ascii="Aptos" w:hAnsi="Aptos"/>
          <w:b/>
          <w:sz w:val="20"/>
        </w:rPr>
        <w:t>KÜRESEL İKLİM VE KUTUP AYILARI</w:t>
      </w:r>
    </w:p>
    <w:p w14:paraId="583851BF" w14:textId="77777777" w:rsidR="00950D1E" w:rsidRDefault="00000000" w:rsidP="00BD2DC7">
      <w:pPr>
        <w:spacing w:after="80"/>
        <w:ind w:firstLine="720"/>
        <w:jc w:val="both"/>
      </w:pPr>
      <w:r>
        <w:rPr>
          <w:rFonts w:ascii="Aptos" w:hAnsi="Aptos"/>
          <w:sz w:val="20"/>
        </w:rPr>
        <w:t>Kuzey Kutbu’nun uçsuz bucaksız beyazlığında yaşayan kutup ayıları, gezegenimizin en zorlu iklim koşullarına uyum sağlamış mükemmel canlılardır. Kalın kürkleri, yağ tabakaları ve buzda kaymayı önleyen özel pati yapıları sayesinde dondurucu soğuklarda hayatta kalırlar. Kutup ayılarının yaşam döngüsü doğrudan deniz buzullarına bağlıdır; çünkü bu buz tabakaları onların en temel besin kaynağı olan fokları avlayabilmeleri için birer platform görevi görür. Ancak son yıllarda atmosferdeki sera gazlarının artmasıyla küresel sıcaklıklar yükselmekte, kutup buzulları her zamankinden daha erken eriyip daha geç donmaktadır. Bu durum kutup ayılarının avlanma sürelerini kısaltmakta, onları besin bulabilmek için yüzlerce kilometre yüzmeye ya da karada açlıkla mücadele etmeye zorlamaktadır. Bilim insanları, deniz buzullarının azalmasının yalnızca kutup ayılarını değil, gezegenin su döngüsünü ve tüm okyanus ekosistemini doğrudan tehdit eden küresel bir uyarı alarmı olduğunu belirtmektedir.</w:t>
      </w:r>
    </w:p>
    <w:p w14:paraId="03A4DEE3" w14:textId="77777777" w:rsidR="00950D1E" w:rsidRDefault="00000000">
      <w:pPr>
        <w:spacing w:before="80" w:after="20"/>
      </w:pPr>
      <w:r>
        <w:rPr>
          <w:rFonts w:ascii="Aptos" w:hAnsi="Aptos"/>
          <w:b/>
          <w:sz w:val="20"/>
        </w:rPr>
        <w:t xml:space="preserve">SORU 1: </w:t>
      </w:r>
      <w:r>
        <w:rPr>
          <w:rFonts w:ascii="Aptos" w:hAnsi="Aptos"/>
          <w:sz w:val="20"/>
        </w:rPr>
        <w:t>(Kazanım: T.O.7.5. Metnin yüzey anlamını belirleyebilme.) (15 Puan)</w:t>
      </w:r>
    </w:p>
    <w:p w14:paraId="67075D6A" w14:textId="77777777" w:rsidR="00950D1E" w:rsidRDefault="00000000">
      <w:pPr>
        <w:spacing w:after="40"/>
      </w:pPr>
      <w:r>
        <w:rPr>
          <w:rFonts w:ascii="Aptos" w:hAnsi="Aptos"/>
          <w:b/>
          <w:sz w:val="20"/>
        </w:rPr>
        <w:t>Kutup ayıları dondurucu kutup soğuklarında hangi fiziksel özellikleri sayesinde hayatta kalabilmektedir? Metne göre yazınız.</w:t>
      </w:r>
    </w:p>
    <w:p w14:paraId="20979921" w14:textId="77777777" w:rsidR="00950D1E" w:rsidRDefault="00950D1E">
      <w:pPr>
        <w:spacing w:after="80"/>
      </w:pPr>
    </w:p>
    <w:p w14:paraId="72DA56DC" w14:textId="77777777" w:rsidR="00950D1E" w:rsidRDefault="00950D1E">
      <w:pPr>
        <w:spacing w:after="80"/>
      </w:pPr>
    </w:p>
    <w:p w14:paraId="3D4327E3" w14:textId="77777777" w:rsidR="00950D1E" w:rsidRDefault="00000000">
      <w:pPr>
        <w:spacing w:before="40" w:after="20"/>
      </w:pPr>
      <w:r>
        <w:rPr>
          <w:rFonts w:ascii="Aptos" w:hAnsi="Aptos"/>
          <w:b/>
          <w:sz w:val="20"/>
        </w:rPr>
        <w:t xml:space="preserve">SORU 2: </w:t>
      </w:r>
      <w:r>
        <w:rPr>
          <w:rFonts w:ascii="Aptos" w:hAnsi="Aptos"/>
          <w:sz w:val="20"/>
        </w:rPr>
        <w:t>(Kazanım: T.O.7.7. Metnin derin anlamını belirlemeye yönelik basit çıkarımlar yapabilme.) (15 Puan)</w:t>
      </w:r>
    </w:p>
    <w:p w14:paraId="545E13F1" w14:textId="77777777" w:rsidR="00950D1E" w:rsidRDefault="00000000">
      <w:pPr>
        <w:spacing w:after="40"/>
      </w:pPr>
      <w:r>
        <w:rPr>
          <w:rFonts w:ascii="Aptos" w:hAnsi="Aptos"/>
          <w:b/>
          <w:sz w:val="20"/>
        </w:rPr>
        <w:t>Deniz buzullarının erken erimesi kutup ayılarının yaşamını nasıl etkilemektedir? Metinden hareketle bir çıkarımda bulunarak açıklayınız.</w:t>
      </w:r>
    </w:p>
    <w:p w14:paraId="382FF4A5" w14:textId="77777777" w:rsidR="00950D1E" w:rsidRDefault="00950D1E">
      <w:pPr>
        <w:spacing w:after="80"/>
      </w:pPr>
    </w:p>
    <w:p w14:paraId="22C92D98" w14:textId="77777777" w:rsidR="00950D1E" w:rsidRDefault="00950D1E">
      <w:pPr>
        <w:spacing w:after="80"/>
      </w:pPr>
    </w:p>
    <w:p w14:paraId="1AE6D6EB" w14:textId="77777777" w:rsidR="00950D1E" w:rsidRDefault="00000000">
      <w:pPr>
        <w:spacing w:before="40" w:after="20"/>
      </w:pPr>
      <w:r>
        <w:rPr>
          <w:rFonts w:ascii="Aptos" w:hAnsi="Aptos"/>
          <w:b/>
          <w:sz w:val="20"/>
        </w:rPr>
        <w:t xml:space="preserve">SORU 3: </w:t>
      </w:r>
      <w:r>
        <w:rPr>
          <w:rFonts w:ascii="Aptos" w:hAnsi="Aptos"/>
          <w:sz w:val="20"/>
        </w:rPr>
        <w:t>(Kazanım: T.O.7.14. Bilgilendirici metinlerde metin yapılarından hareketle önemli bilgileri belirlemeye yönelik çözümleme yapabilme.) (20 Puan)</w:t>
      </w:r>
    </w:p>
    <w:p w14:paraId="24CFBFC7" w14:textId="327DA16F" w:rsidR="00950D1E" w:rsidRDefault="00000000">
      <w:pPr>
        <w:spacing w:after="40"/>
      </w:pPr>
      <w:r>
        <w:rPr>
          <w:rFonts w:ascii="Aptos" w:hAnsi="Aptos"/>
          <w:b/>
          <w:sz w:val="20"/>
        </w:rPr>
        <w:t>Okuduğunuz bilgilendirici metindeki "</w:t>
      </w:r>
      <w:proofErr w:type="spellStart"/>
      <w:r>
        <w:rPr>
          <w:rFonts w:ascii="Aptos" w:hAnsi="Aptos"/>
          <w:b/>
          <w:sz w:val="20"/>
        </w:rPr>
        <w:t>Neden-Sonuç</w:t>
      </w:r>
      <w:proofErr w:type="spellEnd"/>
      <w:r w:rsidR="00BD2DC7">
        <w:rPr>
          <w:rFonts w:ascii="Aptos" w:hAnsi="Aptos"/>
          <w:b/>
          <w:sz w:val="20"/>
        </w:rPr>
        <w:t xml:space="preserve">” </w:t>
      </w:r>
      <w:proofErr w:type="spellStart"/>
      <w:r w:rsidR="00BD2DC7">
        <w:rPr>
          <w:rFonts w:ascii="Aptos" w:hAnsi="Aptos"/>
          <w:b/>
          <w:sz w:val="20"/>
        </w:rPr>
        <w:t>ilişkisini</w:t>
      </w:r>
      <w:proofErr w:type="spellEnd"/>
      <w:r>
        <w:rPr>
          <w:rFonts w:ascii="Aptos" w:hAnsi="Aptos"/>
          <w:b/>
          <w:sz w:val="20"/>
        </w:rPr>
        <w:t xml:space="preserve"> belirleyerek aşağıdaki tabloya yazınız.</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2"/>
        <w:gridCol w:w="5386"/>
      </w:tblGrid>
      <w:tr w:rsidR="00950D1E" w14:paraId="1237EDE3" w14:textId="77777777">
        <w:trPr>
          <w:jc w:val="center"/>
        </w:trPr>
        <w:tc>
          <w:tcPr>
            <w:tcW w:w="5102" w:type="dxa"/>
          </w:tcPr>
          <w:p w14:paraId="50FCF6EE" w14:textId="18A6FB90" w:rsidR="00950D1E" w:rsidRDefault="00000000">
            <w:pPr>
              <w:spacing w:before="40" w:after="40"/>
            </w:pPr>
            <w:proofErr w:type="spellStart"/>
            <w:r>
              <w:rPr>
                <w:rFonts w:ascii="Aptos" w:hAnsi="Aptos"/>
                <w:b/>
                <w:sz w:val="20"/>
              </w:rPr>
              <w:t>Metinde</w:t>
            </w:r>
            <w:proofErr w:type="spellEnd"/>
            <w:r>
              <w:rPr>
                <w:rFonts w:ascii="Aptos" w:hAnsi="Aptos"/>
                <w:b/>
                <w:sz w:val="20"/>
              </w:rPr>
              <w:t xml:space="preserve"> </w:t>
            </w:r>
            <w:proofErr w:type="spellStart"/>
            <w:r>
              <w:rPr>
                <w:rFonts w:ascii="Aptos" w:hAnsi="Aptos"/>
                <w:b/>
                <w:sz w:val="20"/>
              </w:rPr>
              <w:t>Belirtilen</w:t>
            </w:r>
            <w:proofErr w:type="spellEnd"/>
            <w:r>
              <w:rPr>
                <w:rFonts w:ascii="Aptos" w:hAnsi="Aptos"/>
                <w:b/>
                <w:sz w:val="20"/>
              </w:rPr>
              <w:t xml:space="preserve"> </w:t>
            </w:r>
            <w:proofErr w:type="spellStart"/>
            <w:r>
              <w:rPr>
                <w:rFonts w:ascii="Aptos" w:hAnsi="Aptos"/>
                <w:b/>
                <w:sz w:val="20"/>
              </w:rPr>
              <w:t>Neden</w:t>
            </w:r>
            <w:proofErr w:type="spellEnd"/>
          </w:p>
        </w:tc>
        <w:tc>
          <w:tcPr>
            <w:tcW w:w="5386" w:type="dxa"/>
          </w:tcPr>
          <w:p w14:paraId="1399E6CC" w14:textId="1A11E222" w:rsidR="00950D1E" w:rsidRDefault="00000000">
            <w:pPr>
              <w:spacing w:before="40" w:after="40"/>
            </w:pPr>
            <w:r>
              <w:rPr>
                <w:rFonts w:ascii="Aptos" w:hAnsi="Aptos"/>
                <w:b/>
                <w:sz w:val="20"/>
              </w:rPr>
              <w:t xml:space="preserve">Metinde Ortaya Çıkan Sonuç </w:t>
            </w:r>
          </w:p>
        </w:tc>
      </w:tr>
      <w:tr w:rsidR="00950D1E" w14:paraId="40D584B3" w14:textId="77777777" w:rsidTr="00BD2DC7">
        <w:trPr>
          <w:trHeight w:val="1171"/>
          <w:jc w:val="center"/>
        </w:trPr>
        <w:tc>
          <w:tcPr>
            <w:tcW w:w="5102" w:type="dxa"/>
          </w:tcPr>
          <w:p w14:paraId="06ADE5C6" w14:textId="77777777" w:rsidR="00950D1E" w:rsidRDefault="00950D1E">
            <w:pPr>
              <w:spacing w:before="80" w:after="280"/>
            </w:pPr>
          </w:p>
        </w:tc>
        <w:tc>
          <w:tcPr>
            <w:tcW w:w="5386" w:type="dxa"/>
          </w:tcPr>
          <w:p w14:paraId="58549B45" w14:textId="77777777" w:rsidR="00950D1E" w:rsidRDefault="00950D1E">
            <w:pPr>
              <w:spacing w:before="80" w:after="280"/>
            </w:pPr>
          </w:p>
        </w:tc>
      </w:tr>
    </w:tbl>
    <w:p w14:paraId="5A50B0AD" w14:textId="77777777" w:rsidR="00950D1E" w:rsidRDefault="00000000">
      <w:pPr>
        <w:spacing w:before="80" w:after="20"/>
      </w:pPr>
      <w:r>
        <w:rPr>
          <w:rFonts w:ascii="Aptos" w:hAnsi="Aptos"/>
          <w:b/>
          <w:sz w:val="20"/>
        </w:rPr>
        <w:t xml:space="preserve">SORU 4: </w:t>
      </w:r>
      <w:r>
        <w:rPr>
          <w:rFonts w:ascii="Aptos" w:hAnsi="Aptos"/>
          <w:sz w:val="20"/>
        </w:rPr>
        <w:t>(Kazanım: T.O.7.15. Bilgilendirici metinde anahtar kelimeleri belirlemeye yönelik çözümleme yapabilme.) (15 Puan)</w:t>
      </w:r>
    </w:p>
    <w:p w14:paraId="6496BB08" w14:textId="77777777" w:rsidR="00950D1E" w:rsidRDefault="00000000">
      <w:pPr>
        <w:spacing w:after="40"/>
      </w:pPr>
      <w:r>
        <w:rPr>
          <w:rFonts w:ascii="Aptos" w:hAnsi="Aptos"/>
          <w:b/>
          <w:sz w:val="20"/>
        </w:rPr>
        <w:t>Okuduğunuz bilgilendirici metnin konusunu ve temel iletisini en iyi yansıtan üç anahtar kelimeyi aşağıya yazınız.</w:t>
      </w:r>
    </w:p>
    <w:p w14:paraId="0592081D" w14:textId="77777777" w:rsidR="00950D1E" w:rsidRDefault="00950D1E">
      <w:pPr>
        <w:spacing w:after="80"/>
      </w:pPr>
    </w:p>
    <w:p w14:paraId="6B0EA4ED" w14:textId="77777777" w:rsidR="00BD2DC7" w:rsidRDefault="00BD2DC7">
      <w:pPr>
        <w:spacing w:after="80"/>
      </w:pPr>
    </w:p>
    <w:p w14:paraId="4E4DEAB8" w14:textId="77777777" w:rsidR="00950D1E" w:rsidRDefault="00000000">
      <w:pPr>
        <w:spacing w:before="80" w:after="40"/>
      </w:pPr>
      <w:r>
        <w:rPr>
          <w:rFonts w:ascii="Aptos" w:hAnsi="Aptos"/>
          <w:b/>
          <w:sz w:val="20"/>
        </w:rPr>
        <w:t>B. METİN YAPISI VE YAZIM-NOKTALAMA ÇALIŞMASI (35 PUAN)</w:t>
      </w:r>
    </w:p>
    <w:p w14:paraId="1E3278CD" w14:textId="77777777" w:rsidR="00950D1E" w:rsidRDefault="00000000">
      <w:pPr>
        <w:spacing w:before="40" w:after="20"/>
      </w:pPr>
      <w:r>
        <w:rPr>
          <w:rFonts w:ascii="Aptos" w:hAnsi="Aptos"/>
          <w:b/>
          <w:sz w:val="20"/>
        </w:rPr>
        <w:t xml:space="preserve">SORU 5: </w:t>
      </w:r>
      <w:r>
        <w:rPr>
          <w:rFonts w:ascii="Aptos" w:hAnsi="Aptos"/>
          <w:sz w:val="20"/>
        </w:rPr>
        <w:t>(Kazanım: T.Y.7.3. Yazısında içerik ve yapıya yönelik seçimlerini yönetebilme.) (15 Puan)</w:t>
      </w:r>
    </w:p>
    <w:p w14:paraId="11510FCA" w14:textId="77777777" w:rsidR="00950D1E" w:rsidRDefault="00000000">
      <w:pPr>
        <w:spacing w:after="40"/>
      </w:pPr>
      <w:r>
        <w:rPr>
          <w:rFonts w:ascii="Aptos" w:hAnsi="Aptos"/>
          <w:b/>
          <w:sz w:val="20"/>
        </w:rPr>
        <w:t>Aşağıda küresel ısınmayla mücadele sürecini anlatan karışık cümleler verilmiştir. Mantıksal akış ve metin yapısına göre cümleleri 1, 2, 3 ve 4 yazarak sıralayınız.</w:t>
      </w:r>
      <w:r>
        <w:rPr>
          <w:rFonts w:ascii="Aptos" w:hAnsi="Aptos"/>
          <w:sz w:val="20"/>
        </w:rPr>
        <w:br/>
        <w:t>(   ) Fabrikaların bacalarına filtre takılması ve yenilenebilir enerji kaynaklarına geçilmesi kararlaştırıldı.</w:t>
      </w:r>
      <w:r>
        <w:rPr>
          <w:rFonts w:ascii="Aptos" w:hAnsi="Aptos"/>
          <w:sz w:val="20"/>
        </w:rPr>
        <w:br/>
        <w:t>(   ) Sanayileşmenin hız kazanmasıyla atmosferdeki zararlı sera gazı oranı hızla arttı.</w:t>
      </w:r>
      <w:r>
        <w:rPr>
          <w:rFonts w:ascii="Aptos" w:hAnsi="Aptos"/>
          <w:sz w:val="20"/>
        </w:rPr>
        <w:br/>
        <w:t>(   ) Alınan bu önlemler sayesinde kutup buzullarının erime hızında belirgin bir yavaşlama kaydedildi.</w:t>
      </w:r>
      <w:r>
        <w:rPr>
          <w:rFonts w:ascii="Aptos" w:hAnsi="Aptos"/>
          <w:sz w:val="20"/>
        </w:rPr>
        <w:br/>
        <w:t>(   ) Yükselen küresel sıcaklıklar kutuplardaki buzulların rekor hızla erimesine yol açtı.</w:t>
      </w:r>
    </w:p>
    <w:p w14:paraId="6DD77E83" w14:textId="77777777" w:rsidR="00950D1E" w:rsidRDefault="00000000">
      <w:pPr>
        <w:spacing w:before="80" w:after="20"/>
      </w:pPr>
      <w:r>
        <w:rPr>
          <w:rFonts w:ascii="Aptos" w:hAnsi="Aptos"/>
          <w:b/>
          <w:sz w:val="20"/>
        </w:rPr>
        <w:lastRenderedPageBreak/>
        <w:t xml:space="preserve">SORU 6: </w:t>
      </w:r>
      <w:r>
        <w:rPr>
          <w:rFonts w:ascii="Aptos" w:hAnsi="Aptos"/>
          <w:sz w:val="20"/>
        </w:rPr>
        <w:t>(Kazanım: T.Y.7.21. Yazım kuralları ve noktalama işaretlerini uygulayabilme.) (20 Puan)</w:t>
      </w:r>
    </w:p>
    <w:p w14:paraId="7F1D6863" w14:textId="77777777" w:rsidR="00950D1E" w:rsidRDefault="00000000">
      <w:pPr>
        <w:spacing w:after="40"/>
      </w:pPr>
      <w:r>
        <w:rPr>
          <w:rFonts w:ascii="Aptos" w:hAnsi="Aptos"/>
          <w:b/>
          <w:sz w:val="20"/>
        </w:rPr>
        <w:t>a) Aşağıdaki cümlede yay ayraçların ( ) içine uygun noktalama işaretlerini yerleştiriniz. (10 Puan)</w:t>
      </w:r>
      <w:r>
        <w:rPr>
          <w:rFonts w:ascii="Aptos" w:hAnsi="Aptos"/>
          <w:b/>
          <w:sz w:val="20"/>
        </w:rPr>
        <w:br/>
      </w:r>
      <w:r>
        <w:rPr>
          <w:rFonts w:ascii="Aptos" w:hAnsi="Aptos"/>
          <w:sz w:val="20"/>
        </w:rPr>
        <w:t>Araştırmacı Selim Bey (   ) ekibine seslendi (   ) (   ) Buzullardaki erime tahminlerimizden çok daha hızlı ilerliyor (   ) (   )</w:t>
      </w:r>
    </w:p>
    <w:p w14:paraId="78056D59" w14:textId="77777777" w:rsidR="00BD2DC7" w:rsidRDefault="00BD2DC7">
      <w:pPr>
        <w:spacing w:before="40" w:after="40"/>
        <w:rPr>
          <w:rFonts w:ascii="Aptos" w:hAnsi="Aptos"/>
          <w:b/>
          <w:sz w:val="20"/>
        </w:rPr>
      </w:pPr>
    </w:p>
    <w:p w14:paraId="263AA776" w14:textId="1AF18990" w:rsidR="00950D1E" w:rsidRDefault="00000000" w:rsidP="00BD2DC7">
      <w:pPr>
        <w:spacing w:before="40" w:after="40" w:line="360" w:lineRule="auto"/>
      </w:pPr>
      <w:r>
        <w:rPr>
          <w:rFonts w:ascii="Aptos" w:hAnsi="Aptos"/>
          <w:b/>
          <w:sz w:val="20"/>
        </w:rPr>
        <w:t xml:space="preserve">b) Aşağıdaki </w:t>
      </w:r>
      <w:proofErr w:type="spellStart"/>
      <w:r>
        <w:rPr>
          <w:rFonts w:ascii="Aptos" w:hAnsi="Aptos"/>
          <w:b/>
          <w:sz w:val="20"/>
        </w:rPr>
        <w:t>cümlelerde</w:t>
      </w:r>
      <w:proofErr w:type="spellEnd"/>
      <w:r>
        <w:rPr>
          <w:rFonts w:ascii="Aptos" w:hAnsi="Aptos"/>
          <w:b/>
          <w:sz w:val="20"/>
        </w:rPr>
        <w:t xml:space="preserve"> </w:t>
      </w:r>
      <w:proofErr w:type="spellStart"/>
      <w:r>
        <w:rPr>
          <w:rFonts w:ascii="Aptos" w:hAnsi="Aptos"/>
          <w:b/>
          <w:sz w:val="20"/>
        </w:rPr>
        <w:t>yapılan</w:t>
      </w:r>
      <w:proofErr w:type="spellEnd"/>
      <w:r>
        <w:rPr>
          <w:rFonts w:ascii="Aptos" w:hAnsi="Aptos"/>
          <w:b/>
          <w:sz w:val="20"/>
        </w:rPr>
        <w:t xml:space="preserve"> </w:t>
      </w:r>
      <w:proofErr w:type="spellStart"/>
      <w:r>
        <w:rPr>
          <w:rFonts w:ascii="Aptos" w:hAnsi="Aptos"/>
          <w:b/>
          <w:sz w:val="20"/>
        </w:rPr>
        <w:t>yazım</w:t>
      </w:r>
      <w:proofErr w:type="spellEnd"/>
      <w:r>
        <w:rPr>
          <w:rFonts w:ascii="Aptos" w:hAnsi="Aptos"/>
          <w:b/>
          <w:sz w:val="20"/>
        </w:rPr>
        <w:t xml:space="preserve"> yanlışlarını tespit ederek altı çizili sözcüklerin doğru hâllerini karşılarına yazınız. (10 Puan)</w:t>
      </w:r>
      <w:r>
        <w:rPr>
          <w:rFonts w:ascii="Aptos" w:hAnsi="Aptos"/>
          <w:b/>
          <w:sz w:val="20"/>
        </w:rPr>
        <w:br/>
      </w:r>
      <w:r>
        <w:rPr>
          <w:rFonts w:ascii="Aptos" w:hAnsi="Aptos"/>
          <w:sz w:val="20"/>
        </w:rPr>
        <w:t>1. Kutuplarda ki iklim değişikliği tüm dünyayı etkileyecektir.           -&gt; Doğrusu: .....................................</w:t>
      </w:r>
      <w:r>
        <w:rPr>
          <w:rFonts w:ascii="Aptos" w:hAnsi="Aptos"/>
          <w:sz w:val="20"/>
        </w:rPr>
        <w:br/>
        <w:t>2. İklim zirvesi 22 nisan pazartesi günü Cenevre'de toplanacak.   -&gt; Doğrusu: .....................................</w:t>
      </w:r>
    </w:p>
    <w:p w14:paraId="063E9A74" w14:textId="77777777" w:rsidR="00BD2DC7" w:rsidRDefault="00BD2DC7">
      <w:pPr>
        <w:spacing w:before="200" w:after="80"/>
        <w:jc w:val="right"/>
        <w:rPr>
          <w:rFonts w:ascii="Aptos" w:hAnsi="Aptos"/>
          <w:b/>
          <w:sz w:val="20"/>
        </w:rPr>
      </w:pPr>
    </w:p>
    <w:p w14:paraId="71E0A05E" w14:textId="77777777" w:rsidR="00BD2DC7" w:rsidRDefault="00BD2DC7">
      <w:pPr>
        <w:spacing w:before="200" w:after="80"/>
        <w:jc w:val="right"/>
        <w:rPr>
          <w:rFonts w:ascii="Aptos" w:hAnsi="Aptos"/>
          <w:b/>
          <w:sz w:val="20"/>
        </w:rPr>
      </w:pPr>
    </w:p>
    <w:p w14:paraId="184E50E5" w14:textId="77777777" w:rsidR="00BD2DC7" w:rsidRDefault="00BD2DC7">
      <w:pPr>
        <w:spacing w:before="200" w:after="80"/>
        <w:jc w:val="right"/>
        <w:rPr>
          <w:rFonts w:ascii="Aptos" w:hAnsi="Aptos"/>
          <w:b/>
          <w:sz w:val="20"/>
        </w:rPr>
      </w:pPr>
    </w:p>
    <w:p w14:paraId="10ACA444" w14:textId="77777777" w:rsidR="00BD2DC7" w:rsidRDefault="00BD2DC7">
      <w:pPr>
        <w:spacing w:before="200" w:after="80"/>
        <w:jc w:val="right"/>
        <w:rPr>
          <w:rFonts w:ascii="Aptos" w:hAnsi="Aptos"/>
          <w:b/>
          <w:sz w:val="20"/>
        </w:rPr>
      </w:pPr>
    </w:p>
    <w:p w14:paraId="3FFA389A" w14:textId="77777777" w:rsidR="00BD2DC7" w:rsidRDefault="00BD2DC7">
      <w:pPr>
        <w:spacing w:before="200" w:after="80"/>
        <w:jc w:val="right"/>
        <w:rPr>
          <w:rFonts w:ascii="Aptos" w:hAnsi="Aptos"/>
          <w:b/>
          <w:sz w:val="20"/>
        </w:rPr>
      </w:pPr>
    </w:p>
    <w:p w14:paraId="082EC47C" w14:textId="77777777" w:rsidR="00BD2DC7" w:rsidRDefault="00BD2DC7">
      <w:pPr>
        <w:spacing w:before="200" w:after="80"/>
        <w:jc w:val="right"/>
        <w:rPr>
          <w:rFonts w:ascii="Aptos" w:hAnsi="Aptos"/>
          <w:b/>
          <w:sz w:val="20"/>
        </w:rPr>
      </w:pPr>
    </w:p>
    <w:p w14:paraId="48F339DA" w14:textId="77777777" w:rsidR="00BD2DC7" w:rsidRDefault="00BD2DC7">
      <w:pPr>
        <w:spacing w:before="200" w:after="80"/>
        <w:jc w:val="right"/>
        <w:rPr>
          <w:rFonts w:ascii="Aptos" w:hAnsi="Aptos"/>
          <w:b/>
          <w:sz w:val="20"/>
        </w:rPr>
      </w:pPr>
    </w:p>
    <w:p w14:paraId="1CA42E76" w14:textId="77777777" w:rsidR="00BD2DC7" w:rsidRDefault="00BD2DC7">
      <w:pPr>
        <w:spacing w:before="200" w:after="80"/>
        <w:jc w:val="right"/>
        <w:rPr>
          <w:rFonts w:ascii="Aptos" w:hAnsi="Aptos"/>
          <w:b/>
          <w:sz w:val="20"/>
        </w:rPr>
      </w:pPr>
    </w:p>
    <w:p w14:paraId="7C4E7C7B" w14:textId="77777777" w:rsidR="00BD2DC7" w:rsidRDefault="00BD2DC7">
      <w:pPr>
        <w:spacing w:before="200" w:after="80"/>
        <w:jc w:val="right"/>
        <w:rPr>
          <w:rFonts w:ascii="Aptos" w:hAnsi="Aptos"/>
          <w:b/>
          <w:sz w:val="20"/>
        </w:rPr>
      </w:pPr>
    </w:p>
    <w:p w14:paraId="311E90EF" w14:textId="77777777" w:rsidR="00BD2DC7" w:rsidRDefault="00BD2DC7">
      <w:pPr>
        <w:spacing w:before="200" w:after="80"/>
        <w:jc w:val="right"/>
        <w:rPr>
          <w:rFonts w:ascii="Aptos" w:hAnsi="Aptos"/>
          <w:b/>
          <w:sz w:val="20"/>
        </w:rPr>
      </w:pPr>
    </w:p>
    <w:p w14:paraId="456AC86C" w14:textId="77777777" w:rsidR="00BD2DC7" w:rsidRDefault="00BD2DC7">
      <w:pPr>
        <w:spacing w:before="200" w:after="80"/>
        <w:jc w:val="right"/>
        <w:rPr>
          <w:rFonts w:ascii="Aptos" w:hAnsi="Aptos"/>
          <w:b/>
          <w:sz w:val="20"/>
        </w:rPr>
      </w:pPr>
    </w:p>
    <w:p w14:paraId="53232F8E" w14:textId="77777777" w:rsidR="00BD2DC7" w:rsidRDefault="00BD2DC7">
      <w:pPr>
        <w:spacing w:before="200" w:after="80"/>
        <w:jc w:val="right"/>
        <w:rPr>
          <w:rFonts w:ascii="Aptos" w:hAnsi="Aptos"/>
          <w:b/>
          <w:sz w:val="20"/>
        </w:rPr>
      </w:pPr>
    </w:p>
    <w:p w14:paraId="5A9EF58B" w14:textId="77777777" w:rsidR="00BD2DC7" w:rsidRDefault="00BD2DC7">
      <w:pPr>
        <w:spacing w:before="200" w:after="80"/>
        <w:jc w:val="right"/>
        <w:rPr>
          <w:rFonts w:ascii="Aptos" w:hAnsi="Aptos"/>
          <w:b/>
          <w:sz w:val="20"/>
        </w:rPr>
      </w:pPr>
    </w:p>
    <w:p w14:paraId="42830BCB" w14:textId="77777777" w:rsidR="00BD2DC7" w:rsidRDefault="00BD2DC7">
      <w:pPr>
        <w:spacing w:before="200" w:after="80"/>
        <w:jc w:val="right"/>
        <w:rPr>
          <w:rFonts w:ascii="Aptos" w:hAnsi="Aptos"/>
          <w:b/>
          <w:sz w:val="20"/>
        </w:rPr>
      </w:pPr>
    </w:p>
    <w:p w14:paraId="14527233" w14:textId="77777777" w:rsidR="00BD2DC7" w:rsidRDefault="00BD2DC7">
      <w:pPr>
        <w:spacing w:before="200" w:after="80"/>
        <w:jc w:val="right"/>
        <w:rPr>
          <w:rFonts w:ascii="Aptos" w:hAnsi="Aptos"/>
          <w:b/>
          <w:sz w:val="20"/>
        </w:rPr>
      </w:pPr>
    </w:p>
    <w:p w14:paraId="599F986D" w14:textId="77777777" w:rsidR="00BD2DC7" w:rsidRDefault="00BD2DC7">
      <w:pPr>
        <w:spacing w:before="200" w:after="80"/>
        <w:jc w:val="right"/>
        <w:rPr>
          <w:rFonts w:ascii="Aptos" w:hAnsi="Aptos"/>
          <w:b/>
          <w:sz w:val="20"/>
        </w:rPr>
      </w:pPr>
    </w:p>
    <w:p w14:paraId="6759D5C4" w14:textId="77777777" w:rsidR="00BD2DC7" w:rsidRDefault="00BD2DC7">
      <w:pPr>
        <w:spacing w:before="200" w:after="80"/>
        <w:jc w:val="right"/>
        <w:rPr>
          <w:rFonts w:ascii="Aptos" w:hAnsi="Aptos"/>
          <w:b/>
          <w:sz w:val="20"/>
        </w:rPr>
      </w:pPr>
    </w:p>
    <w:p w14:paraId="23450B68" w14:textId="77777777" w:rsidR="00BD2DC7" w:rsidRDefault="00BD2DC7">
      <w:pPr>
        <w:spacing w:before="200" w:after="80"/>
        <w:jc w:val="right"/>
        <w:rPr>
          <w:rFonts w:ascii="Aptos" w:hAnsi="Aptos"/>
          <w:b/>
          <w:sz w:val="20"/>
        </w:rPr>
      </w:pPr>
    </w:p>
    <w:p w14:paraId="0B6D2544" w14:textId="77777777" w:rsidR="00BD2DC7" w:rsidRDefault="00BD2DC7">
      <w:pPr>
        <w:spacing w:before="200" w:after="80"/>
        <w:jc w:val="right"/>
        <w:rPr>
          <w:rFonts w:ascii="Aptos" w:hAnsi="Aptos"/>
          <w:b/>
          <w:sz w:val="20"/>
        </w:rPr>
      </w:pPr>
    </w:p>
    <w:p w14:paraId="011FCD4D" w14:textId="77777777" w:rsidR="00BD2DC7" w:rsidRDefault="00BD2DC7">
      <w:pPr>
        <w:spacing w:before="200" w:after="80"/>
        <w:jc w:val="right"/>
        <w:rPr>
          <w:rFonts w:ascii="Aptos" w:hAnsi="Aptos"/>
          <w:b/>
          <w:sz w:val="20"/>
        </w:rPr>
      </w:pPr>
    </w:p>
    <w:p w14:paraId="590C4550" w14:textId="77777777" w:rsidR="00BD2DC7" w:rsidRDefault="00BD2DC7">
      <w:pPr>
        <w:spacing w:before="200" w:after="80"/>
        <w:jc w:val="right"/>
        <w:rPr>
          <w:rFonts w:ascii="Aptos" w:hAnsi="Aptos"/>
          <w:b/>
          <w:sz w:val="20"/>
        </w:rPr>
      </w:pPr>
    </w:p>
    <w:p w14:paraId="1BFBC782" w14:textId="77777777" w:rsidR="00BD2DC7" w:rsidRDefault="00BD2DC7">
      <w:pPr>
        <w:spacing w:before="200" w:after="80"/>
        <w:jc w:val="right"/>
        <w:rPr>
          <w:rFonts w:ascii="Aptos" w:hAnsi="Aptos"/>
          <w:b/>
          <w:sz w:val="20"/>
        </w:rPr>
      </w:pPr>
    </w:p>
    <w:p w14:paraId="1379FB35" w14:textId="77777777" w:rsidR="00BD2DC7" w:rsidRDefault="00BD2DC7">
      <w:pPr>
        <w:spacing w:before="200" w:after="80"/>
        <w:jc w:val="right"/>
        <w:rPr>
          <w:rFonts w:ascii="Aptos" w:hAnsi="Aptos"/>
          <w:b/>
          <w:sz w:val="20"/>
        </w:rPr>
      </w:pPr>
    </w:p>
    <w:p w14:paraId="223A85E8" w14:textId="77777777" w:rsidR="00BD2DC7" w:rsidRDefault="00BD2DC7">
      <w:pPr>
        <w:spacing w:before="200" w:after="80"/>
        <w:jc w:val="right"/>
        <w:rPr>
          <w:rFonts w:ascii="Aptos" w:hAnsi="Aptos"/>
          <w:b/>
          <w:sz w:val="20"/>
        </w:rPr>
      </w:pPr>
    </w:p>
    <w:p w14:paraId="33371955" w14:textId="3A2FDAD1" w:rsidR="00950D1E" w:rsidRDefault="00000000">
      <w:pPr>
        <w:spacing w:before="200" w:after="80"/>
        <w:jc w:val="right"/>
      </w:pPr>
      <w:proofErr w:type="spellStart"/>
      <w:r>
        <w:rPr>
          <w:rFonts w:ascii="Aptos" w:hAnsi="Aptos"/>
          <w:b/>
          <w:sz w:val="20"/>
        </w:rPr>
        <w:t>Sınav</w:t>
      </w:r>
      <w:proofErr w:type="spellEnd"/>
      <w:r>
        <w:rPr>
          <w:rFonts w:ascii="Aptos" w:hAnsi="Aptos"/>
          <w:b/>
          <w:sz w:val="20"/>
        </w:rPr>
        <w:t xml:space="preserve"> </w:t>
      </w:r>
      <w:proofErr w:type="spellStart"/>
      <w:r>
        <w:rPr>
          <w:rFonts w:ascii="Aptos" w:hAnsi="Aptos"/>
          <w:b/>
          <w:sz w:val="20"/>
        </w:rPr>
        <w:t>Süresi</w:t>
      </w:r>
      <w:proofErr w:type="spellEnd"/>
      <w:r>
        <w:rPr>
          <w:rFonts w:ascii="Aptos" w:hAnsi="Aptos"/>
          <w:b/>
          <w:sz w:val="20"/>
        </w:rPr>
        <w:t xml:space="preserve">: 40 </w:t>
      </w:r>
      <w:proofErr w:type="spellStart"/>
      <w:r>
        <w:rPr>
          <w:rFonts w:ascii="Aptos" w:hAnsi="Aptos"/>
          <w:b/>
          <w:sz w:val="20"/>
        </w:rPr>
        <w:t>Dakikadır</w:t>
      </w:r>
      <w:proofErr w:type="spellEnd"/>
      <w:r>
        <w:rPr>
          <w:rFonts w:ascii="Aptos" w:hAnsi="Aptos"/>
          <w:b/>
          <w:sz w:val="20"/>
        </w:rPr>
        <w:t>. | Başarılar Dilerim. KonuVakti.com | TestVakti.net | Turkcetestvakti.com</w:t>
      </w:r>
    </w:p>
    <w:p w14:paraId="63D3A5F2" w14:textId="77777777" w:rsidR="00950D1E" w:rsidRDefault="00000000">
      <w:pPr>
        <w:spacing w:before="200" w:after="80"/>
        <w:jc w:val="center"/>
      </w:pPr>
      <w:r>
        <w:rPr>
          <w:rFonts w:ascii="Segoe UI Emoji" w:hAnsi="Segoe UI Emoji"/>
          <w:b/>
          <w:sz w:val="20"/>
        </w:rPr>
        <w:lastRenderedPageBreak/>
        <w:t xml:space="preserve">🔑 </w:t>
      </w:r>
      <w:r>
        <w:rPr>
          <w:rFonts w:ascii="Aptos" w:hAnsi="Aptos"/>
          <w:b/>
          <w:sz w:val="20"/>
        </w:rPr>
        <w:t>Öğretmenim İçin Cevap Anahtarı</w:t>
      </w:r>
    </w:p>
    <w:p w14:paraId="49922D79" w14:textId="77777777" w:rsidR="00950D1E" w:rsidRDefault="00000000" w:rsidP="00BD2DC7">
      <w:pPr>
        <w:spacing w:before="40" w:after="40" w:line="360" w:lineRule="auto"/>
      </w:pPr>
      <w:r>
        <w:rPr>
          <w:rFonts w:ascii="Aptos" w:hAnsi="Aptos"/>
          <w:b/>
          <w:sz w:val="20"/>
        </w:rPr>
        <w:t>1. Soru:</w:t>
      </w:r>
      <w:r>
        <w:rPr>
          <w:rFonts w:ascii="Aptos" w:hAnsi="Aptos"/>
          <w:sz w:val="20"/>
        </w:rPr>
        <w:t xml:space="preserve"> Kutup ayıları; kalın kürkleri, vücutlarındaki kalın yağ tabakaları ve buz üstünde kaymalarını önleyen özel pati yapıları sayesinde dondurucu kutup soğuklarında hayatta kalabilmektedir. (15 Puan)</w:t>
      </w:r>
    </w:p>
    <w:p w14:paraId="07E75EC4" w14:textId="77777777" w:rsidR="00950D1E" w:rsidRDefault="00000000" w:rsidP="00BD2DC7">
      <w:pPr>
        <w:spacing w:before="40" w:after="40" w:line="360" w:lineRule="auto"/>
      </w:pPr>
      <w:r>
        <w:rPr>
          <w:rFonts w:ascii="Aptos" w:hAnsi="Aptos"/>
          <w:b/>
          <w:sz w:val="20"/>
        </w:rPr>
        <w:t>2. Soru:</w:t>
      </w:r>
      <w:r>
        <w:rPr>
          <w:rFonts w:ascii="Aptos" w:hAnsi="Aptos"/>
          <w:sz w:val="20"/>
        </w:rPr>
        <w:t xml:space="preserve"> Kutup ayılarının temel besin kaynağı foklardır ve bu avlanma buzullar üzerinde gerçekleşir. Buzulların erken erimesi avlanma sürelerini kısaltmakta; bu durum onların besin bulmak için yüzlerce kilometre yüzmesine, aç kalmasına ve nesillerinin tehlikeye girmesine yol açmaktadır. (15 Puan)</w:t>
      </w:r>
    </w:p>
    <w:p w14:paraId="522B3695" w14:textId="77777777" w:rsidR="00950D1E" w:rsidRDefault="00000000" w:rsidP="00BD2DC7">
      <w:pPr>
        <w:spacing w:before="40" w:after="40" w:line="360" w:lineRule="auto"/>
      </w:pPr>
      <w:r>
        <w:rPr>
          <w:rFonts w:ascii="Aptos" w:hAnsi="Aptos"/>
          <w:b/>
          <w:sz w:val="20"/>
        </w:rPr>
        <w:t>3. Soru: (20 Puan)</w:t>
      </w:r>
      <w:r>
        <w:rPr>
          <w:rFonts w:ascii="Aptos" w:hAnsi="Aptos"/>
          <w:sz w:val="20"/>
        </w:rPr>
        <w:br/>
        <w:t>• Neden (Sorun): Atmosferdeki sera gazlarının artması sonucu küresel sıcaklıkların yükselmesi ve deniz buzullarının erken erimesi.</w:t>
      </w:r>
      <w:r>
        <w:rPr>
          <w:rFonts w:ascii="Aptos" w:hAnsi="Aptos"/>
          <w:sz w:val="20"/>
        </w:rPr>
        <w:br/>
        <w:t>• Sonuç (Etki): Kutup ayılarının avlanma alanlarının daralması, açlık tehlikesiyle karşılaşması; gezegenin su döngüsünün ve tüm okyanus ekosisteminin tehdit altına girmesi.</w:t>
      </w:r>
    </w:p>
    <w:p w14:paraId="5ED9C081" w14:textId="77777777" w:rsidR="00950D1E" w:rsidRDefault="00000000" w:rsidP="00BD2DC7">
      <w:pPr>
        <w:spacing w:before="40" w:after="40" w:line="360" w:lineRule="auto"/>
      </w:pPr>
      <w:r>
        <w:rPr>
          <w:rFonts w:ascii="Aptos" w:hAnsi="Aptos"/>
          <w:b/>
          <w:sz w:val="20"/>
        </w:rPr>
        <w:t>4. Soru:</w:t>
      </w:r>
      <w:r>
        <w:rPr>
          <w:rFonts w:ascii="Aptos" w:hAnsi="Aptos"/>
          <w:sz w:val="20"/>
        </w:rPr>
        <w:t xml:space="preserve"> Metnin anahtar kelimeleri: Kutup Ayıları, Buzullar / İklim Değişikliği (Küresel Isınma), Ekosistem. (Her doğru kelime 5 Puan; toplam 15 Puan)</w:t>
      </w:r>
    </w:p>
    <w:p w14:paraId="62BAEE8D" w14:textId="77777777" w:rsidR="00950D1E" w:rsidRDefault="00000000" w:rsidP="00BD2DC7">
      <w:pPr>
        <w:spacing w:before="40" w:after="40" w:line="360" w:lineRule="auto"/>
      </w:pPr>
      <w:r>
        <w:rPr>
          <w:rFonts w:ascii="Aptos" w:hAnsi="Aptos"/>
          <w:b/>
          <w:sz w:val="20"/>
        </w:rPr>
        <w:t>5. Soru: (15 Puan)</w:t>
      </w:r>
      <w:r>
        <w:rPr>
          <w:rFonts w:ascii="Aptos" w:hAnsi="Aptos"/>
          <w:sz w:val="20"/>
        </w:rPr>
        <w:t xml:space="preserve"> Doğru mantıksal sıralama:</w:t>
      </w:r>
      <w:r>
        <w:rPr>
          <w:rFonts w:ascii="Aptos" w:hAnsi="Aptos"/>
          <w:sz w:val="20"/>
        </w:rPr>
        <w:br/>
        <w:t>( 3 ) Fabrikaların bacalarına filtre takılması ve yenilenebilir enerji kaynaklarına geçilmesi kararlaştırıldı.</w:t>
      </w:r>
      <w:r>
        <w:rPr>
          <w:rFonts w:ascii="Aptos" w:hAnsi="Aptos"/>
          <w:sz w:val="20"/>
        </w:rPr>
        <w:br/>
        <w:t>( 1 ) Sanayileşmenin hız kazanmasıyla atmosferdeki zararlı sera gazı oranı hızla arttı.</w:t>
      </w:r>
      <w:r>
        <w:rPr>
          <w:rFonts w:ascii="Aptos" w:hAnsi="Aptos"/>
          <w:sz w:val="20"/>
        </w:rPr>
        <w:br/>
        <w:t>( 4 ) Alınan bu önlemler sayesinde kutup buzullarının erime hızında belirgin bir yavaşlama kaydedildi.</w:t>
      </w:r>
      <w:r>
        <w:rPr>
          <w:rFonts w:ascii="Aptos" w:hAnsi="Aptos"/>
          <w:sz w:val="20"/>
        </w:rPr>
        <w:br/>
        <w:t>( 2 ) Yükselen küresel sıcaklıklar kutuplardaki buzulların rekor hızla erimesine yol açtı.</w:t>
      </w:r>
    </w:p>
    <w:p w14:paraId="385E8152" w14:textId="77777777" w:rsidR="00950D1E" w:rsidRDefault="00000000" w:rsidP="00BD2DC7">
      <w:pPr>
        <w:spacing w:before="40" w:after="40" w:line="360" w:lineRule="auto"/>
      </w:pPr>
      <w:r>
        <w:rPr>
          <w:rFonts w:ascii="Aptos" w:hAnsi="Aptos"/>
          <w:b/>
          <w:sz w:val="20"/>
        </w:rPr>
        <w:t>6. Soru: (Toplam 20 Puan)</w:t>
      </w:r>
      <w:r>
        <w:rPr>
          <w:rFonts w:ascii="Aptos" w:hAnsi="Aptos"/>
          <w:sz w:val="20"/>
        </w:rPr>
        <w:br/>
        <w:t>a) Noktalama: Araştırmacı Selim Bey ( , ) ekibine seslendi ( : ) ( “ ) Buzullardaki erime tahminlerimizden çok daha hızlı ilerliyor ( . ) ( ” ) (Her doğru işaret 2 Puan; toplam 10 Puan)</w:t>
      </w:r>
      <w:r>
        <w:rPr>
          <w:rFonts w:ascii="Aptos" w:hAnsi="Aptos"/>
          <w:sz w:val="20"/>
        </w:rPr>
        <w:br/>
        <w:t>b) Yazım Kuralı: 1. Sıfat yapan "-ki" bitişik yazılmalıdır: "Kutuplardaki" (5 Puan)</w:t>
      </w:r>
      <w:r>
        <w:rPr>
          <w:rFonts w:ascii="Aptos" w:hAnsi="Aptos"/>
          <w:sz w:val="20"/>
        </w:rPr>
        <w:br/>
        <w:t>2. Belirli bir tarih bildirildiği için ay ve gün adları büyük harfle başlamalıdır: "22 Nisan Pazartesi" (5 Puan)</w:t>
      </w:r>
    </w:p>
    <w:p w14:paraId="1C94086C" w14:textId="77777777" w:rsidR="00950D1E" w:rsidRDefault="00000000">
      <w:pPr>
        <w:spacing w:before="120" w:after="40"/>
        <w:jc w:val="right"/>
      </w:pPr>
      <w:r>
        <w:rPr>
          <w:rFonts w:ascii="Aptos" w:hAnsi="Aptos"/>
          <w:b/>
          <w:sz w:val="20"/>
        </w:rPr>
        <w:t>KonuVakti.com | TestVakti.net | Turkcetestvakti.com</w:t>
      </w:r>
    </w:p>
    <w:sectPr w:rsidR="00950D1E" w:rsidSect="00034616">
      <w:pgSz w:w="12240" w:h="15840"/>
      <w:pgMar w:top="454" w:right="720" w:bottom="39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004169680">
    <w:abstractNumId w:val="8"/>
  </w:num>
  <w:num w:numId="2" w16cid:durableId="1345861507">
    <w:abstractNumId w:val="6"/>
  </w:num>
  <w:num w:numId="3" w16cid:durableId="545726004">
    <w:abstractNumId w:val="5"/>
  </w:num>
  <w:num w:numId="4" w16cid:durableId="1525705563">
    <w:abstractNumId w:val="4"/>
  </w:num>
  <w:num w:numId="5" w16cid:durableId="1684626369">
    <w:abstractNumId w:val="7"/>
  </w:num>
  <w:num w:numId="6" w16cid:durableId="1244951566">
    <w:abstractNumId w:val="3"/>
  </w:num>
  <w:num w:numId="7" w16cid:durableId="825586109">
    <w:abstractNumId w:val="2"/>
  </w:num>
  <w:num w:numId="8" w16cid:durableId="435449224">
    <w:abstractNumId w:val="1"/>
  </w:num>
  <w:num w:numId="9" w16cid:durableId="644701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50D1E"/>
    <w:rsid w:val="00AA1D8D"/>
    <w:rsid w:val="00B47730"/>
    <w:rsid w:val="00BD2DC7"/>
    <w:rsid w:val="00BE623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429BE8"/>
  <w14:defaultImageDpi w14:val="300"/>
  <w15:docId w15:val="{D332F740-E87F-4B41-9FE8-208A5B845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860</Words>
  <Characters>4905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2</cp:revision>
  <dcterms:created xsi:type="dcterms:W3CDTF">2013-12-23T23:15:00Z</dcterms:created>
  <dcterms:modified xsi:type="dcterms:W3CDTF">2026-09-11T14:31:00Z</dcterms:modified>
  <cp:category/>
</cp:coreProperties>
</file>