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363F8" w14:textId="77777777" w:rsidR="00EE2C9D" w:rsidRPr="002059FF" w:rsidRDefault="00000000">
      <w:pPr>
        <w:spacing w:after="40"/>
        <w:jc w:val="center"/>
        <w:rPr>
          <w:sz w:val="20"/>
          <w:szCs w:val="20"/>
        </w:rPr>
      </w:pPr>
      <w:r w:rsidRPr="002059FF">
        <w:rPr>
          <w:rFonts w:ascii="Aptos" w:hAnsi="Aptos"/>
          <w:b/>
          <w:sz w:val="20"/>
          <w:szCs w:val="20"/>
        </w:rPr>
        <w:t>................................................................ ORTAOKULU</w:t>
      </w:r>
    </w:p>
    <w:p w14:paraId="77DEF217" w14:textId="77777777" w:rsidR="00EE2C9D" w:rsidRPr="002059FF" w:rsidRDefault="00000000">
      <w:pPr>
        <w:spacing w:after="80"/>
        <w:jc w:val="center"/>
        <w:rPr>
          <w:sz w:val="20"/>
          <w:szCs w:val="20"/>
        </w:rPr>
      </w:pPr>
      <w:r w:rsidRPr="002059FF">
        <w:rPr>
          <w:rFonts w:ascii="Aptos" w:hAnsi="Aptos"/>
          <w:b/>
          <w:sz w:val="20"/>
          <w:szCs w:val="20"/>
        </w:rPr>
        <w:t>2026-2027 EĞİTİM ÖĞRETİM YILI TÜRKÇE DERSİ 6. SINIF 1. DÖNEM 1. ORTAK YAZILI SINAVI (5. SENARYO)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54"/>
        <w:gridCol w:w="2835"/>
      </w:tblGrid>
      <w:tr w:rsidR="00906A0E" w:rsidRPr="002059FF" w14:paraId="6362E257" w14:textId="77777777" w:rsidTr="00906A0E">
        <w:trPr>
          <w:jc w:val="center"/>
        </w:trPr>
        <w:tc>
          <w:tcPr>
            <w:tcW w:w="7654" w:type="dxa"/>
          </w:tcPr>
          <w:p w14:paraId="3EFA43C2" w14:textId="77777777" w:rsidR="00906A0E" w:rsidRPr="002059FF" w:rsidRDefault="00906A0E">
            <w:pPr>
              <w:spacing w:before="40" w:after="40"/>
              <w:rPr>
                <w:sz w:val="20"/>
                <w:szCs w:val="20"/>
              </w:rPr>
            </w:pPr>
            <w:proofErr w:type="spellStart"/>
            <w:r w:rsidRPr="002059FF">
              <w:rPr>
                <w:rFonts w:ascii="Aptos" w:hAnsi="Aptos"/>
                <w:b/>
                <w:sz w:val="20"/>
                <w:szCs w:val="20"/>
              </w:rPr>
              <w:t>Adı</w:t>
            </w:r>
            <w:proofErr w:type="spellEnd"/>
            <w:r w:rsidRPr="002059FF">
              <w:rPr>
                <w:rFonts w:ascii="Aptos" w:hAnsi="Aptos"/>
                <w:b/>
                <w:sz w:val="20"/>
                <w:szCs w:val="20"/>
              </w:rPr>
              <w:t xml:space="preserve"> </w:t>
            </w:r>
            <w:proofErr w:type="spellStart"/>
            <w:r w:rsidRPr="002059FF">
              <w:rPr>
                <w:rFonts w:ascii="Aptos" w:hAnsi="Aptos"/>
                <w:b/>
                <w:sz w:val="20"/>
                <w:szCs w:val="20"/>
              </w:rPr>
              <w:t>Soyadı</w:t>
            </w:r>
            <w:proofErr w:type="spellEnd"/>
            <w:r w:rsidRPr="002059FF">
              <w:rPr>
                <w:rFonts w:ascii="Aptos" w:hAnsi="Aptos"/>
                <w:b/>
                <w:sz w:val="20"/>
                <w:szCs w:val="20"/>
              </w:rPr>
              <w:t>:</w:t>
            </w:r>
          </w:p>
        </w:tc>
        <w:tc>
          <w:tcPr>
            <w:tcW w:w="2835" w:type="dxa"/>
            <w:vMerge w:val="restart"/>
            <w:vAlign w:val="center"/>
          </w:tcPr>
          <w:p w14:paraId="2206366E" w14:textId="77777777" w:rsidR="00906A0E" w:rsidRPr="002059FF" w:rsidRDefault="00906A0E">
            <w:pPr>
              <w:spacing w:before="40" w:after="40"/>
              <w:rPr>
                <w:sz w:val="20"/>
                <w:szCs w:val="20"/>
              </w:rPr>
            </w:pPr>
            <w:proofErr w:type="spellStart"/>
            <w:r w:rsidRPr="002059FF">
              <w:rPr>
                <w:rFonts w:ascii="Aptos" w:hAnsi="Aptos"/>
                <w:b/>
                <w:sz w:val="20"/>
                <w:szCs w:val="20"/>
              </w:rPr>
              <w:t>Aldığı</w:t>
            </w:r>
            <w:proofErr w:type="spellEnd"/>
            <w:r w:rsidRPr="002059FF">
              <w:rPr>
                <w:rFonts w:ascii="Aptos" w:hAnsi="Aptos"/>
                <w:b/>
                <w:sz w:val="20"/>
                <w:szCs w:val="20"/>
              </w:rPr>
              <w:t xml:space="preserve"> Not:</w:t>
            </w:r>
          </w:p>
        </w:tc>
      </w:tr>
      <w:tr w:rsidR="00906A0E" w:rsidRPr="002059FF" w14:paraId="2316275D" w14:textId="77777777">
        <w:trPr>
          <w:jc w:val="center"/>
        </w:trPr>
        <w:tc>
          <w:tcPr>
            <w:tcW w:w="7654" w:type="dxa"/>
          </w:tcPr>
          <w:p w14:paraId="63920F47" w14:textId="77777777" w:rsidR="00906A0E" w:rsidRPr="002059FF" w:rsidRDefault="00906A0E">
            <w:pPr>
              <w:spacing w:before="40" w:after="40"/>
              <w:rPr>
                <w:sz w:val="20"/>
                <w:szCs w:val="20"/>
              </w:rPr>
            </w:pPr>
            <w:proofErr w:type="spellStart"/>
            <w:r w:rsidRPr="002059FF">
              <w:rPr>
                <w:rFonts w:ascii="Aptos" w:hAnsi="Aptos"/>
                <w:b/>
                <w:sz w:val="20"/>
                <w:szCs w:val="20"/>
              </w:rPr>
              <w:t>Sınıfı</w:t>
            </w:r>
            <w:proofErr w:type="spellEnd"/>
            <w:r w:rsidRPr="002059FF">
              <w:rPr>
                <w:rFonts w:ascii="Aptos" w:hAnsi="Aptos"/>
                <w:b/>
                <w:sz w:val="20"/>
                <w:szCs w:val="20"/>
              </w:rPr>
              <w:t xml:space="preserve"> / No:</w:t>
            </w:r>
          </w:p>
        </w:tc>
        <w:tc>
          <w:tcPr>
            <w:tcW w:w="2835" w:type="dxa"/>
            <w:vMerge/>
          </w:tcPr>
          <w:p w14:paraId="7560F14E" w14:textId="77777777" w:rsidR="00906A0E" w:rsidRPr="002059FF" w:rsidRDefault="00906A0E">
            <w:pPr>
              <w:spacing w:before="40" w:after="40"/>
              <w:rPr>
                <w:sz w:val="20"/>
                <w:szCs w:val="20"/>
              </w:rPr>
            </w:pPr>
          </w:p>
        </w:tc>
      </w:tr>
    </w:tbl>
    <w:p w14:paraId="23F0CF29" w14:textId="77777777" w:rsidR="00EE2C9D" w:rsidRPr="002059FF" w:rsidRDefault="00000000">
      <w:pPr>
        <w:spacing w:before="120" w:after="40"/>
        <w:rPr>
          <w:sz w:val="20"/>
          <w:szCs w:val="20"/>
        </w:rPr>
      </w:pPr>
      <w:r w:rsidRPr="002059FF">
        <w:rPr>
          <w:rFonts w:ascii="Aptos" w:hAnsi="Aptos"/>
          <w:b/>
          <w:sz w:val="20"/>
          <w:szCs w:val="20"/>
        </w:rPr>
        <w:t>A. OKUMA VE ANLAMA ÇALIŞMASI</w:t>
      </w:r>
    </w:p>
    <w:p w14:paraId="68483075" w14:textId="77777777" w:rsidR="00EE2C9D" w:rsidRPr="002059FF" w:rsidRDefault="00000000">
      <w:pPr>
        <w:spacing w:after="80"/>
        <w:rPr>
          <w:sz w:val="20"/>
          <w:szCs w:val="20"/>
        </w:rPr>
      </w:pPr>
      <w:r w:rsidRPr="002059FF">
        <w:rPr>
          <w:rFonts w:ascii="Aptos" w:hAnsi="Aptos"/>
          <w:i/>
          <w:sz w:val="20"/>
          <w:szCs w:val="20"/>
        </w:rPr>
        <w:t xml:space="preserve">(Aşağıdaki 1, 2 </w:t>
      </w:r>
      <w:proofErr w:type="spellStart"/>
      <w:r w:rsidRPr="002059FF">
        <w:rPr>
          <w:rFonts w:ascii="Aptos" w:hAnsi="Aptos"/>
          <w:i/>
          <w:sz w:val="20"/>
          <w:szCs w:val="20"/>
        </w:rPr>
        <w:t>ve</w:t>
      </w:r>
      <w:proofErr w:type="spellEnd"/>
      <w:r w:rsidRPr="002059FF">
        <w:rPr>
          <w:rFonts w:ascii="Aptos" w:hAnsi="Aptos"/>
          <w:i/>
          <w:sz w:val="20"/>
          <w:szCs w:val="20"/>
        </w:rPr>
        <w:t xml:space="preserve"> 3. </w:t>
      </w:r>
      <w:proofErr w:type="spellStart"/>
      <w:r w:rsidRPr="002059FF">
        <w:rPr>
          <w:rFonts w:ascii="Aptos" w:hAnsi="Aptos"/>
          <w:i/>
          <w:sz w:val="20"/>
          <w:szCs w:val="20"/>
        </w:rPr>
        <w:t>soruları</w:t>
      </w:r>
      <w:proofErr w:type="spellEnd"/>
      <w:r w:rsidRPr="002059FF">
        <w:rPr>
          <w:rFonts w:ascii="Aptos" w:hAnsi="Aptos"/>
          <w:i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i/>
          <w:sz w:val="20"/>
          <w:szCs w:val="20"/>
        </w:rPr>
        <w:t>metne</w:t>
      </w:r>
      <w:proofErr w:type="spellEnd"/>
      <w:r w:rsidRPr="002059FF">
        <w:rPr>
          <w:rFonts w:ascii="Aptos" w:hAnsi="Aptos"/>
          <w:i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i/>
          <w:sz w:val="20"/>
          <w:szCs w:val="20"/>
        </w:rPr>
        <w:t>göre</w:t>
      </w:r>
      <w:proofErr w:type="spellEnd"/>
      <w:r w:rsidRPr="002059FF">
        <w:rPr>
          <w:rFonts w:ascii="Aptos" w:hAnsi="Aptos"/>
          <w:i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i/>
          <w:sz w:val="20"/>
          <w:szCs w:val="20"/>
        </w:rPr>
        <w:t>cevaplayınız</w:t>
      </w:r>
      <w:proofErr w:type="spellEnd"/>
      <w:r w:rsidRPr="002059FF">
        <w:rPr>
          <w:rFonts w:ascii="Aptos" w:hAnsi="Aptos"/>
          <w:i/>
          <w:sz w:val="20"/>
          <w:szCs w:val="20"/>
        </w:rPr>
        <w:t>.)</w:t>
      </w:r>
    </w:p>
    <w:p w14:paraId="3477ED2B" w14:textId="77777777" w:rsidR="00EE2C9D" w:rsidRPr="002059FF" w:rsidRDefault="00000000">
      <w:pPr>
        <w:spacing w:before="40" w:after="40"/>
        <w:jc w:val="center"/>
        <w:rPr>
          <w:sz w:val="20"/>
          <w:szCs w:val="20"/>
        </w:rPr>
      </w:pPr>
      <w:r w:rsidRPr="002059FF">
        <w:rPr>
          <w:rFonts w:ascii="Aptos" w:hAnsi="Aptos"/>
          <w:b/>
          <w:sz w:val="20"/>
          <w:szCs w:val="20"/>
        </w:rPr>
        <w:t>DOĞANIN DİJİTAL DÜNYASI: BİYOMİMİKRİ</w:t>
      </w:r>
    </w:p>
    <w:p w14:paraId="77D25D57" w14:textId="77777777" w:rsidR="00EE2C9D" w:rsidRPr="002059FF" w:rsidRDefault="00000000" w:rsidP="009C0FFA">
      <w:pPr>
        <w:spacing w:after="80"/>
        <w:ind w:firstLine="720"/>
        <w:jc w:val="both"/>
        <w:rPr>
          <w:sz w:val="20"/>
          <w:szCs w:val="20"/>
        </w:rPr>
      </w:pPr>
      <w:proofErr w:type="spellStart"/>
      <w:r w:rsidRPr="002059FF">
        <w:rPr>
          <w:rFonts w:ascii="Aptos" w:hAnsi="Aptos"/>
          <w:sz w:val="20"/>
          <w:szCs w:val="20"/>
        </w:rPr>
        <w:t>İnsanoğlu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binlerce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yıldır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karşılaştığı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teknik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sorunlara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çözüm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ararken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çoğu</w:t>
      </w:r>
      <w:proofErr w:type="spellEnd"/>
      <w:r w:rsidRPr="002059FF">
        <w:rPr>
          <w:rFonts w:ascii="Aptos" w:hAnsi="Aptos"/>
          <w:sz w:val="20"/>
          <w:szCs w:val="20"/>
        </w:rPr>
        <w:t xml:space="preserve"> zaman </w:t>
      </w:r>
      <w:proofErr w:type="spellStart"/>
      <w:r w:rsidRPr="002059FF">
        <w:rPr>
          <w:rFonts w:ascii="Aptos" w:hAnsi="Aptos"/>
          <w:sz w:val="20"/>
          <w:szCs w:val="20"/>
        </w:rPr>
        <w:t>en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büyük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öğretmene</w:t>
      </w:r>
      <w:proofErr w:type="spellEnd"/>
      <w:r w:rsidRPr="002059FF">
        <w:rPr>
          <w:rFonts w:ascii="Aptos" w:hAnsi="Aptos"/>
          <w:sz w:val="20"/>
          <w:szCs w:val="20"/>
        </w:rPr>
        <w:t xml:space="preserve">, </w:t>
      </w:r>
      <w:proofErr w:type="spellStart"/>
      <w:r w:rsidRPr="002059FF">
        <w:rPr>
          <w:rFonts w:ascii="Aptos" w:hAnsi="Aptos"/>
          <w:sz w:val="20"/>
          <w:szCs w:val="20"/>
        </w:rPr>
        <w:t>yani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doğaya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yönelmiştir</w:t>
      </w:r>
      <w:proofErr w:type="spellEnd"/>
      <w:r w:rsidRPr="002059FF">
        <w:rPr>
          <w:rFonts w:ascii="Aptos" w:hAnsi="Aptos"/>
          <w:sz w:val="20"/>
          <w:szCs w:val="20"/>
        </w:rPr>
        <w:t xml:space="preserve">. </w:t>
      </w:r>
      <w:proofErr w:type="spellStart"/>
      <w:r w:rsidRPr="002059FF">
        <w:rPr>
          <w:rFonts w:ascii="Aptos" w:hAnsi="Aptos"/>
          <w:sz w:val="20"/>
          <w:szCs w:val="20"/>
        </w:rPr>
        <w:t>Doğadaki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canlıların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kusursuz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tasarımlarını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inceleyerek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teknoloji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ve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mühendislik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alanında</w:t>
      </w:r>
      <w:proofErr w:type="spellEnd"/>
      <w:r w:rsidRPr="002059FF">
        <w:rPr>
          <w:rFonts w:ascii="Aptos" w:hAnsi="Aptos"/>
          <w:sz w:val="20"/>
          <w:szCs w:val="20"/>
        </w:rPr>
        <w:t xml:space="preserve"> yeni </w:t>
      </w:r>
      <w:proofErr w:type="spellStart"/>
      <w:r w:rsidRPr="002059FF">
        <w:rPr>
          <w:rFonts w:ascii="Aptos" w:hAnsi="Aptos"/>
          <w:sz w:val="20"/>
          <w:szCs w:val="20"/>
        </w:rPr>
        <w:t>ürünler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geliştirme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bilimine</w:t>
      </w:r>
      <w:proofErr w:type="spellEnd"/>
      <w:r w:rsidRPr="002059FF">
        <w:rPr>
          <w:rFonts w:ascii="Aptos" w:hAnsi="Aptos"/>
          <w:sz w:val="20"/>
          <w:szCs w:val="20"/>
        </w:rPr>
        <w:t xml:space="preserve"> "</w:t>
      </w:r>
      <w:proofErr w:type="spellStart"/>
      <w:r w:rsidRPr="002059FF">
        <w:rPr>
          <w:rFonts w:ascii="Aptos" w:hAnsi="Aptos"/>
          <w:sz w:val="20"/>
          <w:szCs w:val="20"/>
        </w:rPr>
        <w:t>biyomimikri</w:t>
      </w:r>
      <w:proofErr w:type="spellEnd"/>
      <w:r w:rsidRPr="002059FF">
        <w:rPr>
          <w:rFonts w:ascii="Aptos" w:hAnsi="Aptos"/>
          <w:sz w:val="20"/>
          <w:szCs w:val="20"/>
        </w:rPr>
        <w:t xml:space="preserve">" </w:t>
      </w:r>
      <w:proofErr w:type="spellStart"/>
      <w:r w:rsidRPr="002059FF">
        <w:rPr>
          <w:rFonts w:ascii="Aptos" w:hAnsi="Aptos"/>
          <w:sz w:val="20"/>
          <w:szCs w:val="20"/>
        </w:rPr>
        <w:t>adı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verilir</w:t>
      </w:r>
      <w:proofErr w:type="spellEnd"/>
      <w:r w:rsidRPr="002059FF">
        <w:rPr>
          <w:rFonts w:ascii="Aptos" w:hAnsi="Aptos"/>
          <w:sz w:val="20"/>
          <w:szCs w:val="20"/>
        </w:rPr>
        <w:t xml:space="preserve">. </w:t>
      </w:r>
      <w:proofErr w:type="spellStart"/>
      <w:r w:rsidRPr="002059FF">
        <w:rPr>
          <w:rFonts w:ascii="Aptos" w:hAnsi="Aptos"/>
          <w:sz w:val="20"/>
          <w:szCs w:val="20"/>
        </w:rPr>
        <w:t>Örneğin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Japon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mühendisler</w:t>
      </w:r>
      <w:proofErr w:type="spellEnd"/>
      <w:r w:rsidRPr="002059FF">
        <w:rPr>
          <w:rFonts w:ascii="Aptos" w:hAnsi="Aptos"/>
          <w:sz w:val="20"/>
          <w:szCs w:val="20"/>
        </w:rPr>
        <w:t xml:space="preserve">, </w:t>
      </w:r>
      <w:proofErr w:type="spellStart"/>
      <w:r w:rsidRPr="002059FF">
        <w:rPr>
          <w:rFonts w:ascii="Aptos" w:hAnsi="Aptos"/>
          <w:sz w:val="20"/>
          <w:szCs w:val="20"/>
        </w:rPr>
        <w:t>saatte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gramStart"/>
      <w:r w:rsidRPr="002059FF">
        <w:rPr>
          <w:rFonts w:ascii="Aptos" w:hAnsi="Aptos"/>
          <w:sz w:val="20"/>
          <w:szCs w:val="20"/>
        </w:rPr>
        <w:t xml:space="preserve">300 </w:t>
      </w:r>
      <w:proofErr w:type="spellStart"/>
      <w:r w:rsidRPr="002059FF">
        <w:rPr>
          <w:rFonts w:ascii="Aptos" w:hAnsi="Aptos"/>
          <w:sz w:val="20"/>
          <w:szCs w:val="20"/>
        </w:rPr>
        <w:t>kilometre</w:t>
      </w:r>
      <w:proofErr w:type="spellEnd"/>
      <w:proofErr w:type="gram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hızla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giderken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tünel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girişlerinde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yüksek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patlama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sesi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çıkaran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hızlı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trenlerin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ön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kısmını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yalıçapkını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kuşunun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gagasına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benzeterek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yeniden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tasarlamışlardır</w:t>
      </w:r>
      <w:proofErr w:type="spellEnd"/>
      <w:r w:rsidRPr="002059FF">
        <w:rPr>
          <w:rFonts w:ascii="Aptos" w:hAnsi="Aptos"/>
          <w:sz w:val="20"/>
          <w:szCs w:val="20"/>
        </w:rPr>
        <w:t xml:space="preserve">. Bu </w:t>
      </w:r>
      <w:proofErr w:type="spellStart"/>
      <w:r w:rsidRPr="002059FF">
        <w:rPr>
          <w:rFonts w:ascii="Aptos" w:hAnsi="Aptos"/>
          <w:sz w:val="20"/>
          <w:szCs w:val="20"/>
        </w:rPr>
        <w:t>sayede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trenler</w:t>
      </w:r>
      <w:proofErr w:type="spellEnd"/>
      <w:r w:rsidRPr="002059FF">
        <w:rPr>
          <w:rFonts w:ascii="Aptos" w:hAnsi="Aptos"/>
          <w:sz w:val="20"/>
          <w:szCs w:val="20"/>
        </w:rPr>
        <w:t xml:space="preserve"> hem </w:t>
      </w:r>
      <w:proofErr w:type="spellStart"/>
      <w:r w:rsidRPr="002059FF">
        <w:rPr>
          <w:rFonts w:ascii="Aptos" w:hAnsi="Aptos"/>
          <w:sz w:val="20"/>
          <w:szCs w:val="20"/>
        </w:rPr>
        <w:t>sessizleşmiş</w:t>
      </w:r>
      <w:proofErr w:type="spellEnd"/>
      <w:r w:rsidRPr="002059FF">
        <w:rPr>
          <w:rFonts w:ascii="Aptos" w:hAnsi="Aptos"/>
          <w:sz w:val="20"/>
          <w:szCs w:val="20"/>
        </w:rPr>
        <w:t xml:space="preserve"> hem de </w:t>
      </w:r>
      <w:proofErr w:type="spellStart"/>
      <w:r w:rsidRPr="002059FF">
        <w:rPr>
          <w:rFonts w:ascii="Aptos" w:hAnsi="Aptos"/>
          <w:sz w:val="20"/>
          <w:szCs w:val="20"/>
        </w:rPr>
        <w:t>daha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az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elektrik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enerjisi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harcamaya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başlamıştır</w:t>
      </w:r>
      <w:proofErr w:type="spellEnd"/>
      <w:r w:rsidRPr="002059FF">
        <w:rPr>
          <w:rFonts w:ascii="Aptos" w:hAnsi="Aptos"/>
          <w:sz w:val="20"/>
          <w:szCs w:val="20"/>
        </w:rPr>
        <w:t xml:space="preserve">. </w:t>
      </w:r>
      <w:proofErr w:type="spellStart"/>
      <w:r w:rsidRPr="002059FF">
        <w:rPr>
          <w:rFonts w:ascii="Aptos" w:hAnsi="Aptos"/>
          <w:sz w:val="20"/>
          <w:szCs w:val="20"/>
        </w:rPr>
        <w:t>Benzer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şekilde</w:t>
      </w:r>
      <w:proofErr w:type="spellEnd"/>
      <w:r w:rsidRPr="002059FF">
        <w:rPr>
          <w:rFonts w:ascii="Aptos" w:hAnsi="Aptos"/>
          <w:sz w:val="20"/>
          <w:szCs w:val="20"/>
        </w:rPr>
        <w:t xml:space="preserve">, </w:t>
      </w:r>
      <w:proofErr w:type="spellStart"/>
      <w:r w:rsidRPr="002059FF">
        <w:rPr>
          <w:rFonts w:ascii="Aptos" w:hAnsi="Aptos"/>
          <w:sz w:val="20"/>
          <w:szCs w:val="20"/>
        </w:rPr>
        <w:t>köpeklerin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tüylerine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yapışan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pıtrak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dikenlerinden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esinlenerek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ayakkabılarımızda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ve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montlarımızda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kullandığımız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cırt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cırt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bantlar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icat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edilmiştir</w:t>
      </w:r>
      <w:proofErr w:type="spellEnd"/>
      <w:r w:rsidRPr="002059FF">
        <w:rPr>
          <w:rFonts w:ascii="Aptos" w:hAnsi="Aptos"/>
          <w:sz w:val="20"/>
          <w:szCs w:val="20"/>
        </w:rPr>
        <w:t xml:space="preserve">. </w:t>
      </w:r>
      <w:proofErr w:type="spellStart"/>
      <w:r w:rsidRPr="002059FF">
        <w:rPr>
          <w:rFonts w:ascii="Aptos" w:hAnsi="Aptos"/>
          <w:sz w:val="20"/>
          <w:szCs w:val="20"/>
        </w:rPr>
        <w:t>Doğayı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taklit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eden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bu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buluşlar</w:t>
      </w:r>
      <w:proofErr w:type="spellEnd"/>
      <w:r w:rsidRPr="002059FF">
        <w:rPr>
          <w:rFonts w:ascii="Aptos" w:hAnsi="Aptos"/>
          <w:sz w:val="20"/>
          <w:szCs w:val="20"/>
        </w:rPr>
        <w:t xml:space="preserve">, </w:t>
      </w:r>
      <w:proofErr w:type="spellStart"/>
      <w:r w:rsidRPr="002059FF">
        <w:rPr>
          <w:rFonts w:ascii="Aptos" w:hAnsi="Aptos"/>
          <w:sz w:val="20"/>
          <w:szCs w:val="20"/>
        </w:rPr>
        <w:t>yeryüzünün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en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mükemmel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laboratuvarının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doğanın</w:t>
      </w:r>
      <w:proofErr w:type="spellEnd"/>
      <w:r w:rsidRPr="002059FF">
        <w:rPr>
          <w:rFonts w:ascii="Aptos" w:hAnsi="Aptos"/>
          <w:sz w:val="20"/>
          <w:szCs w:val="20"/>
        </w:rPr>
        <w:t xml:space="preserve"> ta </w:t>
      </w:r>
      <w:proofErr w:type="spellStart"/>
      <w:r w:rsidRPr="002059FF">
        <w:rPr>
          <w:rFonts w:ascii="Aptos" w:hAnsi="Aptos"/>
          <w:sz w:val="20"/>
          <w:szCs w:val="20"/>
        </w:rPr>
        <w:t>kendisi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olduğunu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açıkça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kanıtlamaktadır</w:t>
      </w:r>
      <w:proofErr w:type="spellEnd"/>
      <w:r w:rsidRPr="002059FF">
        <w:rPr>
          <w:rFonts w:ascii="Aptos" w:hAnsi="Aptos"/>
          <w:sz w:val="20"/>
          <w:szCs w:val="20"/>
        </w:rPr>
        <w:t>.</w:t>
      </w:r>
    </w:p>
    <w:p w14:paraId="5C53C0D3" w14:textId="77777777" w:rsidR="00EE2C9D" w:rsidRPr="002059FF" w:rsidRDefault="00000000">
      <w:pPr>
        <w:spacing w:before="80" w:after="20"/>
        <w:rPr>
          <w:sz w:val="20"/>
          <w:szCs w:val="20"/>
        </w:rPr>
      </w:pPr>
      <w:r w:rsidRPr="002059FF">
        <w:rPr>
          <w:rFonts w:ascii="Aptos" w:hAnsi="Aptos"/>
          <w:b/>
          <w:sz w:val="20"/>
          <w:szCs w:val="20"/>
        </w:rPr>
        <w:t xml:space="preserve">SORU 1: </w:t>
      </w:r>
      <w:r w:rsidRPr="002059FF">
        <w:rPr>
          <w:rFonts w:ascii="Aptos" w:hAnsi="Aptos"/>
          <w:sz w:val="20"/>
          <w:szCs w:val="20"/>
        </w:rPr>
        <w:t xml:space="preserve">(Kazanım: T.O.6.6. </w:t>
      </w:r>
      <w:proofErr w:type="spellStart"/>
      <w:r w:rsidRPr="002059FF">
        <w:rPr>
          <w:rFonts w:ascii="Aptos" w:hAnsi="Aptos"/>
          <w:sz w:val="20"/>
          <w:szCs w:val="20"/>
        </w:rPr>
        <w:t>Metnin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yüzey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anlamını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belirleyebilme</w:t>
      </w:r>
      <w:proofErr w:type="spellEnd"/>
      <w:r w:rsidRPr="002059FF">
        <w:rPr>
          <w:rFonts w:ascii="Aptos" w:hAnsi="Aptos"/>
          <w:sz w:val="20"/>
          <w:szCs w:val="20"/>
        </w:rPr>
        <w:t>.) (15 Puan)</w:t>
      </w:r>
    </w:p>
    <w:p w14:paraId="14193FFD" w14:textId="77777777" w:rsidR="00EE2C9D" w:rsidRPr="002059FF" w:rsidRDefault="00000000">
      <w:pPr>
        <w:spacing w:after="40"/>
        <w:rPr>
          <w:sz w:val="20"/>
          <w:szCs w:val="20"/>
        </w:rPr>
      </w:pPr>
      <w:r w:rsidRPr="002059FF">
        <w:rPr>
          <w:rFonts w:ascii="Aptos" w:hAnsi="Aptos"/>
          <w:b/>
          <w:sz w:val="20"/>
          <w:szCs w:val="20"/>
        </w:rPr>
        <w:t>"</w:t>
      </w:r>
      <w:proofErr w:type="spellStart"/>
      <w:r w:rsidRPr="002059FF">
        <w:rPr>
          <w:rFonts w:ascii="Aptos" w:hAnsi="Aptos"/>
          <w:b/>
          <w:sz w:val="20"/>
          <w:szCs w:val="20"/>
        </w:rPr>
        <w:t>Biyomimikri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" </w:t>
      </w:r>
      <w:proofErr w:type="spellStart"/>
      <w:r w:rsidRPr="002059FF">
        <w:rPr>
          <w:rFonts w:ascii="Aptos" w:hAnsi="Aptos"/>
          <w:b/>
          <w:sz w:val="20"/>
          <w:szCs w:val="20"/>
        </w:rPr>
        <w:t>nedir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ve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Japon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mühendisler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hızlı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trenleri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tasarlarken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hangi </w:t>
      </w:r>
      <w:proofErr w:type="spellStart"/>
      <w:r w:rsidRPr="002059FF">
        <w:rPr>
          <w:rFonts w:ascii="Aptos" w:hAnsi="Aptos"/>
          <w:b/>
          <w:sz w:val="20"/>
          <w:szCs w:val="20"/>
        </w:rPr>
        <w:t>kuştan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nasıl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esinlenmişlerdir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? </w:t>
      </w:r>
      <w:proofErr w:type="spellStart"/>
      <w:r w:rsidRPr="002059FF">
        <w:rPr>
          <w:rFonts w:ascii="Aptos" w:hAnsi="Aptos"/>
          <w:b/>
          <w:sz w:val="20"/>
          <w:szCs w:val="20"/>
        </w:rPr>
        <w:t>Metne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göre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açıklayınız</w:t>
      </w:r>
      <w:proofErr w:type="spellEnd"/>
      <w:r w:rsidRPr="002059FF">
        <w:rPr>
          <w:rFonts w:ascii="Aptos" w:hAnsi="Aptos"/>
          <w:b/>
          <w:sz w:val="20"/>
          <w:szCs w:val="20"/>
        </w:rPr>
        <w:t>.</w:t>
      </w:r>
    </w:p>
    <w:p w14:paraId="27B87E84" w14:textId="77777777" w:rsidR="00EE2C9D" w:rsidRPr="002059FF" w:rsidRDefault="00EE2C9D">
      <w:pPr>
        <w:spacing w:after="80"/>
        <w:rPr>
          <w:sz w:val="20"/>
          <w:szCs w:val="20"/>
        </w:rPr>
      </w:pPr>
    </w:p>
    <w:p w14:paraId="6BDA4ADE" w14:textId="77777777" w:rsidR="00EE2C9D" w:rsidRPr="002059FF" w:rsidRDefault="00EE2C9D">
      <w:pPr>
        <w:spacing w:after="80"/>
        <w:rPr>
          <w:sz w:val="20"/>
          <w:szCs w:val="20"/>
        </w:rPr>
      </w:pPr>
    </w:p>
    <w:p w14:paraId="30771A57" w14:textId="77777777" w:rsidR="009C0FFA" w:rsidRPr="002059FF" w:rsidRDefault="009C0FFA">
      <w:pPr>
        <w:spacing w:after="80"/>
        <w:rPr>
          <w:sz w:val="20"/>
          <w:szCs w:val="20"/>
        </w:rPr>
      </w:pPr>
    </w:p>
    <w:p w14:paraId="643A4076" w14:textId="77777777" w:rsidR="00EE2C9D" w:rsidRPr="002059FF" w:rsidRDefault="00000000">
      <w:pPr>
        <w:spacing w:before="40" w:after="20"/>
        <w:rPr>
          <w:sz w:val="20"/>
          <w:szCs w:val="20"/>
        </w:rPr>
      </w:pPr>
      <w:r w:rsidRPr="002059FF">
        <w:rPr>
          <w:rFonts w:ascii="Aptos" w:hAnsi="Aptos"/>
          <w:b/>
          <w:sz w:val="20"/>
          <w:szCs w:val="20"/>
        </w:rPr>
        <w:t xml:space="preserve">SORU 2: </w:t>
      </w:r>
      <w:r w:rsidRPr="002059FF">
        <w:rPr>
          <w:rFonts w:ascii="Aptos" w:hAnsi="Aptos"/>
          <w:sz w:val="20"/>
          <w:szCs w:val="20"/>
        </w:rPr>
        <w:t xml:space="preserve">(Kazanım: T.O.6.6. </w:t>
      </w:r>
      <w:proofErr w:type="spellStart"/>
      <w:r w:rsidRPr="002059FF">
        <w:rPr>
          <w:rFonts w:ascii="Aptos" w:hAnsi="Aptos"/>
          <w:sz w:val="20"/>
          <w:szCs w:val="20"/>
        </w:rPr>
        <w:t>Metnin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yüzey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anlamını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belirleyebilme</w:t>
      </w:r>
      <w:proofErr w:type="spellEnd"/>
      <w:r w:rsidRPr="002059FF">
        <w:rPr>
          <w:rFonts w:ascii="Aptos" w:hAnsi="Aptos"/>
          <w:sz w:val="20"/>
          <w:szCs w:val="20"/>
        </w:rPr>
        <w:t>.) (15 Puan)</w:t>
      </w:r>
    </w:p>
    <w:p w14:paraId="29C7EC4C" w14:textId="77777777" w:rsidR="00EE2C9D" w:rsidRPr="002059FF" w:rsidRDefault="00000000">
      <w:pPr>
        <w:spacing w:after="40"/>
        <w:rPr>
          <w:sz w:val="20"/>
          <w:szCs w:val="20"/>
        </w:rPr>
      </w:pPr>
      <w:proofErr w:type="spellStart"/>
      <w:r w:rsidRPr="002059FF">
        <w:rPr>
          <w:rFonts w:ascii="Aptos" w:hAnsi="Aptos"/>
          <w:b/>
          <w:sz w:val="20"/>
          <w:szCs w:val="20"/>
        </w:rPr>
        <w:t>Günlük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hayatta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mont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ve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ayakkabılarımızda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sıkça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kullandığımız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cırt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cırt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bantların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icadı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doğadaki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hangi </w:t>
      </w:r>
      <w:proofErr w:type="spellStart"/>
      <w:r w:rsidRPr="002059FF">
        <w:rPr>
          <w:rFonts w:ascii="Aptos" w:hAnsi="Aptos"/>
          <w:b/>
          <w:sz w:val="20"/>
          <w:szCs w:val="20"/>
        </w:rPr>
        <w:t>olay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ve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bitkiden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esinlenilerek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gerçekleşmiştir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? </w:t>
      </w:r>
      <w:proofErr w:type="spellStart"/>
      <w:r w:rsidRPr="002059FF">
        <w:rPr>
          <w:rFonts w:ascii="Aptos" w:hAnsi="Aptos"/>
          <w:b/>
          <w:sz w:val="20"/>
          <w:szCs w:val="20"/>
        </w:rPr>
        <w:t>Metne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göre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yazınız</w:t>
      </w:r>
      <w:proofErr w:type="spellEnd"/>
      <w:r w:rsidRPr="002059FF">
        <w:rPr>
          <w:rFonts w:ascii="Aptos" w:hAnsi="Aptos"/>
          <w:b/>
          <w:sz w:val="20"/>
          <w:szCs w:val="20"/>
        </w:rPr>
        <w:t>.</w:t>
      </w:r>
    </w:p>
    <w:p w14:paraId="75C0FBFE" w14:textId="77777777" w:rsidR="00EE2C9D" w:rsidRPr="002059FF" w:rsidRDefault="00EE2C9D">
      <w:pPr>
        <w:spacing w:after="80"/>
        <w:rPr>
          <w:sz w:val="20"/>
          <w:szCs w:val="20"/>
        </w:rPr>
      </w:pPr>
    </w:p>
    <w:p w14:paraId="07903E0E" w14:textId="77777777" w:rsidR="00EE2C9D" w:rsidRPr="002059FF" w:rsidRDefault="00EE2C9D">
      <w:pPr>
        <w:spacing w:after="80"/>
        <w:rPr>
          <w:sz w:val="20"/>
          <w:szCs w:val="20"/>
        </w:rPr>
      </w:pPr>
    </w:p>
    <w:p w14:paraId="43A95F73" w14:textId="77777777" w:rsidR="00EE2C9D" w:rsidRPr="002059FF" w:rsidRDefault="00000000">
      <w:pPr>
        <w:spacing w:before="40" w:after="20"/>
        <w:rPr>
          <w:sz w:val="20"/>
          <w:szCs w:val="20"/>
        </w:rPr>
      </w:pPr>
      <w:r w:rsidRPr="002059FF">
        <w:rPr>
          <w:rFonts w:ascii="Aptos" w:hAnsi="Aptos"/>
          <w:b/>
          <w:sz w:val="20"/>
          <w:szCs w:val="20"/>
        </w:rPr>
        <w:t xml:space="preserve">SORU 3: </w:t>
      </w:r>
      <w:r w:rsidRPr="002059FF">
        <w:rPr>
          <w:rFonts w:ascii="Aptos" w:hAnsi="Aptos"/>
          <w:sz w:val="20"/>
          <w:szCs w:val="20"/>
        </w:rPr>
        <w:t xml:space="preserve">(Kazanım: T.O.6.16. </w:t>
      </w:r>
      <w:proofErr w:type="spellStart"/>
      <w:r w:rsidRPr="002059FF">
        <w:rPr>
          <w:rFonts w:ascii="Aptos" w:hAnsi="Aptos"/>
          <w:sz w:val="20"/>
          <w:szCs w:val="20"/>
        </w:rPr>
        <w:t>Bilgilendirici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metinde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anahtar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kelimeleri</w:t>
      </w:r>
      <w:proofErr w:type="spellEnd"/>
      <w:r w:rsidRPr="002059FF">
        <w:rPr>
          <w:rFonts w:ascii="Aptos" w:hAnsi="Aptos"/>
          <w:sz w:val="20"/>
          <w:szCs w:val="20"/>
        </w:rPr>
        <w:t xml:space="preserve"> belirlemeye </w:t>
      </w:r>
      <w:proofErr w:type="spellStart"/>
      <w:r w:rsidRPr="002059FF">
        <w:rPr>
          <w:rFonts w:ascii="Aptos" w:hAnsi="Aptos"/>
          <w:sz w:val="20"/>
          <w:szCs w:val="20"/>
        </w:rPr>
        <w:t>yönelik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çözümleme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yapabilme</w:t>
      </w:r>
      <w:proofErr w:type="spellEnd"/>
      <w:r w:rsidRPr="002059FF">
        <w:rPr>
          <w:rFonts w:ascii="Aptos" w:hAnsi="Aptos"/>
          <w:sz w:val="20"/>
          <w:szCs w:val="20"/>
        </w:rPr>
        <w:t>.) (15 Puan)</w:t>
      </w:r>
    </w:p>
    <w:p w14:paraId="53BF99BD" w14:textId="77777777" w:rsidR="00EE2C9D" w:rsidRPr="002059FF" w:rsidRDefault="00000000">
      <w:pPr>
        <w:spacing w:after="40"/>
        <w:rPr>
          <w:sz w:val="20"/>
          <w:szCs w:val="20"/>
        </w:rPr>
      </w:pPr>
      <w:proofErr w:type="spellStart"/>
      <w:r w:rsidRPr="002059FF">
        <w:rPr>
          <w:rFonts w:ascii="Aptos" w:hAnsi="Aptos"/>
          <w:b/>
          <w:sz w:val="20"/>
          <w:szCs w:val="20"/>
        </w:rPr>
        <w:t>Okuduğunuz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bilgilendirici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metnin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ana </w:t>
      </w:r>
      <w:proofErr w:type="spellStart"/>
      <w:r w:rsidRPr="002059FF">
        <w:rPr>
          <w:rFonts w:ascii="Aptos" w:hAnsi="Aptos"/>
          <w:b/>
          <w:sz w:val="20"/>
          <w:szCs w:val="20"/>
        </w:rPr>
        <w:t>fikrini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ve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konusunu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en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iyi </w:t>
      </w:r>
      <w:proofErr w:type="spellStart"/>
      <w:r w:rsidRPr="002059FF">
        <w:rPr>
          <w:rFonts w:ascii="Aptos" w:hAnsi="Aptos"/>
          <w:b/>
          <w:sz w:val="20"/>
          <w:szCs w:val="20"/>
        </w:rPr>
        <w:t>yansıtan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üç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anahtar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kelimeyi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aşağıya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yazınız</w:t>
      </w:r>
      <w:proofErr w:type="spellEnd"/>
      <w:r w:rsidRPr="002059FF">
        <w:rPr>
          <w:rFonts w:ascii="Aptos" w:hAnsi="Aptos"/>
          <w:b/>
          <w:sz w:val="20"/>
          <w:szCs w:val="20"/>
        </w:rPr>
        <w:t>.</w:t>
      </w:r>
    </w:p>
    <w:p w14:paraId="7879D521" w14:textId="77777777" w:rsidR="00EE2C9D" w:rsidRPr="002059FF" w:rsidRDefault="00EE2C9D">
      <w:pPr>
        <w:spacing w:after="80"/>
        <w:rPr>
          <w:sz w:val="20"/>
          <w:szCs w:val="20"/>
        </w:rPr>
      </w:pPr>
    </w:p>
    <w:p w14:paraId="74F23B49" w14:textId="77777777" w:rsidR="009C0FFA" w:rsidRPr="002059FF" w:rsidRDefault="009C0FFA">
      <w:pPr>
        <w:spacing w:after="80"/>
        <w:rPr>
          <w:sz w:val="20"/>
          <w:szCs w:val="20"/>
        </w:rPr>
      </w:pPr>
    </w:p>
    <w:p w14:paraId="0BD959BB" w14:textId="77777777" w:rsidR="00EE2C9D" w:rsidRPr="002059FF" w:rsidRDefault="00000000">
      <w:pPr>
        <w:spacing w:before="80" w:after="40"/>
        <w:rPr>
          <w:sz w:val="20"/>
          <w:szCs w:val="20"/>
        </w:rPr>
      </w:pPr>
      <w:r w:rsidRPr="002059FF">
        <w:rPr>
          <w:rFonts w:ascii="Aptos" w:hAnsi="Aptos"/>
          <w:b/>
          <w:sz w:val="20"/>
          <w:szCs w:val="20"/>
        </w:rPr>
        <w:t>B. SÖZ VARLIĞI ÇALIŞMASI</w:t>
      </w:r>
    </w:p>
    <w:p w14:paraId="2C54184D" w14:textId="77777777" w:rsidR="00EE2C9D" w:rsidRPr="002059FF" w:rsidRDefault="00000000">
      <w:pPr>
        <w:spacing w:before="40" w:after="20"/>
        <w:rPr>
          <w:sz w:val="20"/>
          <w:szCs w:val="20"/>
        </w:rPr>
      </w:pPr>
      <w:r w:rsidRPr="002059FF">
        <w:rPr>
          <w:rFonts w:ascii="Aptos" w:hAnsi="Aptos"/>
          <w:b/>
          <w:sz w:val="20"/>
          <w:szCs w:val="20"/>
        </w:rPr>
        <w:t xml:space="preserve">SORU 4: </w:t>
      </w:r>
      <w:r w:rsidRPr="002059FF">
        <w:rPr>
          <w:rFonts w:ascii="Aptos" w:hAnsi="Aptos"/>
          <w:sz w:val="20"/>
          <w:szCs w:val="20"/>
        </w:rPr>
        <w:t xml:space="preserve">(Kazanım: T.O.6.21. </w:t>
      </w:r>
      <w:proofErr w:type="spellStart"/>
      <w:r w:rsidRPr="002059FF">
        <w:rPr>
          <w:rFonts w:ascii="Aptos" w:hAnsi="Aptos"/>
          <w:sz w:val="20"/>
          <w:szCs w:val="20"/>
        </w:rPr>
        <w:t>Metinden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hareketle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söz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varlığını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geliştirmeye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yönelik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çözümleme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yapabilme</w:t>
      </w:r>
      <w:proofErr w:type="spellEnd"/>
      <w:r w:rsidRPr="002059FF">
        <w:rPr>
          <w:rFonts w:ascii="Aptos" w:hAnsi="Aptos"/>
          <w:sz w:val="20"/>
          <w:szCs w:val="20"/>
        </w:rPr>
        <w:t xml:space="preserve">.) </w:t>
      </w:r>
      <w:r w:rsidRPr="002059FF">
        <w:rPr>
          <w:rFonts w:ascii="Aptos" w:hAnsi="Aptos"/>
          <w:b/>
          <w:bCs/>
          <w:sz w:val="20"/>
          <w:szCs w:val="20"/>
        </w:rPr>
        <w:t>(15 Puan)</w:t>
      </w:r>
    </w:p>
    <w:p w14:paraId="313512BF" w14:textId="77777777" w:rsidR="00EE2C9D" w:rsidRPr="002059FF" w:rsidRDefault="00000000">
      <w:pPr>
        <w:spacing w:after="40"/>
        <w:rPr>
          <w:b/>
          <w:bCs/>
          <w:sz w:val="20"/>
          <w:szCs w:val="20"/>
        </w:rPr>
      </w:pPr>
      <w:proofErr w:type="spellStart"/>
      <w:r w:rsidRPr="002059FF">
        <w:rPr>
          <w:rFonts w:ascii="Aptos" w:hAnsi="Aptos"/>
          <w:b/>
          <w:bCs/>
          <w:sz w:val="20"/>
          <w:szCs w:val="20"/>
        </w:rPr>
        <w:t>Metinde</w:t>
      </w:r>
      <w:proofErr w:type="spellEnd"/>
      <w:r w:rsidRPr="002059FF">
        <w:rPr>
          <w:rFonts w:ascii="Aptos" w:hAnsi="Aptos"/>
          <w:b/>
          <w:bCs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bCs/>
          <w:sz w:val="20"/>
          <w:szCs w:val="20"/>
        </w:rPr>
        <w:t>geçen</w:t>
      </w:r>
      <w:proofErr w:type="spellEnd"/>
      <w:r w:rsidRPr="002059FF">
        <w:rPr>
          <w:rFonts w:ascii="Aptos" w:hAnsi="Aptos"/>
          <w:b/>
          <w:bCs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bCs/>
          <w:sz w:val="20"/>
          <w:szCs w:val="20"/>
        </w:rPr>
        <w:t>bazı</w:t>
      </w:r>
      <w:proofErr w:type="spellEnd"/>
      <w:r w:rsidRPr="002059FF">
        <w:rPr>
          <w:rFonts w:ascii="Aptos" w:hAnsi="Aptos"/>
          <w:b/>
          <w:bCs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bCs/>
          <w:sz w:val="20"/>
          <w:szCs w:val="20"/>
        </w:rPr>
        <w:t>kelime</w:t>
      </w:r>
      <w:proofErr w:type="spellEnd"/>
      <w:r w:rsidRPr="002059FF">
        <w:rPr>
          <w:rFonts w:ascii="Aptos" w:hAnsi="Aptos"/>
          <w:b/>
          <w:bCs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bCs/>
          <w:sz w:val="20"/>
          <w:szCs w:val="20"/>
        </w:rPr>
        <w:t>ve</w:t>
      </w:r>
      <w:proofErr w:type="spellEnd"/>
      <w:r w:rsidRPr="002059FF">
        <w:rPr>
          <w:rFonts w:ascii="Aptos" w:hAnsi="Aptos"/>
          <w:b/>
          <w:bCs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bCs/>
          <w:sz w:val="20"/>
          <w:szCs w:val="20"/>
        </w:rPr>
        <w:t>terimlerin</w:t>
      </w:r>
      <w:proofErr w:type="spellEnd"/>
      <w:r w:rsidRPr="002059FF">
        <w:rPr>
          <w:rFonts w:ascii="Aptos" w:hAnsi="Aptos"/>
          <w:b/>
          <w:bCs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bCs/>
          <w:sz w:val="20"/>
          <w:szCs w:val="20"/>
        </w:rPr>
        <w:t>anlamları</w:t>
      </w:r>
      <w:proofErr w:type="spellEnd"/>
      <w:r w:rsidRPr="002059FF">
        <w:rPr>
          <w:rFonts w:ascii="Aptos" w:hAnsi="Aptos"/>
          <w:b/>
          <w:bCs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bCs/>
          <w:sz w:val="20"/>
          <w:szCs w:val="20"/>
        </w:rPr>
        <w:t>aşağıda</w:t>
      </w:r>
      <w:proofErr w:type="spellEnd"/>
      <w:r w:rsidRPr="002059FF">
        <w:rPr>
          <w:rFonts w:ascii="Aptos" w:hAnsi="Aptos"/>
          <w:b/>
          <w:bCs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bCs/>
          <w:sz w:val="20"/>
          <w:szCs w:val="20"/>
        </w:rPr>
        <w:t>verilmiştir</w:t>
      </w:r>
      <w:proofErr w:type="spellEnd"/>
      <w:r w:rsidRPr="002059FF">
        <w:rPr>
          <w:rFonts w:ascii="Aptos" w:hAnsi="Aptos"/>
          <w:b/>
          <w:bCs/>
          <w:sz w:val="20"/>
          <w:szCs w:val="20"/>
        </w:rPr>
        <w:t xml:space="preserve">. </w:t>
      </w:r>
      <w:proofErr w:type="spellStart"/>
      <w:r w:rsidRPr="002059FF">
        <w:rPr>
          <w:rFonts w:ascii="Aptos" w:hAnsi="Aptos"/>
          <w:b/>
          <w:bCs/>
          <w:sz w:val="20"/>
          <w:szCs w:val="20"/>
        </w:rPr>
        <w:t>Anlamlarından</w:t>
      </w:r>
      <w:proofErr w:type="spellEnd"/>
      <w:r w:rsidRPr="002059FF">
        <w:rPr>
          <w:rFonts w:ascii="Aptos" w:hAnsi="Aptos"/>
          <w:b/>
          <w:bCs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bCs/>
          <w:sz w:val="20"/>
          <w:szCs w:val="20"/>
        </w:rPr>
        <w:t>hareketle</w:t>
      </w:r>
      <w:proofErr w:type="spellEnd"/>
      <w:r w:rsidRPr="002059FF">
        <w:rPr>
          <w:rFonts w:ascii="Aptos" w:hAnsi="Aptos"/>
          <w:b/>
          <w:bCs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bCs/>
          <w:sz w:val="20"/>
          <w:szCs w:val="20"/>
        </w:rPr>
        <w:t>bu</w:t>
      </w:r>
      <w:proofErr w:type="spellEnd"/>
      <w:r w:rsidRPr="002059FF">
        <w:rPr>
          <w:rFonts w:ascii="Aptos" w:hAnsi="Aptos"/>
          <w:b/>
          <w:bCs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bCs/>
          <w:sz w:val="20"/>
          <w:szCs w:val="20"/>
        </w:rPr>
        <w:t>kelimeleri</w:t>
      </w:r>
      <w:proofErr w:type="spellEnd"/>
      <w:r w:rsidRPr="002059FF">
        <w:rPr>
          <w:rFonts w:ascii="Aptos" w:hAnsi="Aptos"/>
          <w:b/>
          <w:bCs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bCs/>
          <w:sz w:val="20"/>
          <w:szCs w:val="20"/>
        </w:rPr>
        <w:t>metinden</w:t>
      </w:r>
      <w:proofErr w:type="spellEnd"/>
      <w:r w:rsidRPr="002059FF">
        <w:rPr>
          <w:rFonts w:ascii="Aptos" w:hAnsi="Aptos"/>
          <w:b/>
          <w:bCs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bCs/>
          <w:sz w:val="20"/>
          <w:szCs w:val="20"/>
        </w:rPr>
        <w:t>bularak</w:t>
      </w:r>
      <w:proofErr w:type="spellEnd"/>
      <w:r w:rsidRPr="002059FF">
        <w:rPr>
          <w:rFonts w:ascii="Aptos" w:hAnsi="Aptos"/>
          <w:b/>
          <w:bCs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bCs/>
          <w:sz w:val="20"/>
          <w:szCs w:val="20"/>
        </w:rPr>
        <w:t>uygun</w:t>
      </w:r>
      <w:proofErr w:type="spellEnd"/>
      <w:r w:rsidRPr="002059FF">
        <w:rPr>
          <w:rFonts w:ascii="Aptos" w:hAnsi="Aptos"/>
          <w:b/>
          <w:bCs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bCs/>
          <w:sz w:val="20"/>
          <w:szCs w:val="20"/>
        </w:rPr>
        <w:t>kutulara</w:t>
      </w:r>
      <w:proofErr w:type="spellEnd"/>
      <w:r w:rsidRPr="002059FF">
        <w:rPr>
          <w:rFonts w:ascii="Aptos" w:hAnsi="Aptos"/>
          <w:b/>
          <w:bCs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bCs/>
          <w:sz w:val="20"/>
          <w:szCs w:val="20"/>
        </w:rPr>
        <w:t>yazınız</w:t>
      </w:r>
      <w:proofErr w:type="spellEnd"/>
      <w:r w:rsidRPr="002059FF">
        <w:rPr>
          <w:rFonts w:ascii="Aptos" w:hAnsi="Aptos"/>
          <w:b/>
          <w:bCs/>
          <w:sz w:val="20"/>
          <w:szCs w:val="20"/>
        </w:rPr>
        <w:t>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97"/>
        <w:gridCol w:w="3003"/>
      </w:tblGrid>
      <w:tr w:rsidR="00EE2C9D" w:rsidRPr="002059FF" w14:paraId="674F5E20" w14:textId="77777777" w:rsidTr="002059FF">
        <w:trPr>
          <w:jc w:val="center"/>
        </w:trPr>
        <w:tc>
          <w:tcPr>
            <w:tcW w:w="7797" w:type="dxa"/>
            <w:vAlign w:val="center"/>
          </w:tcPr>
          <w:p w14:paraId="5C1CFBE2" w14:textId="77777777" w:rsidR="00C872E8" w:rsidRPr="002059FF" w:rsidRDefault="00000000">
            <w:pPr>
              <w:spacing w:before="60" w:after="60"/>
              <w:rPr>
                <w:sz w:val="20"/>
                <w:szCs w:val="20"/>
              </w:rPr>
            </w:pPr>
            <w:proofErr w:type="spellStart"/>
            <w:r w:rsidRPr="002059FF">
              <w:rPr>
                <w:rFonts w:ascii="Aptos" w:hAnsi="Aptos"/>
                <w:b/>
                <w:sz w:val="20"/>
                <w:szCs w:val="20"/>
              </w:rPr>
              <w:t>Metinde</w:t>
            </w:r>
            <w:proofErr w:type="spellEnd"/>
            <w:r w:rsidRPr="002059FF">
              <w:rPr>
                <w:rFonts w:ascii="Aptos" w:hAnsi="Aptos"/>
                <w:b/>
                <w:sz w:val="20"/>
                <w:szCs w:val="20"/>
              </w:rPr>
              <w:t xml:space="preserve"> </w:t>
            </w:r>
            <w:proofErr w:type="spellStart"/>
            <w:r w:rsidRPr="002059FF">
              <w:rPr>
                <w:rFonts w:ascii="Aptos" w:hAnsi="Aptos"/>
                <w:b/>
                <w:sz w:val="20"/>
                <w:szCs w:val="20"/>
              </w:rPr>
              <w:t>Geçen</w:t>
            </w:r>
            <w:proofErr w:type="spellEnd"/>
            <w:r w:rsidRPr="002059FF">
              <w:rPr>
                <w:rFonts w:ascii="Aptos" w:hAnsi="Aptos"/>
                <w:b/>
                <w:sz w:val="20"/>
                <w:szCs w:val="20"/>
              </w:rPr>
              <w:t xml:space="preserve"> </w:t>
            </w:r>
            <w:proofErr w:type="spellStart"/>
            <w:r w:rsidRPr="002059FF">
              <w:rPr>
                <w:rFonts w:ascii="Aptos" w:hAnsi="Aptos"/>
                <w:b/>
                <w:sz w:val="20"/>
                <w:szCs w:val="20"/>
              </w:rPr>
              <w:t>Kelimelerin</w:t>
            </w:r>
            <w:proofErr w:type="spellEnd"/>
            <w:r w:rsidRPr="002059FF">
              <w:rPr>
                <w:rFonts w:ascii="Aptos" w:hAnsi="Aptos"/>
                <w:b/>
                <w:sz w:val="20"/>
                <w:szCs w:val="20"/>
              </w:rPr>
              <w:t xml:space="preserve"> </w:t>
            </w:r>
            <w:proofErr w:type="spellStart"/>
            <w:r w:rsidRPr="002059FF">
              <w:rPr>
                <w:rFonts w:ascii="Aptos" w:hAnsi="Aptos"/>
                <w:b/>
                <w:sz w:val="20"/>
                <w:szCs w:val="20"/>
              </w:rPr>
              <w:t>Anlamları</w:t>
            </w:r>
            <w:proofErr w:type="spellEnd"/>
          </w:p>
        </w:tc>
        <w:tc>
          <w:tcPr>
            <w:tcW w:w="3003" w:type="dxa"/>
            <w:vAlign w:val="center"/>
          </w:tcPr>
          <w:p w14:paraId="5EF7E66A" w14:textId="77777777" w:rsidR="00C872E8" w:rsidRPr="002059FF" w:rsidRDefault="00000000">
            <w:pPr>
              <w:spacing w:before="60" w:after="60"/>
              <w:rPr>
                <w:sz w:val="20"/>
                <w:szCs w:val="20"/>
              </w:rPr>
            </w:pPr>
            <w:proofErr w:type="spellStart"/>
            <w:r w:rsidRPr="002059FF">
              <w:rPr>
                <w:rFonts w:ascii="Aptos" w:hAnsi="Aptos"/>
                <w:b/>
                <w:sz w:val="20"/>
                <w:szCs w:val="20"/>
              </w:rPr>
              <w:t>Metindeki</w:t>
            </w:r>
            <w:proofErr w:type="spellEnd"/>
            <w:r w:rsidRPr="002059FF">
              <w:rPr>
                <w:rFonts w:ascii="Aptos" w:hAnsi="Aptos"/>
                <w:b/>
                <w:sz w:val="20"/>
                <w:szCs w:val="20"/>
              </w:rPr>
              <w:t xml:space="preserve"> </w:t>
            </w:r>
            <w:proofErr w:type="spellStart"/>
            <w:r w:rsidRPr="002059FF">
              <w:rPr>
                <w:rFonts w:ascii="Aptos" w:hAnsi="Aptos"/>
                <w:b/>
                <w:sz w:val="20"/>
                <w:szCs w:val="20"/>
              </w:rPr>
              <w:t>Kelime</w:t>
            </w:r>
            <w:proofErr w:type="spellEnd"/>
            <w:r w:rsidRPr="002059FF">
              <w:rPr>
                <w:rFonts w:ascii="Aptos" w:hAnsi="Aptos"/>
                <w:b/>
                <w:sz w:val="20"/>
                <w:szCs w:val="20"/>
              </w:rPr>
              <w:t xml:space="preserve"> (5'er Puan)</w:t>
            </w:r>
          </w:p>
        </w:tc>
      </w:tr>
      <w:tr w:rsidR="00EE2C9D" w:rsidRPr="002059FF" w14:paraId="26DCECF2" w14:textId="77777777" w:rsidTr="002059FF">
        <w:trPr>
          <w:jc w:val="center"/>
        </w:trPr>
        <w:tc>
          <w:tcPr>
            <w:tcW w:w="7797" w:type="dxa"/>
            <w:vAlign w:val="center"/>
          </w:tcPr>
          <w:p w14:paraId="6ADAE7DC" w14:textId="77777777" w:rsidR="00C872E8" w:rsidRPr="002059FF" w:rsidRDefault="00000000">
            <w:pPr>
              <w:spacing w:before="60" w:after="60"/>
              <w:rPr>
                <w:sz w:val="20"/>
                <w:szCs w:val="20"/>
              </w:rPr>
            </w:pPr>
            <w:proofErr w:type="spellStart"/>
            <w:r w:rsidRPr="002059FF">
              <w:rPr>
                <w:rFonts w:ascii="Aptos" w:hAnsi="Aptos"/>
                <w:sz w:val="20"/>
                <w:szCs w:val="20"/>
              </w:rPr>
              <w:t>Doğadaki</w:t>
            </w:r>
            <w:proofErr w:type="spellEnd"/>
            <w:r w:rsidRPr="002059FF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2059FF">
              <w:rPr>
                <w:rFonts w:ascii="Aptos" w:hAnsi="Aptos"/>
                <w:sz w:val="20"/>
                <w:szCs w:val="20"/>
              </w:rPr>
              <w:t>canlıların</w:t>
            </w:r>
            <w:proofErr w:type="spellEnd"/>
            <w:r w:rsidRPr="002059FF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2059FF">
              <w:rPr>
                <w:rFonts w:ascii="Aptos" w:hAnsi="Aptos"/>
                <w:sz w:val="20"/>
                <w:szCs w:val="20"/>
              </w:rPr>
              <w:t>tasarımlarını</w:t>
            </w:r>
            <w:proofErr w:type="spellEnd"/>
            <w:r w:rsidRPr="002059FF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2059FF">
              <w:rPr>
                <w:rFonts w:ascii="Aptos" w:hAnsi="Aptos"/>
                <w:sz w:val="20"/>
                <w:szCs w:val="20"/>
              </w:rPr>
              <w:t>inceleyerek</w:t>
            </w:r>
            <w:proofErr w:type="spellEnd"/>
            <w:r w:rsidRPr="002059FF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2059FF">
              <w:rPr>
                <w:rFonts w:ascii="Aptos" w:hAnsi="Aptos"/>
                <w:sz w:val="20"/>
                <w:szCs w:val="20"/>
              </w:rPr>
              <w:t>teknolojik</w:t>
            </w:r>
            <w:proofErr w:type="spellEnd"/>
            <w:r w:rsidRPr="002059FF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2059FF">
              <w:rPr>
                <w:rFonts w:ascii="Aptos" w:hAnsi="Aptos"/>
                <w:sz w:val="20"/>
                <w:szCs w:val="20"/>
              </w:rPr>
              <w:t>çözümler</w:t>
            </w:r>
            <w:proofErr w:type="spellEnd"/>
            <w:r w:rsidRPr="002059FF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2059FF">
              <w:rPr>
                <w:rFonts w:ascii="Aptos" w:hAnsi="Aptos"/>
                <w:sz w:val="20"/>
                <w:szCs w:val="20"/>
              </w:rPr>
              <w:t>üretmeyi</w:t>
            </w:r>
            <w:proofErr w:type="spellEnd"/>
            <w:r w:rsidRPr="002059FF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2059FF">
              <w:rPr>
                <w:rFonts w:ascii="Aptos" w:hAnsi="Aptos"/>
                <w:sz w:val="20"/>
                <w:szCs w:val="20"/>
              </w:rPr>
              <w:t>amaçlayan</w:t>
            </w:r>
            <w:proofErr w:type="spellEnd"/>
            <w:r w:rsidRPr="002059FF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2059FF">
              <w:rPr>
                <w:rFonts w:ascii="Aptos" w:hAnsi="Aptos"/>
                <w:sz w:val="20"/>
                <w:szCs w:val="20"/>
              </w:rPr>
              <w:t>bilim</w:t>
            </w:r>
            <w:proofErr w:type="spellEnd"/>
            <w:r w:rsidRPr="002059FF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2059FF">
              <w:rPr>
                <w:rFonts w:ascii="Aptos" w:hAnsi="Aptos"/>
                <w:sz w:val="20"/>
                <w:szCs w:val="20"/>
              </w:rPr>
              <w:t>dalı</w:t>
            </w:r>
            <w:proofErr w:type="spellEnd"/>
            <w:r w:rsidRPr="002059FF">
              <w:rPr>
                <w:rFonts w:ascii="Aptos" w:hAnsi="Aptos"/>
                <w:sz w:val="20"/>
                <w:szCs w:val="20"/>
              </w:rPr>
              <w:t>.</w:t>
            </w:r>
          </w:p>
        </w:tc>
        <w:tc>
          <w:tcPr>
            <w:tcW w:w="3003" w:type="dxa"/>
            <w:vAlign w:val="center"/>
          </w:tcPr>
          <w:p w14:paraId="6AFDD4E3" w14:textId="77777777" w:rsidR="00C872E8" w:rsidRPr="002059FF" w:rsidRDefault="00C872E8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EE2C9D" w:rsidRPr="002059FF" w14:paraId="1A2F7DCF" w14:textId="77777777" w:rsidTr="002059FF">
        <w:trPr>
          <w:jc w:val="center"/>
        </w:trPr>
        <w:tc>
          <w:tcPr>
            <w:tcW w:w="7797" w:type="dxa"/>
            <w:vAlign w:val="center"/>
          </w:tcPr>
          <w:p w14:paraId="047AC9B9" w14:textId="177837F0" w:rsidR="00C872E8" w:rsidRPr="002059FF" w:rsidRDefault="00000000">
            <w:pPr>
              <w:spacing w:before="60" w:after="60"/>
              <w:rPr>
                <w:sz w:val="20"/>
                <w:szCs w:val="20"/>
              </w:rPr>
            </w:pPr>
            <w:r w:rsidRPr="002059FF">
              <w:rPr>
                <w:rFonts w:ascii="Aptos" w:hAnsi="Aptos"/>
                <w:sz w:val="20"/>
                <w:szCs w:val="20"/>
              </w:rPr>
              <w:t xml:space="preserve">Bir </w:t>
            </w:r>
            <w:proofErr w:type="spellStart"/>
            <w:r w:rsidRPr="002059FF">
              <w:rPr>
                <w:rFonts w:ascii="Aptos" w:hAnsi="Aptos"/>
                <w:sz w:val="20"/>
                <w:szCs w:val="20"/>
              </w:rPr>
              <w:t>şeye</w:t>
            </w:r>
            <w:proofErr w:type="spellEnd"/>
            <w:r w:rsidRPr="002059FF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2059FF">
              <w:rPr>
                <w:rFonts w:ascii="Aptos" w:hAnsi="Aptos"/>
                <w:sz w:val="20"/>
                <w:szCs w:val="20"/>
              </w:rPr>
              <w:t>benzemeye</w:t>
            </w:r>
            <w:proofErr w:type="spellEnd"/>
            <w:r w:rsidRPr="002059FF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2059FF">
              <w:rPr>
                <w:rFonts w:ascii="Aptos" w:hAnsi="Aptos"/>
                <w:sz w:val="20"/>
                <w:szCs w:val="20"/>
              </w:rPr>
              <w:t>çalışma</w:t>
            </w:r>
            <w:proofErr w:type="spellEnd"/>
            <w:r w:rsidRPr="002059FF">
              <w:rPr>
                <w:rFonts w:ascii="Aptos" w:hAnsi="Aptos"/>
                <w:sz w:val="20"/>
                <w:szCs w:val="20"/>
              </w:rPr>
              <w:t xml:space="preserve">, </w:t>
            </w:r>
            <w:proofErr w:type="spellStart"/>
            <w:r w:rsidRPr="002059FF">
              <w:rPr>
                <w:rFonts w:ascii="Aptos" w:hAnsi="Aptos"/>
                <w:sz w:val="20"/>
                <w:szCs w:val="20"/>
              </w:rPr>
              <w:t>benzerini</w:t>
            </w:r>
            <w:proofErr w:type="spellEnd"/>
            <w:r w:rsidRPr="002059FF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2059FF">
              <w:rPr>
                <w:rFonts w:ascii="Aptos" w:hAnsi="Aptos"/>
                <w:sz w:val="20"/>
                <w:szCs w:val="20"/>
              </w:rPr>
              <w:t>örnek</w:t>
            </w:r>
            <w:proofErr w:type="spellEnd"/>
            <w:r w:rsidRPr="002059FF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2059FF">
              <w:rPr>
                <w:rFonts w:ascii="Aptos" w:hAnsi="Aptos"/>
                <w:sz w:val="20"/>
                <w:szCs w:val="20"/>
              </w:rPr>
              <w:t>alarak</w:t>
            </w:r>
            <w:proofErr w:type="spellEnd"/>
            <w:r w:rsidRPr="002059FF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2059FF">
              <w:rPr>
                <w:rFonts w:ascii="Aptos" w:hAnsi="Aptos"/>
                <w:sz w:val="20"/>
                <w:szCs w:val="20"/>
              </w:rPr>
              <w:t>yapma</w:t>
            </w:r>
            <w:proofErr w:type="spellEnd"/>
            <w:r w:rsidRPr="002059FF">
              <w:rPr>
                <w:rFonts w:ascii="Aptos" w:hAnsi="Aptos"/>
                <w:sz w:val="20"/>
                <w:szCs w:val="20"/>
              </w:rPr>
              <w:t>.</w:t>
            </w:r>
            <w:r w:rsidR="002059FF">
              <w:rPr>
                <w:rFonts w:ascii="Aptos" w:hAnsi="Aptos"/>
                <w:sz w:val="20"/>
                <w:szCs w:val="20"/>
              </w:rPr>
              <w:br/>
            </w:r>
          </w:p>
        </w:tc>
        <w:tc>
          <w:tcPr>
            <w:tcW w:w="3003" w:type="dxa"/>
            <w:vAlign w:val="center"/>
          </w:tcPr>
          <w:p w14:paraId="75996E75" w14:textId="77777777" w:rsidR="00C872E8" w:rsidRPr="002059FF" w:rsidRDefault="00C872E8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EE2C9D" w:rsidRPr="002059FF" w14:paraId="25F9C498" w14:textId="77777777" w:rsidTr="002059FF">
        <w:trPr>
          <w:jc w:val="center"/>
        </w:trPr>
        <w:tc>
          <w:tcPr>
            <w:tcW w:w="7797" w:type="dxa"/>
            <w:vAlign w:val="center"/>
          </w:tcPr>
          <w:p w14:paraId="2AFA390E" w14:textId="7A069DCB" w:rsidR="00C872E8" w:rsidRPr="002059FF" w:rsidRDefault="00000000">
            <w:pPr>
              <w:spacing w:before="60" w:after="60"/>
              <w:rPr>
                <w:sz w:val="20"/>
                <w:szCs w:val="20"/>
              </w:rPr>
            </w:pPr>
            <w:proofErr w:type="spellStart"/>
            <w:r w:rsidRPr="002059FF">
              <w:rPr>
                <w:rFonts w:ascii="Aptos" w:hAnsi="Aptos"/>
                <w:sz w:val="20"/>
                <w:szCs w:val="20"/>
              </w:rPr>
              <w:t>Bilimsel</w:t>
            </w:r>
            <w:proofErr w:type="spellEnd"/>
            <w:r w:rsidRPr="002059FF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2059FF">
              <w:rPr>
                <w:rFonts w:ascii="Aptos" w:hAnsi="Aptos"/>
                <w:sz w:val="20"/>
                <w:szCs w:val="20"/>
              </w:rPr>
              <w:t>gözlem</w:t>
            </w:r>
            <w:proofErr w:type="spellEnd"/>
            <w:r w:rsidRPr="002059FF">
              <w:rPr>
                <w:rFonts w:ascii="Aptos" w:hAnsi="Aptos"/>
                <w:sz w:val="20"/>
                <w:szCs w:val="20"/>
              </w:rPr>
              <w:t xml:space="preserve">, </w:t>
            </w:r>
            <w:proofErr w:type="spellStart"/>
            <w:r w:rsidRPr="002059FF">
              <w:rPr>
                <w:rFonts w:ascii="Aptos" w:hAnsi="Aptos"/>
                <w:sz w:val="20"/>
                <w:szCs w:val="20"/>
              </w:rPr>
              <w:t>deney</w:t>
            </w:r>
            <w:proofErr w:type="spellEnd"/>
            <w:r w:rsidRPr="002059FF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2059FF">
              <w:rPr>
                <w:rFonts w:ascii="Aptos" w:hAnsi="Aptos"/>
                <w:sz w:val="20"/>
                <w:szCs w:val="20"/>
              </w:rPr>
              <w:t>ve</w:t>
            </w:r>
            <w:proofErr w:type="spellEnd"/>
            <w:r w:rsidRPr="002059FF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2059FF">
              <w:rPr>
                <w:rFonts w:ascii="Aptos" w:hAnsi="Aptos"/>
                <w:sz w:val="20"/>
                <w:szCs w:val="20"/>
              </w:rPr>
              <w:t>incelemelerin</w:t>
            </w:r>
            <w:proofErr w:type="spellEnd"/>
            <w:r w:rsidRPr="002059FF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2059FF">
              <w:rPr>
                <w:rFonts w:ascii="Aptos" w:hAnsi="Aptos"/>
                <w:sz w:val="20"/>
                <w:szCs w:val="20"/>
              </w:rPr>
              <w:t>yapıldığı</w:t>
            </w:r>
            <w:proofErr w:type="spellEnd"/>
            <w:r w:rsidRPr="002059FF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2059FF">
              <w:rPr>
                <w:rFonts w:ascii="Aptos" w:hAnsi="Aptos"/>
                <w:sz w:val="20"/>
                <w:szCs w:val="20"/>
              </w:rPr>
              <w:t>donanımlı</w:t>
            </w:r>
            <w:proofErr w:type="spellEnd"/>
            <w:r w:rsidRPr="002059FF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2059FF">
              <w:rPr>
                <w:rFonts w:ascii="Aptos" w:hAnsi="Aptos"/>
                <w:sz w:val="20"/>
                <w:szCs w:val="20"/>
              </w:rPr>
              <w:t>araştırma</w:t>
            </w:r>
            <w:proofErr w:type="spellEnd"/>
            <w:r w:rsidRPr="002059FF">
              <w:rPr>
                <w:rFonts w:ascii="Aptos" w:hAnsi="Aptos"/>
                <w:sz w:val="20"/>
                <w:szCs w:val="20"/>
              </w:rPr>
              <w:t xml:space="preserve"> </w:t>
            </w:r>
            <w:proofErr w:type="spellStart"/>
            <w:r w:rsidRPr="002059FF">
              <w:rPr>
                <w:rFonts w:ascii="Aptos" w:hAnsi="Aptos"/>
                <w:sz w:val="20"/>
                <w:szCs w:val="20"/>
              </w:rPr>
              <w:t>ortamı</w:t>
            </w:r>
            <w:proofErr w:type="spellEnd"/>
            <w:r w:rsidRPr="002059FF">
              <w:rPr>
                <w:rFonts w:ascii="Aptos" w:hAnsi="Aptos"/>
                <w:sz w:val="20"/>
                <w:szCs w:val="20"/>
              </w:rPr>
              <w:t>.</w:t>
            </w:r>
            <w:r w:rsidR="002059FF">
              <w:rPr>
                <w:rFonts w:ascii="Aptos" w:hAnsi="Aptos"/>
                <w:sz w:val="20"/>
                <w:szCs w:val="20"/>
              </w:rPr>
              <w:br/>
            </w:r>
          </w:p>
        </w:tc>
        <w:tc>
          <w:tcPr>
            <w:tcW w:w="3003" w:type="dxa"/>
            <w:vAlign w:val="center"/>
          </w:tcPr>
          <w:p w14:paraId="5C6B932B" w14:textId="77777777" w:rsidR="00C872E8" w:rsidRPr="002059FF" w:rsidRDefault="00C872E8">
            <w:pPr>
              <w:spacing w:before="60" w:after="60"/>
              <w:rPr>
                <w:sz w:val="20"/>
                <w:szCs w:val="20"/>
              </w:rPr>
            </w:pPr>
          </w:p>
        </w:tc>
      </w:tr>
    </w:tbl>
    <w:p w14:paraId="79F7CB3D" w14:textId="77777777" w:rsidR="009C0FFA" w:rsidRDefault="009C0FFA">
      <w:pPr>
        <w:spacing w:before="80" w:after="20"/>
        <w:rPr>
          <w:rFonts w:ascii="Aptos" w:hAnsi="Aptos"/>
          <w:b/>
          <w:sz w:val="20"/>
          <w:szCs w:val="20"/>
        </w:rPr>
      </w:pPr>
    </w:p>
    <w:p w14:paraId="3B7B26A1" w14:textId="77777777" w:rsidR="002059FF" w:rsidRDefault="002059FF">
      <w:pPr>
        <w:spacing w:before="80" w:after="20"/>
        <w:rPr>
          <w:rFonts w:ascii="Aptos" w:hAnsi="Aptos"/>
          <w:b/>
          <w:sz w:val="20"/>
          <w:szCs w:val="20"/>
        </w:rPr>
      </w:pPr>
    </w:p>
    <w:p w14:paraId="6AEAACA3" w14:textId="77777777" w:rsidR="002059FF" w:rsidRDefault="002059FF">
      <w:pPr>
        <w:spacing w:before="80" w:after="20"/>
        <w:rPr>
          <w:rFonts w:ascii="Aptos" w:hAnsi="Aptos"/>
          <w:b/>
          <w:sz w:val="20"/>
          <w:szCs w:val="20"/>
        </w:rPr>
      </w:pPr>
    </w:p>
    <w:p w14:paraId="0AF89874" w14:textId="77777777" w:rsidR="002059FF" w:rsidRPr="002059FF" w:rsidRDefault="002059FF">
      <w:pPr>
        <w:spacing w:before="80" w:after="20"/>
        <w:rPr>
          <w:rFonts w:ascii="Aptos" w:hAnsi="Aptos"/>
          <w:b/>
          <w:sz w:val="20"/>
          <w:szCs w:val="20"/>
        </w:rPr>
      </w:pPr>
    </w:p>
    <w:p w14:paraId="66B923FF" w14:textId="77777777" w:rsidR="002059FF" w:rsidRPr="002059FF" w:rsidRDefault="002059FF">
      <w:pPr>
        <w:spacing w:before="80" w:after="20"/>
        <w:rPr>
          <w:rFonts w:ascii="Aptos" w:hAnsi="Aptos"/>
          <w:b/>
          <w:sz w:val="20"/>
          <w:szCs w:val="20"/>
        </w:rPr>
      </w:pPr>
    </w:p>
    <w:p w14:paraId="323CE310" w14:textId="77777777" w:rsidR="00EE2C9D" w:rsidRPr="002059FF" w:rsidRDefault="00000000">
      <w:pPr>
        <w:spacing w:before="80" w:after="20"/>
        <w:rPr>
          <w:sz w:val="20"/>
          <w:szCs w:val="20"/>
        </w:rPr>
      </w:pPr>
      <w:r w:rsidRPr="002059FF">
        <w:rPr>
          <w:rFonts w:ascii="Aptos" w:hAnsi="Aptos"/>
          <w:b/>
          <w:sz w:val="20"/>
          <w:szCs w:val="20"/>
        </w:rPr>
        <w:lastRenderedPageBreak/>
        <w:t xml:space="preserve">SORU 5: </w:t>
      </w:r>
      <w:r w:rsidRPr="002059FF">
        <w:rPr>
          <w:rFonts w:ascii="Aptos" w:hAnsi="Aptos"/>
          <w:sz w:val="20"/>
          <w:szCs w:val="20"/>
        </w:rPr>
        <w:t xml:space="preserve">(Kazanım: T.O.6.21. </w:t>
      </w:r>
      <w:proofErr w:type="spellStart"/>
      <w:r w:rsidRPr="002059FF">
        <w:rPr>
          <w:rFonts w:ascii="Aptos" w:hAnsi="Aptos"/>
          <w:sz w:val="20"/>
          <w:szCs w:val="20"/>
        </w:rPr>
        <w:t>Metinden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hareketle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söz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varlığını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geliştirmeye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yönelik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çözümleme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yapabilme</w:t>
      </w:r>
      <w:proofErr w:type="spellEnd"/>
      <w:r w:rsidRPr="002059FF">
        <w:rPr>
          <w:rFonts w:ascii="Aptos" w:hAnsi="Aptos"/>
          <w:sz w:val="20"/>
          <w:szCs w:val="20"/>
        </w:rPr>
        <w:t>.)</w:t>
      </w:r>
      <w:r w:rsidRPr="002059FF">
        <w:rPr>
          <w:rFonts w:ascii="Aptos" w:hAnsi="Aptos"/>
          <w:b/>
          <w:bCs/>
          <w:sz w:val="20"/>
          <w:szCs w:val="20"/>
        </w:rPr>
        <w:t xml:space="preserve"> (15 Puan)</w:t>
      </w:r>
    </w:p>
    <w:p w14:paraId="64DFB90C" w14:textId="37B32A58" w:rsidR="00EE2C9D" w:rsidRPr="002059FF" w:rsidRDefault="00000000" w:rsidP="009C0FFA">
      <w:pPr>
        <w:spacing w:after="40" w:line="360" w:lineRule="auto"/>
        <w:rPr>
          <w:sz w:val="20"/>
          <w:szCs w:val="20"/>
        </w:rPr>
      </w:pPr>
      <w:proofErr w:type="spellStart"/>
      <w:r w:rsidRPr="002059FF">
        <w:rPr>
          <w:rFonts w:ascii="Aptos" w:hAnsi="Aptos"/>
          <w:b/>
          <w:bCs/>
          <w:sz w:val="20"/>
          <w:szCs w:val="20"/>
        </w:rPr>
        <w:t>Metinde</w:t>
      </w:r>
      <w:proofErr w:type="spellEnd"/>
      <w:r w:rsidRPr="002059FF">
        <w:rPr>
          <w:rFonts w:ascii="Aptos" w:hAnsi="Aptos"/>
          <w:b/>
          <w:bCs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bCs/>
          <w:sz w:val="20"/>
          <w:szCs w:val="20"/>
        </w:rPr>
        <w:t>geçen</w:t>
      </w:r>
      <w:proofErr w:type="spellEnd"/>
      <w:r w:rsidRPr="002059FF">
        <w:rPr>
          <w:rFonts w:ascii="Aptos" w:hAnsi="Aptos"/>
          <w:b/>
          <w:bCs/>
          <w:sz w:val="20"/>
          <w:szCs w:val="20"/>
        </w:rPr>
        <w:t xml:space="preserve"> "</w:t>
      </w:r>
      <w:proofErr w:type="spellStart"/>
      <w:r w:rsidRPr="002059FF">
        <w:rPr>
          <w:rFonts w:ascii="Aptos" w:hAnsi="Aptos"/>
          <w:b/>
          <w:bCs/>
          <w:sz w:val="20"/>
          <w:szCs w:val="20"/>
        </w:rPr>
        <w:t>yeryüzünün</w:t>
      </w:r>
      <w:proofErr w:type="spellEnd"/>
      <w:r w:rsidRPr="002059FF">
        <w:rPr>
          <w:rFonts w:ascii="Aptos" w:hAnsi="Aptos"/>
          <w:b/>
          <w:bCs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bCs/>
          <w:sz w:val="20"/>
          <w:szCs w:val="20"/>
        </w:rPr>
        <w:t>en</w:t>
      </w:r>
      <w:proofErr w:type="spellEnd"/>
      <w:r w:rsidRPr="002059FF">
        <w:rPr>
          <w:rFonts w:ascii="Aptos" w:hAnsi="Aptos"/>
          <w:b/>
          <w:bCs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bCs/>
          <w:sz w:val="20"/>
          <w:szCs w:val="20"/>
        </w:rPr>
        <w:t>mükemmel</w:t>
      </w:r>
      <w:proofErr w:type="spellEnd"/>
      <w:r w:rsidRPr="002059FF">
        <w:rPr>
          <w:rFonts w:ascii="Aptos" w:hAnsi="Aptos"/>
          <w:b/>
          <w:bCs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bCs/>
          <w:sz w:val="20"/>
          <w:szCs w:val="20"/>
        </w:rPr>
        <w:t>laboratuvarının</w:t>
      </w:r>
      <w:proofErr w:type="spellEnd"/>
      <w:r w:rsidRPr="002059FF">
        <w:rPr>
          <w:rFonts w:ascii="Aptos" w:hAnsi="Aptos"/>
          <w:b/>
          <w:bCs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bCs/>
          <w:sz w:val="20"/>
          <w:szCs w:val="20"/>
        </w:rPr>
        <w:t>doğanın</w:t>
      </w:r>
      <w:proofErr w:type="spellEnd"/>
      <w:r w:rsidRPr="002059FF">
        <w:rPr>
          <w:rFonts w:ascii="Aptos" w:hAnsi="Aptos"/>
          <w:b/>
          <w:bCs/>
          <w:sz w:val="20"/>
          <w:szCs w:val="20"/>
        </w:rPr>
        <w:t xml:space="preserve"> </w:t>
      </w:r>
      <w:r w:rsidR="002059FF" w:rsidRPr="002059FF">
        <w:rPr>
          <w:rFonts w:ascii="Aptos" w:hAnsi="Aptos"/>
          <w:b/>
          <w:bCs/>
          <w:sz w:val="20"/>
          <w:szCs w:val="20"/>
        </w:rPr>
        <w:t>ta</w:t>
      </w:r>
      <w:r w:rsidRPr="002059FF">
        <w:rPr>
          <w:rFonts w:ascii="Aptos" w:hAnsi="Aptos"/>
          <w:b/>
          <w:bCs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bCs/>
          <w:sz w:val="20"/>
          <w:szCs w:val="20"/>
        </w:rPr>
        <w:t>kendisi</w:t>
      </w:r>
      <w:proofErr w:type="spellEnd"/>
      <w:r w:rsidRPr="002059FF">
        <w:rPr>
          <w:rFonts w:ascii="Aptos" w:hAnsi="Aptos"/>
          <w:b/>
          <w:bCs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bCs/>
          <w:sz w:val="20"/>
          <w:szCs w:val="20"/>
        </w:rPr>
        <w:t>olduğu</w:t>
      </w:r>
      <w:proofErr w:type="spellEnd"/>
      <w:r w:rsidRPr="002059FF">
        <w:rPr>
          <w:rFonts w:ascii="Aptos" w:hAnsi="Aptos"/>
          <w:b/>
          <w:bCs/>
          <w:sz w:val="20"/>
          <w:szCs w:val="20"/>
        </w:rPr>
        <w:t xml:space="preserve">" </w:t>
      </w:r>
      <w:proofErr w:type="spellStart"/>
      <w:r w:rsidRPr="002059FF">
        <w:rPr>
          <w:rFonts w:ascii="Aptos" w:hAnsi="Aptos"/>
          <w:b/>
          <w:bCs/>
          <w:sz w:val="20"/>
          <w:szCs w:val="20"/>
        </w:rPr>
        <w:t>söz</w:t>
      </w:r>
      <w:proofErr w:type="spellEnd"/>
      <w:r w:rsidRPr="002059FF">
        <w:rPr>
          <w:rFonts w:ascii="Aptos" w:hAnsi="Aptos"/>
          <w:b/>
          <w:bCs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bCs/>
          <w:sz w:val="20"/>
          <w:szCs w:val="20"/>
        </w:rPr>
        <w:t>grubunun</w:t>
      </w:r>
      <w:proofErr w:type="spellEnd"/>
      <w:r w:rsidRPr="002059FF">
        <w:rPr>
          <w:rFonts w:ascii="Aptos" w:hAnsi="Aptos"/>
          <w:b/>
          <w:bCs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bCs/>
          <w:sz w:val="20"/>
          <w:szCs w:val="20"/>
        </w:rPr>
        <w:t>metne</w:t>
      </w:r>
      <w:proofErr w:type="spellEnd"/>
      <w:r w:rsidRPr="002059FF">
        <w:rPr>
          <w:rFonts w:ascii="Aptos" w:hAnsi="Aptos"/>
          <w:b/>
          <w:bCs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bCs/>
          <w:sz w:val="20"/>
          <w:szCs w:val="20"/>
        </w:rPr>
        <w:t>kattığı</w:t>
      </w:r>
      <w:proofErr w:type="spellEnd"/>
      <w:r w:rsidRPr="002059FF">
        <w:rPr>
          <w:rFonts w:ascii="Aptos" w:hAnsi="Aptos"/>
          <w:b/>
          <w:bCs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bCs/>
          <w:sz w:val="20"/>
          <w:szCs w:val="20"/>
        </w:rPr>
        <w:t>anlamı</w:t>
      </w:r>
      <w:proofErr w:type="spellEnd"/>
      <w:r w:rsidRPr="002059FF">
        <w:rPr>
          <w:rFonts w:ascii="Aptos" w:hAnsi="Aptos"/>
          <w:b/>
          <w:bCs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bCs/>
          <w:sz w:val="20"/>
          <w:szCs w:val="20"/>
        </w:rPr>
        <w:t>açıklayınız</w:t>
      </w:r>
      <w:proofErr w:type="spellEnd"/>
      <w:r w:rsidRPr="002059FF">
        <w:rPr>
          <w:rFonts w:ascii="Aptos" w:hAnsi="Aptos"/>
          <w:b/>
          <w:bCs/>
          <w:sz w:val="20"/>
          <w:szCs w:val="20"/>
        </w:rPr>
        <w:t>.</w:t>
      </w:r>
      <w:r w:rsidRPr="002059FF">
        <w:rPr>
          <w:rFonts w:ascii="Aptos" w:hAnsi="Aptos"/>
          <w:sz w:val="20"/>
          <w:szCs w:val="20"/>
        </w:rPr>
        <w:br/>
      </w:r>
      <w:proofErr w:type="spellStart"/>
      <w:r w:rsidRPr="002059FF">
        <w:rPr>
          <w:rFonts w:ascii="Aptos" w:hAnsi="Aptos"/>
          <w:sz w:val="20"/>
          <w:szCs w:val="20"/>
        </w:rPr>
        <w:t>Açıklamanız</w:t>
      </w:r>
      <w:proofErr w:type="spellEnd"/>
      <w:r w:rsidRPr="002059FF">
        <w:rPr>
          <w:rFonts w:ascii="Aptos" w:hAnsi="Aptos"/>
          <w:sz w:val="20"/>
          <w:szCs w:val="20"/>
        </w:rPr>
        <w:t>: .................................................................................................................................................</w:t>
      </w:r>
      <w:r w:rsidRPr="002059FF">
        <w:rPr>
          <w:rFonts w:ascii="Aptos" w:hAnsi="Aptos"/>
          <w:sz w:val="20"/>
          <w:szCs w:val="20"/>
        </w:rPr>
        <w:br/>
        <w:t>.....................................................................................................................................................................</w:t>
      </w:r>
    </w:p>
    <w:p w14:paraId="75CAF233" w14:textId="77777777" w:rsidR="00EE2C9D" w:rsidRPr="002059FF" w:rsidRDefault="00000000">
      <w:pPr>
        <w:spacing w:before="80" w:after="40"/>
        <w:rPr>
          <w:sz w:val="20"/>
          <w:szCs w:val="20"/>
        </w:rPr>
      </w:pPr>
      <w:r w:rsidRPr="002059FF">
        <w:rPr>
          <w:rFonts w:ascii="Aptos" w:hAnsi="Aptos"/>
          <w:b/>
          <w:sz w:val="20"/>
          <w:szCs w:val="20"/>
        </w:rPr>
        <w:t>C. METİN YAPISI VE YAZIM-NOKTALAMA ÇALIŞMASI (25 PUAN)</w:t>
      </w:r>
    </w:p>
    <w:p w14:paraId="05BA7D80" w14:textId="77777777" w:rsidR="00EE2C9D" w:rsidRPr="002059FF" w:rsidRDefault="00000000">
      <w:pPr>
        <w:spacing w:before="40" w:after="20"/>
        <w:rPr>
          <w:sz w:val="20"/>
          <w:szCs w:val="20"/>
        </w:rPr>
      </w:pPr>
      <w:r w:rsidRPr="002059FF">
        <w:rPr>
          <w:rFonts w:ascii="Aptos" w:hAnsi="Aptos"/>
          <w:b/>
          <w:sz w:val="20"/>
          <w:szCs w:val="20"/>
        </w:rPr>
        <w:t xml:space="preserve">SORU 6: </w:t>
      </w:r>
      <w:r w:rsidRPr="002059FF">
        <w:rPr>
          <w:rFonts w:ascii="Aptos" w:hAnsi="Aptos"/>
          <w:sz w:val="20"/>
          <w:szCs w:val="20"/>
        </w:rPr>
        <w:t xml:space="preserve">(Kazanım: T.Y.6.3. </w:t>
      </w:r>
      <w:proofErr w:type="spellStart"/>
      <w:r w:rsidRPr="002059FF">
        <w:rPr>
          <w:rFonts w:ascii="Aptos" w:hAnsi="Aptos"/>
          <w:sz w:val="20"/>
          <w:szCs w:val="20"/>
        </w:rPr>
        <w:t>Yazısında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içerik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ve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yapıya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yönelik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seçimlerini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yönetebilme</w:t>
      </w:r>
      <w:proofErr w:type="spellEnd"/>
      <w:r w:rsidRPr="002059FF">
        <w:rPr>
          <w:rFonts w:ascii="Aptos" w:hAnsi="Aptos"/>
          <w:sz w:val="20"/>
          <w:szCs w:val="20"/>
        </w:rPr>
        <w:t>.) (10 Puan)</w:t>
      </w:r>
    </w:p>
    <w:p w14:paraId="5E6D4B6C" w14:textId="77777777" w:rsidR="00EE2C9D" w:rsidRPr="002059FF" w:rsidRDefault="00000000">
      <w:pPr>
        <w:spacing w:after="40"/>
        <w:rPr>
          <w:sz w:val="20"/>
          <w:szCs w:val="20"/>
        </w:rPr>
      </w:pPr>
      <w:proofErr w:type="spellStart"/>
      <w:r w:rsidRPr="002059FF">
        <w:rPr>
          <w:rFonts w:ascii="Aptos" w:hAnsi="Aptos"/>
          <w:b/>
          <w:sz w:val="20"/>
          <w:szCs w:val="20"/>
        </w:rPr>
        <w:t>Aşağıda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bir </w:t>
      </w:r>
      <w:proofErr w:type="spellStart"/>
      <w:r w:rsidRPr="002059FF">
        <w:rPr>
          <w:rFonts w:ascii="Aptos" w:hAnsi="Aptos"/>
          <w:b/>
          <w:sz w:val="20"/>
          <w:szCs w:val="20"/>
        </w:rPr>
        <w:t>bilim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insanının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doğadan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esinlenerek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robot </w:t>
      </w:r>
      <w:proofErr w:type="spellStart"/>
      <w:r w:rsidRPr="002059FF">
        <w:rPr>
          <w:rFonts w:ascii="Aptos" w:hAnsi="Aptos"/>
          <w:b/>
          <w:sz w:val="20"/>
          <w:szCs w:val="20"/>
        </w:rPr>
        <w:t>tasarlama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sürecini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anlatan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karışık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cümleler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verilmiştir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. Bu </w:t>
      </w:r>
      <w:proofErr w:type="spellStart"/>
      <w:r w:rsidRPr="002059FF">
        <w:rPr>
          <w:rFonts w:ascii="Aptos" w:hAnsi="Aptos"/>
          <w:b/>
          <w:sz w:val="20"/>
          <w:szCs w:val="20"/>
        </w:rPr>
        <w:t>cümleleri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, </w:t>
      </w:r>
      <w:proofErr w:type="spellStart"/>
      <w:r w:rsidRPr="002059FF">
        <w:rPr>
          <w:rFonts w:ascii="Aptos" w:hAnsi="Aptos"/>
          <w:b/>
          <w:sz w:val="20"/>
          <w:szCs w:val="20"/>
        </w:rPr>
        <w:t>olayların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mantıksal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oluş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sırasına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göre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yay </w:t>
      </w:r>
      <w:proofErr w:type="spellStart"/>
      <w:r w:rsidRPr="002059FF">
        <w:rPr>
          <w:rFonts w:ascii="Aptos" w:hAnsi="Aptos"/>
          <w:b/>
          <w:sz w:val="20"/>
          <w:szCs w:val="20"/>
        </w:rPr>
        <w:t>ayraçların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içine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1, 2, 3 </w:t>
      </w:r>
      <w:proofErr w:type="spellStart"/>
      <w:r w:rsidRPr="002059FF">
        <w:rPr>
          <w:rFonts w:ascii="Aptos" w:hAnsi="Aptos"/>
          <w:b/>
          <w:sz w:val="20"/>
          <w:szCs w:val="20"/>
        </w:rPr>
        <w:t>ve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4 </w:t>
      </w:r>
      <w:proofErr w:type="spellStart"/>
      <w:r w:rsidRPr="002059FF">
        <w:rPr>
          <w:rFonts w:ascii="Aptos" w:hAnsi="Aptos"/>
          <w:b/>
          <w:sz w:val="20"/>
          <w:szCs w:val="20"/>
        </w:rPr>
        <w:t>yazarak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sıralayınız</w:t>
      </w:r>
      <w:proofErr w:type="spellEnd"/>
      <w:r w:rsidRPr="002059FF">
        <w:rPr>
          <w:rFonts w:ascii="Aptos" w:hAnsi="Aptos"/>
          <w:b/>
          <w:sz w:val="20"/>
          <w:szCs w:val="20"/>
        </w:rPr>
        <w:t>.</w:t>
      </w:r>
      <w:r w:rsidRPr="002059FF">
        <w:rPr>
          <w:rFonts w:ascii="Aptos" w:hAnsi="Aptos"/>
          <w:sz w:val="20"/>
          <w:szCs w:val="20"/>
        </w:rPr>
        <w:br/>
        <w:t xml:space="preserve">(   ) </w:t>
      </w:r>
      <w:proofErr w:type="spellStart"/>
      <w:r w:rsidRPr="002059FF">
        <w:rPr>
          <w:rFonts w:ascii="Aptos" w:hAnsi="Aptos"/>
          <w:sz w:val="20"/>
          <w:szCs w:val="20"/>
        </w:rPr>
        <w:t>Tasarladığı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bu</w:t>
      </w:r>
      <w:proofErr w:type="spellEnd"/>
      <w:r w:rsidRPr="002059FF">
        <w:rPr>
          <w:rFonts w:ascii="Aptos" w:hAnsi="Aptos"/>
          <w:sz w:val="20"/>
          <w:szCs w:val="20"/>
        </w:rPr>
        <w:t xml:space="preserve"> robot, </w:t>
      </w:r>
      <w:proofErr w:type="spellStart"/>
      <w:r w:rsidRPr="002059FF">
        <w:rPr>
          <w:rFonts w:ascii="Aptos" w:hAnsi="Aptos"/>
          <w:sz w:val="20"/>
          <w:szCs w:val="20"/>
        </w:rPr>
        <w:t>engebeli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arazilerde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arama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kurtarma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çalışmalarında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başarıyla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kullanıldı</w:t>
      </w:r>
      <w:proofErr w:type="spellEnd"/>
      <w:r w:rsidRPr="002059FF">
        <w:rPr>
          <w:rFonts w:ascii="Aptos" w:hAnsi="Aptos"/>
          <w:sz w:val="20"/>
          <w:szCs w:val="20"/>
        </w:rPr>
        <w:t>.</w:t>
      </w:r>
      <w:r w:rsidRPr="002059FF">
        <w:rPr>
          <w:rFonts w:ascii="Aptos" w:hAnsi="Aptos"/>
          <w:sz w:val="20"/>
          <w:szCs w:val="20"/>
        </w:rPr>
        <w:br/>
        <w:t xml:space="preserve">(   ) </w:t>
      </w:r>
      <w:proofErr w:type="spellStart"/>
      <w:r w:rsidRPr="002059FF">
        <w:rPr>
          <w:rFonts w:ascii="Aptos" w:hAnsi="Aptos"/>
          <w:sz w:val="20"/>
          <w:szCs w:val="20"/>
        </w:rPr>
        <w:t>Bilim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insanı</w:t>
      </w:r>
      <w:proofErr w:type="spellEnd"/>
      <w:r w:rsidRPr="002059FF">
        <w:rPr>
          <w:rFonts w:ascii="Aptos" w:hAnsi="Aptos"/>
          <w:sz w:val="20"/>
          <w:szCs w:val="20"/>
        </w:rPr>
        <w:t xml:space="preserve">, </w:t>
      </w:r>
      <w:proofErr w:type="spellStart"/>
      <w:r w:rsidRPr="002059FF">
        <w:rPr>
          <w:rFonts w:ascii="Aptos" w:hAnsi="Aptos"/>
          <w:sz w:val="20"/>
          <w:szCs w:val="20"/>
        </w:rPr>
        <w:t>doğa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yürüyüşü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sırasında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kertenkelelerin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dik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kayalara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kaymadan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nasıl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tırmandığını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gözlemledi</w:t>
      </w:r>
      <w:proofErr w:type="spellEnd"/>
      <w:r w:rsidRPr="002059FF">
        <w:rPr>
          <w:rFonts w:ascii="Aptos" w:hAnsi="Aptos"/>
          <w:sz w:val="20"/>
          <w:szCs w:val="20"/>
        </w:rPr>
        <w:t>.</w:t>
      </w:r>
      <w:r w:rsidRPr="002059FF">
        <w:rPr>
          <w:rFonts w:ascii="Aptos" w:hAnsi="Aptos"/>
          <w:sz w:val="20"/>
          <w:szCs w:val="20"/>
        </w:rPr>
        <w:br/>
        <w:t xml:space="preserve">(   ) </w:t>
      </w:r>
      <w:proofErr w:type="spellStart"/>
      <w:r w:rsidRPr="002059FF">
        <w:rPr>
          <w:rFonts w:ascii="Aptos" w:hAnsi="Aptos"/>
          <w:sz w:val="20"/>
          <w:szCs w:val="20"/>
        </w:rPr>
        <w:t>Laboratuvarına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dönerek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kertenkelenin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ayak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yapısını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mikroskop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altında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ayrıntılı</w:t>
      </w:r>
      <w:proofErr w:type="spellEnd"/>
      <w:r w:rsidRPr="002059FF">
        <w:rPr>
          <w:rFonts w:ascii="Aptos" w:hAnsi="Aptos"/>
          <w:sz w:val="20"/>
          <w:szCs w:val="20"/>
        </w:rPr>
        <w:t xml:space="preserve"> bir </w:t>
      </w:r>
      <w:proofErr w:type="spellStart"/>
      <w:r w:rsidRPr="002059FF">
        <w:rPr>
          <w:rFonts w:ascii="Aptos" w:hAnsi="Aptos"/>
          <w:sz w:val="20"/>
          <w:szCs w:val="20"/>
        </w:rPr>
        <w:t>şekilde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inceledi</w:t>
      </w:r>
      <w:proofErr w:type="spellEnd"/>
      <w:r w:rsidRPr="002059FF">
        <w:rPr>
          <w:rFonts w:ascii="Aptos" w:hAnsi="Aptos"/>
          <w:sz w:val="20"/>
          <w:szCs w:val="20"/>
        </w:rPr>
        <w:t>.</w:t>
      </w:r>
      <w:r w:rsidRPr="002059FF">
        <w:rPr>
          <w:rFonts w:ascii="Aptos" w:hAnsi="Aptos"/>
          <w:sz w:val="20"/>
          <w:szCs w:val="20"/>
        </w:rPr>
        <w:br/>
        <w:t xml:space="preserve">(   ) Bu </w:t>
      </w:r>
      <w:proofErr w:type="spellStart"/>
      <w:r w:rsidRPr="002059FF">
        <w:rPr>
          <w:rFonts w:ascii="Aptos" w:hAnsi="Aptos"/>
          <w:sz w:val="20"/>
          <w:szCs w:val="20"/>
        </w:rPr>
        <w:t>ayak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yapısını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taklit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eden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özel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vakumlu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tutunma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aparatlarına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sahip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küçük</w:t>
      </w:r>
      <w:proofErr w:type="spellEnd"/>
      <w:r w:rsidRPr="002059FF">
        <w:rPr>
          <w:rFonts w:ascii="Aptos" w:hAnsi="Aptos"/>
          <w:sz w:val="20"/>
          <w:szCs w:val="20"/>
        </w:rPr>
        <w:t xml:space="preserve"> bir robot </w:t>
      </w:r>
      <w:proofErr w:type="spellStart"/>
      <w:r w:rsidRPr="002059FF">
        <w:rPr>
          <w:rFonts w:ascii="Aptos" w:hAnsi="Aptos"/>
          <w:sz w:val="20"/>
          <w:szCs w:val="20"/>
        </w:rPr>
        <w:t>üretti</w:t>
      </w:r>
      <w:proofErr w:type="spellEnd"/>
      <w:r w:rsidRPr="002059FF">
        <w:rPr>
          <w:rFonts w:ascii="Aptos" w:hAnsi="Aptos"/>
          <w:sz w:val="20"/>
          <w:szCs w:val="20"/>
        </w:rPr>
        <w:t>.</w:t>
      </w:r>
    </w:p>
    <w:p w14:paraId="21F369B8" w14:textId="77777777" w:rsidR="009C0FFA" w:rsidRPr="002059FF" w:rsidRDefault="009C0FFA">
      <w:pPr>
        <w:spacing w:before="80" w:after="20"/>
        <w:rPr>
          <w:rFonts w:ascii="Aptos" w:hAnsi="Aptos"/>
          <w:b/>
          <w:sz w:val="20"/>
          <w:szCs w:val="20"/>
        </w:rPr>
      </w:pPr>
    </w:p>
    <w:p w14:paraId="122B7883" w14:textId="77777777" w:rsidR="00EE2C9D" w:rsidRPr="002059FF" w:rsidRDefault="00000000">
      <w:pPr>
        <w:spacing w:before="80" w:after="20"/>
        <w:rPr>
          <w:sz w:val="20"/>
          <w:szCs w:val="20"/>
        </w:rPr>
      </w:pPr>
      <w:r w:rsidRPr="002059FF">
        <w:rPr>
          <w:rFonts w:ascii="Aptos" w:hAnsi="Aptos"/>
          <w:b/>
          <w:sz w:val="20"/>
          <w:szCs w:val="20"/>
        </w:rPr>
        <w:t xml:space="preserve">SORU 7: </w:t>
      </w:r>
      <w:r w:rsidRPr="002059FF">
        <w:rPr>
          <w:rFonts w:ascii="Aptos" w:hAnsi="Aptos"/>
          <w:sz w:val="20"/>
          <w:szCs w:val="20"/>
        </w:rPr>
        <w:t xml:space="preserve">(Kazanım: T.Y.6.21. </w:t>
      </w:r>
      <w:proofErr w:type="spellStart"/>
      <w:r w:rsidRPr="002059FF">
        <w:rPr>
          <w:rFonts w:ascii="Aptos" w:hAnsi="Aptos"/>
          <w:sz w:val="20"/>
          <w:szCs w:val="20"/>
        </w:rPr>
        <w:t>Yazım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kuralları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ve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noktalama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işaretlerini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uygulayabilme</w:t>
      </w:r>
      <w:proofErr w:type="spellEnd"/>
      <w:r w:rsidRPr="002059FF">
        <w:rPr>
          <w:rFonts w:ascii="Aptos" w:hAnsi="Aptos"/>
          <w:sz w:val="20"/>
          <w:szCs w:val="20"/>
        </w:rPr>
        <w:t>.) (15 Puan)</w:t>
      </w:r>
    </w:p>
    <w:p w14:paraId="28BAE3B4" w14:textId="77777777" w:rsidR="00EE2C9D" w:rsidRPr="002059FF" w:rsidRDefault="00000000">
      <w:pPr>
        <w:spacing w:after="40"/>
        <w:rPr>
          <w:sz w:val="20"/>
          <w:szCs w:val="20"/>
        </w:rPr>
      </w:pPr>
      <w:r w:rsidRPr="002059FF">
        <w:rPr>
          <w:rFonts w:ascii="Aptos" w:hAnsi="Aptos"/>
          <w:b/>
          <w:sz w:val="20"/>
          <w:szCs w:val="20"/>
        </w:rPr>
        <w:t xml:space="preserve">a) Aşağıdaki </w:t>
      </w:r>
      <w:proofErr w:type="spellStart"/>
      <w:r w:rsidRPr="002059FF">
        <w:rPr>
          <w:rFonts w:ascii="Aptos" w:hAnsi="Aptos"/>
          <w:b/>
          <w:sz w:val="20"/>
          <w:szCs w:val="20"/>
        </w:rPr>
        <w:t>cümlede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yay </w:t>
      </w:r>
      <w:proofErr w:type="spellStart"/>
      <w:r w:rsidRPr="002059FF">
        <w:rPr>
          <w:rFonts w:ascii="Aptos" w:hAnsi="Aptos"/>
          <w:b/>
          <w:sz w:val="20"/>
          <w:szCs w:val="20"/>
        </w:rPr>
        <w:t>ayraçların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gramStart"/>
      <w:r w:rsidRPr="002059FF">
        <w:rPr>
          <w:rFonts w:ascii="Aptos" w:hAnsi="Aptos"/>
          <w:b/>
          <w:sz w:val="20"/>
          <w:szCs w:val="20"/>
        </w:rPr>
        <w:t>( )</w:t>
      </w:r>
      <w:proofErr w:type="gram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içine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uygun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noktalama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işaretlerini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yerleştiriniz</w:t>
      </w:r>
      <w:proofErr w:type="spellEnd"/>
      <w:r w:rsidRPr="002059FF">
        <w:rPr>
          <w:rFonts w:ascii="Aptos" w:hAnsi="Aptos"/>
          <w:b/>
          <w:sz w:val="20"/>
          <w:szCs w:val="20"/>
        </w:rPr>
        <w:t>. (10 Puan)</w:t>
      </w:r>
      <w:r w:rsidRPr="002059FF">
        <w:rPr>
          <w:rFonts w:ascii="Aptos" w:hAnsi="Aptos"/>
          <w:b/>
          <w:sz w:val="20"/>
          <w:szCs w:val="20"/>
        </w:rPr>
        <w:br/>
      </w:r>
      <w:proofErr w:type="spellStart"/>
      <w:r w:rsidRPr="002059FF">
        <w:rPr>
          <w:rFonts w:ascii="Aptos" w:hAnsi="Aptos"/>
          <w:sz w:val="20"/>
          <w:szCs w:val="20"/>
        </w:rPr>
        <w:t>Mühendis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Ece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gramStart"/>
      <w:r w:rsidRPr="002059FF">
        <w:rPr>
          <w:rFonts w:ascii="Aptos" w:hAnsi="Aptos"/>
          <w:sz w:val="20"/>
          <w:szCs w:val="20"/>
        </w:rPr>
        <w:t xml:space="preserve">(  </w:t>
      </w:r>
      <w:proofErr w:type="gramEnd"/>
      <w:r w:rsidRPr="002059FF">
        <w:rPr>
          <w:rFonts w:ascii="Aptos" w:hAnsi="Aptos"/>
          <w:sz w:val="20"/>
          <w:szCs w:val="20"/>
        </w:rPr>
        <w:t xml:space="preserve"> ) </w:t>
      </w:r>
      <w:proofErr w:type="spellStart"/>
      <w:r w:rsidRPr="002059FF">
        <w:rPr>
          <w:rFonts w:ascii="Aptos" w:hAnsi="Aptos"/>
          <w:sz w:val="20"/>
          <w:szCs w:val="20"/>
        </w:rPr>
        <w:t>öğrencilerine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dönerek</w:t>
      </w:r>
      <w:proofErr w:type="spellEnd"/>
      <w:r w:rsidRPr="002059FF">
        <w:rPr>
          <w:rFonts w:ascii="Aptos" w:hAnsi="Aptos"/>
          <w:sz w:val="20"/>
          <w:szCs w:val="20"/>
        </w:rPr>
        <w:t xml:space="preserve"> (   ) (   ) </w:t>
      </w:r>
      <w:proofErr w:type="spellStart"/>
      <w:r w:rsidRPr="002059FF">
        <w:rPr>
          <w:rFonts w:ascii="Aptos" w:hAnsi="Aptos"/>
          <w:sz w:val="20"/>
          <w:szCs w:val="20"/>
        </w:rPr>
        <w:t>Doğadaki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kusursuz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düzen</w:t>
      </w:r>
      <w:proofErr w:type="spellEnd"/>
      <w:r w:rsidRPr="002059FF">
        <w:rPr>
          <w:rFonts w:ascii="Aptos" w:hAnsi="Aptos"/>
          <w:sz w:val="20"/>
          <w:szCs w:val="20"/>
        </w:rPr>
        <w:t xml:space="preserve"> bize </w:t>
      </w:r>
      <w:proofErr w:type="spellStart"/>
      <w:r w:rsidRPr="002059FF">
        <w:rPr>
          <w:rFonts w:ascii="Aptos" w:hAnsi="Aptos"/>
          <w:sz w:val="20"/>
          <w:szCs w:val="20"/>
        </w:rPr>
        <w:t>rehberlik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ediyor</w:t>
      </w:r>
      <w:proofErr w:type="spellEnd"/>
      <w:r w:rsidRPr="002059FF">
        <w:rPr>
          <w:rFonts w:ascii="Aptos" w:hAnsi="Aptos"/>
          <w:sz w:val="20"/>
          <w:szCs w:val="20"/>
        </w:rPr>
        <w:t xml:space="preserve"> (   ) (   ) </w:t>
      </w:r>
      <w:proofErr w:type="spellStart"/>
      <w:r w:rsidRPr="002059FF">
        <w:rPr>
          <w:rFonts w:ascii="Aptos" w:hAnsi="Aptos"/>
          <w:sz w:val="20"/>
          <w:szCs w:val="20"/>
        </w:rPr>
        <w:t>dedi</w:t>
      </w:r>
      <w:proofErr w:type="spellEnd"/>
      <w:r w:rsidRPr="002059FF">
        <w:rPr>
          <w:rFonts w:ascii="Aptos" w:hAnsi="Aptos"/>
          <w:sz w:val="20"/>
          <w:szCs w:val="20"/>
        </w:rPr>
        <w:t>.</w:t>
      </w:r>
    </w:p>
    <w:p w14:paraId="24BE2704" w14:textId="77777777" w:rsidR="009C0FFA" w:rsidRPr="002059FF" w:rsidRDefault="009C0FFA">
      <w:pPr>
        <w:spacing w:before="40" w:after="40"/>
        <w:rPr>
          <w:rFonts w:ascii="Aptos" w:hAnsi="Aptos"/>
          <w:b/>
          <w:sz w:val="20"/>
          <w:szCs w:val="20"/>
        </w:rPr>
      </w:pPr>
    </w:p>
    <w:p w14:paraId="2DEB87E4" w14:textId="77777777" w:rsidR="00EE2C9D" w:rsidRPr="002059FF" w:rsidRDefault="00000000">
      <w:pPr>
        <w:spacing w:before="40" w:after="40"/>
        <w:rPr>
          <w:rFonts w:ascii="Aptos" w:hAnsi="Aptos"/>
          <w:b/>
          <w:bCs/>
          <w:sz w:val="20"/>
          <w:szCs w:val="20"/>
        </w:rPr>
      </w:pPr>
      <w:r w:rsidRPr="002059FF">
        <w:rPr>
          <w:rFonts w:ascii="Aptos" w:hAnsi="Aptos"/>
          <w:b/>
          <w:sz w:val="20"/>
          <w:szCs w:val="20"/>
        </w:rPr>
        <w:t xml:space="preserve">b) Aşağıdaki </w:t>
      </w:r>
      <w:proofErr w:type="spellStart"/>
      <w:r w:rsidRPr="002059FF">
        <w:rPr>
          <w:rFonts w:ascii="Aptos" w:hAnsi="Aptos"/>
          <w:b/>
          <w:sz w:val="20"/>
          <w:szCs w:val="20"/>
        </w:rPr>
        <w:t>cümlede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yapılan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yazım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yanlışını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bularak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cümlenin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doğru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hâlini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altındaki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çizgiye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yazınız</w:t>
      </w:r>
      <w:proofErr w:type="spellEnd"/>
      <w:r w:rsidRPr="002059FF">
        <w:rPr>
          <w:rFonts w:ascii="Aptos" w:hAnsi="Aptos"/>
          <w:b/>
          <w:sz w:val="20"/>
          <w:szCs w:val="20"/>
        </w:rPr>
        <w:t>. (5 Puan)</w:t>
      </w:r>
      <w:r w:rsidRPr="002059FF">
        <w:rPr>
          <w:rFonts w:ascii="Aptos" w:hAnsi="Aptos"/>
          <w:b/>
          <w:sz w:val="20"/>
          <w:szCs w:val="20"/>
        </w:rPr>
        <w:br/>
      </w:r>
      <w:r w:rsidRPr="002059FF">
        <w:rPr>
          <w:rFonts w:ascii="Aptos" w:hAnsi="Aptos"/>
          <w:sz w:val="20"/>
          <w:szCs w:val="20"/>
        </w:rPr>
        <w:t>"</w:t>
      </w:r>
      <w:proofErr w:type="spellStart"/>
      <w:r w:rsidRPr="002059FF">
        <w:rPr>
          <w:rFonts w:ascii="Aptos" w:hAnsi="Aptos"/>
          <w:sz w:val="20"/>
          <w:szCs w:val="20"/>
        </w:rPr>
        <w:t>Doğada</w:t>
      </w:r>
      <w:proofErr w:type="spellEnd"/>
      <w:r w:rsidRPr="002059FF">
        <w:rPr>
          <w:rFonts w:ascii="Aptos" w:hAnsi="Aptos"/>
          <w:sz w:val="20"/>
          <w:szCs w:val="20"/>
        </w:rPr>
        <w:t xml:space="preserve"> ki </w:t>
      </w:r>
      <w:proofErr w:type="spellStart"/>
      <w:r w:rsidRPr="002059FF">
        <w:rPr>
          <w:rFonts w:ascii="Aptos" w:hAnsi="Aptos"/>
          <w:sz w:val="20"/>
          <w:szCs w:val="20"/>
        </w:rPr>
        <w:t>muazzam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uyum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ve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zekâ</w:t>
      </w:r>
      <w:proofErr w:type="spellEnd"/>
      <w:r w:rsidRPr="002059FF">
        <w:rPr>
          <w:rFonts w:ascii="Aptos" w:hAnsi="Aptos"/>
          <w:sz w:val="20"/>
          <w:szCs w:val="20"/>
        </w:rPr>
        <w:t xml:space="preserve">, </w:t>
      </w:r>
      <w:proofErr w:type="spellStart"/>
      <w:r w:rsidRPr="002059FF">
        <w:rPr>
          <w:rFonts w:ascii="Aptos" w:hAnsi="Aptos"/>
          <w:sz w:val="20"/>
          <w:szCs w:val="20"/>
        </w:rPr>
        <w:t>bilim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dünyasına</w:t>
      </w:r>
      <w:proofErr w:type="spellEnd"/>
      <w:r w:rsidRPr="002059FF">
        <w:rPr>
          <w:rFonts w:ascii="Aptos" w:hAnsi="Aptos"/>
          <w:sz w:val="20"/>
          <w:szCs w:val="20"/>
        </w:rPr>
        <w:t xml:space="preserve"> da her zaman </w:t>
      </w:r>
      <w:proofErr w:type="spellStart"/>
      <w:r w:rsidRPr="002059FF">
        <w:rPr>
          <w:rFonts w:ascii="Aptos" w:hAnsi="Aptos"/>
          <w:sz w:val="20"/>
          <w:szCs w:val="20"/>
        </w:rPr>
        <w:t>ışık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tutmuştur</w:t>
      </w:r>
      <w:proofErr w:type="spellEnd"/>
      <w:r w:rsidRPr="002059FF">
        <w:rPr>
          <w:rFonts w:ascii="Aptos" w:hAnsi="Aptos"/>
          <w:sz w:val="20"/>
          <w:szCs w:val="20"/>
        </w:rPr>
        <w:t>."</w:t>
      </w:r>
      <w:r w:rsidRPr="002059FF">
        <w:rPr>
          <w:rFonts w:ascii="Aptos" w:hAnsi="Aptos"/>
          <w:sz w:val="20"/>
          <w:szCs w:val="20"/>
        </w:rPr>
        <w:br/>
      </w:r>
      <w:r w:rsidR="009C0FFA" w:rsidRPr="002059FF">
        <w:rPr>
          <w:rFonts w:ascii="Aptos" w:hAnsi="Aptos"/>
          <w:sz w:val="20"/>
          <w:szCs w:val="20"/>
        </w:rPr>
        <w:t xml:space="preserve">  </w:t>
      </w:r>
      <w:proofErr w:type="spellStart"/>
      <w:r w:rsidRPr="002059FF">
        <w:rPr>
          <w:rFonts w:ascii="Aptos" w:hAnsi="Aptos"/>
          <w:b/>
          <w:bCs/>
          <w:sz w:val="20"/>
          <w:szCs w:val="20"/>
        </w:rPr>
        <w:t>Doğrusu</w:t>
      </w:r>
      <w:proofErr w:type="spellEnd"/>
      <w:r w:rsidRPr="002059FF">
        <w:rPr>
          <w:rFonts w:ascii="Aptos" w:hAnsi="Aptos"/>
          <w:b/>
          <w:bCs/>
          <w:sz w:val="20"/>
          <w:szCs w:val="20"/>
        </w:rPr>
        <w:t xml:space="preserve">: </w:t>
      </w:r>
    </w:p>
    <w:p w14:paraId="3FC8FB96" w14:textId="77777777" w:rsidR="009C0FFA" w:rsidRPr="002059FF" w:rsidRDefault="009C0FFA">
      <w:pPr>
        <w:spacing w:before="40" w:after="40"/>
        <w:rPr>
          <w:rFonts w:ascii="Aptos" w:hAnsi="Aptos"/>
          <w:b/>
          <w:bCs/>
          <w:sz w:val="20"/>
          <w:szCs w:val="20"/>
        </w:rPr>
      </w:pPr>
    </w:p>
    <w:p w14:paraId="1C688774" w14:textId="77777777" w:rsidR="009C0FFA" w:rsidRPr="002059FF" w:rsidRDefault="009C0FFA">
      <w:pPr>
        <w:spacing w:before="40" w:after="40"/>
        <w:rPr>
          <w:rFonts w:ascii="Aptos" w:hAnsi="Aptos"/>
          <w:b/>
          <w:bCs/>
          <w:sz w:val="20"/>
          <w:szCs w:val="20"/>
        </w:rPr>
      </w:pPr>
    </w:p>
    <w:p w14:paraId="71213E6F" w14:textId="77777777" w:rsidR="009C0FFA" w:rsidRPr="002059FF" w:rsidRDefault="009C0FFA">
      <w:pPr>
        <w:spacing w:before="40" w:after="40"/>
        <w:rPr>
          <w:rFonts w:ascii="Aptos" w:hAnsi="Aptos"/>
          <w:b/>
          <w:bCs/>
          <w:sz w:val="20"/>
          <w:szCs w:val="20"/>
        </w:rPr>
      </w:pPr>
    </w:p>
    <w:p w14:paraId="23652B9A" w14:textId="77777777" w:rsidR="009C0FFA" w:rsidRPr="002059FF" w:rsidRDefault="009C0FFA">
      <w:pPr>
        <w:spacing w:before="40" w:after="40"/>
        <w:rPr>
          <w:sz w:val="20"/>
          <w:szCs w:val="20"/>
        </w:rPr>
      </w:pPr>
    </w:p>
    <w:p w14:paraId="7B466F69" w14:textId="77777777" w:rsidR="009C0FFA" w:rsidRPr="002059FF" w:rsidRDefault="009C0FFA">
      <w:pPr>
        <w:spacing w:before="40" w:after="40"/>
        <w:rPr>
          <w:sz w:val="20"/>
          <w:szCs w:val="20"/>
        </w:rPr>
      </w:pPr>
    </w:p>
    <w:p w14:paraId="582CFF63" w14:textId="77777777" w:rsidR="009C0FFA" w:rsidRPr="002059FF" w:rsidRDefault="009C0FFA">
      <w:pPr>
        <w:spacing w:before="40" w:after="40"/>
        <w:rPr>
          <w:sz w:val="20"/>
          <w:szCs w:val="20"/>
        </w:rPr>
      </w:pPr>
    </w:p>
    <w:p w14:paraId="514E56B3" w14:textId="77777777" w:rsidR="009C0FFA" w:rsidRPr="002059FF" w:rsidRDefault="009C0FFA">
      <w:pPr>
        <w:spacing w:before="40" w:after="40"/>
        <w:rPr>
          <w:sz w:val="20"/>
          <w:szCs w:val="20"/>
        </w:rPr>
      </w:pPr>
    </w:p>
    <w:p w14:paraId="4560F3C8" w14:textId="77777777" w:rsidR="009C0FFA" w:rsidRPr="002059FF" w:rsidRDefault="009C0FFA">
      <w:pPr>
        <w:spacing w:before="40" w:after="40"/>
        <w:rPr>
          <w:sz w:val="20"/>
          <w:szCs w:val="20"/>
        </w:rPr>
      </w:pPr>
    </w:p>
    <w:p w14:paraId="337528EE" w14:textId="77777777" w:rsidR="009C0FFA" w:rsidRPr="002059FF" w:rsidRDefault="009C0FFA">
      <w:pPr>
        <w:spacing w:before="40" w:after="40"/>
        <w:rPr>
          <w:sz w:val="20"/>
          <w:szCs w:val="20"/>
        </w:rPr>
      </w:pPr>
    </w:p>
    <w:p w14:paraId="30B0142B" w14:textId="77777777" w:rsidR="009C0FFA" w:rsidRPr="002059FF" w:rsidRDefault="009C0FFA">
      <w:pPr>
        <w:spacing w:before="40" w:after="40"/>
        <w:rPr>
          <w:sz w:val="20"/>
          <w:szCs w:val="20"/>
        </w:rPr>
      </w:pPr>
    </w:p>
    <w:p w14:paraId="6E028A10" w14:textId="77777777" w:rsidR="009C0FFA" w:rsidRPr="002059FF" w:rsidRDefault="009C0FFA">
      <w:pPr>
        <w:spacing w:before="40" w:after="40"/>
        <w:rPr>
          <w:sz w:val="20"/>
          <w:szCs w:val="20"/>
        </w:rPr>
      </w:pPr>
    </w:p>
    <w:p w14:paraId="72777CD9" w14:textId="77777777" w:rsidR="009C0FFA" w:rsidRPr="002059FF" w:rsidRDefault="009C0FFA">
      <w:pPr>
        <w:spacing w:before="40" w:after="40"/>
        <w:rPr>
          <w:sz w:val="20"/>
          <w:szCs w:val="20"/>
        </w:rPr>
      </w:pPr>
    </w:p>
    <w:p w14:paraId="6CFD868B" w14:textId="77777777" w:rsidR="009C0FFA" w:rsidRPr="002059FF" w:rsidRDefault="009C0FFA">
      <w:pPr>
        <w:spacing w:before="40" w:after="40"/>
        <w:rPr>
          <w:sz w:val="20"/>
          <w:szCs w:val="20"/>
        </w:rPr>
      </w:pPr>
    </w:p>
    <w:p w14:paraId="551F6A1F" w14:textId="77777777" w:rsidR="009C0FFA" w:rsidRPr="002059FF" w:rsidRDefault="009C0FFA">
      <w:pPr>
        <w:spacing w:before="40" w:after="40"/>
        <w:rPr>
          <w:sz w:val="20"/>
          <w:szCs w:val="20"/>
        </w:rPr>
      </w:pPr>
    </w:p>
    <w:p w14:paraId="31370932" w14:textId="77777777" w:rsidR="009C0FFA" w:rsidRPr="002059FF" w:rsidRDefault="009C0FFA">
      <w:pPr>
        <w:spacing w:before="40" w:after="40"/>
        <w:rPr>
          <w:sz w:val="20"/>
          <w:szCs w:val="20"/>
        </w:rPr>
      </w:pPr>
    </w:p>
    <w:p w14:paraId="27688627" w14:textId="77777777" w:rsidR="009C0FFA" w:rsidRPr="002059FF" w:rsidRDefault="009C0FFA">
      <w:pPr>
        <w:spacing w:before="40" w:after="40"/>
        <w:rPr>
          <w:sz w:val="20"/>
          <w:szCs w:val="20"/>
        </w:rPr>
      </w:pPr>
    </w:p>
    <w:p w14:paraId="3E673E3C" w14:textId="77777777" w:rsidR="009C0FFA" w:rsidRPr="002059FF" w:rsidRDefault="009C0FFA">
      <w:pPr>
        <w:spacing w:before="40" w:after="40"/>
        <w:rPr>
          <w:sz w:val="20"/>
          <w:szCs w:val="20"/>
        </w:rPr>
      </w:pPr>
    </w:p>
    <w:p w14:paraId="19CB57F2" w14:textId="77777777" w:rsidR="009C0FFA" w:rsidRPr="002059FF" w:rsidRDefault="009C0FFA">
      <w:pPr>
        <w:spacing w:before="40" w:after="40"/>
        <w:rPr>
          <w:sz w:val="20"/>
          <w:szCs w:val="20"/>
        </w:rPr>
      </w:pPr>
    </w:p>
    <w:p w14:paraId="28F991B8" w14:textId="77777777" w:rsidR="009C0FFA" w:rsidRPr="002059FF" w:rsidRDefault="009C0FFA">
      <w:pPr>
        <w:spacing w:before="40" w:after="40"/>
        <w:rPr>
          <w:sz w:val="20"/>
          <w:szCs w:val="20"/>
        </w:rPr>
      </w:pPr>
    </w:p>
    <w:p w14:paraId="0957F92B" w14:textId="77777777" w:rsidR="009C0FFA" w:rsidRPr="002059FF" w:rsidRDefault="009C0FFA">
      <w:pPr>
        <w:spacing w:before="40" w:after="40"/>
        <w:rPr>
          <w:sz w:val="20"/>
          <w:szCs w:val="20"/>
        </w:rPr>
      </w:pPr>
    </w:p>
    <w:p w14:paraId="0EFE9860" w14:textId="77777777" w:rsidR="009C0FFA" w:rsidRPr="002059FF" w:rsidRDefault="009C0FFA">
      <w:pPr>
        <w:spacing w:before="40" w:after="40"/>
        <w:rPr>
          <w:sz w:val="20"/>
          <w:szCs w:val="20"/>
        </w:rPr>
      </w:pPr>
    </w:p>
    <w:p w14:paraId="582865BA" w14:textId="77777777" w:rsidR="009C0FFA" w:rsidRPr="002059FF" w:rsidRDefault="009C0FFA">
      <w:pPr>
        <w:spacing w:before="40" w:after="40"/>
        <w:rPr>
          <w:sz w:val="20"/>
          <w:szCs w:val="20"/>
        </w:rPr>
      </w:pPr>
    </w:p>
    <w:p w14:paraId="20D37C05" w14:textId="77777777" w:rsidR="009C0FFA" w:rsidRPr="002059FF" w:rsidRDefault="009C0FFA">
      <w:pPr>
        <w:spacing w:before="40" w:after="40"/>
        <w:rPr>
          <w:sz w:val="20"/>
          <w:szCs w:val="20"/>
        </w:rPr>
      </w:pPr>
    </w:p>
    <w:p w14:paraId="6C49916C" w14:textId="77777777" w:rsidR="009C0FFA" w:rsidRPr="002059FF" w:rsidRDefault="009C0FFA">
      <w:pPr>
        <w:spacing w:before="40" w:after="40"/>
        <w:rPr>
          <w:sz w:val="20"/>
          <w:szCs w:val="20"/>
        </w:rPr>
      </w:pPr>
    </w:p>
    <w:p w14:paraId="5D5CD29F" w14:textId="77777777" w:rsidR="00F503A9" w:rsidRPr="002059FF" w:rsidRDefault="00F503A9">
      <w:pPr>
        <w:spacing w:before="40" w:after="40"/>
        <w:rPr>
          <w:sz w:val="20"/>
          <w:szCs w:val="20"/>
        </w:rPr>
      </w:pPr>
    </w:p>
    <w:p w14:paraId="4D08F74D" w14:textId="77777777" w:rsidR="00EE2C9D" w:rsidRPr="002059FF" w:rsidRDefault="00000000">
      <w:pPr>
        <w:spacing w:before="160" w:after="80"/>
        <w:jc w:val="right"/>
        <w:rPr>
          <w:sz w:val="20"/>
          <w:szCs w:val="20"/>
        </w:rPr>
      </w:pPr>
      <w:proofErr w:type="spellStart"/>
      <w:r w:rsidRPr="002059FF">
        <w:rPr>
          <w:rFonts w:ascii="Aptos" w:hAnsi="Aptos"/>
          <w:b/>
          <w:sz w:val="20"/>
          <w:szCs w:val="20"/>
        </w:rPr>
        <w:t>Sınav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Süresi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: 40 </w:t>
      </w:r>
      <w:proofErr w:type="spellStart"/>
      <w:r w:rsidRPr="002059FF">
        <w:rPr>
          <w:rFonts w:ascii="Aptos" w:hAnsi="Aptos"/>
          <w:b/>
          <w:sz w:val="20"/>
          <w:szCs w:val="20"/>
        </w:rPr>
        <w:t>Dakikadır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. | </w:t>
      </w:r>
      <w:proofErr w:type="spellStart"/>
      <w:r w:rsidRPr="002059FF">
        <w:rPr>
          <w:rFonts w:ascii="Aptos" w:hAnsi="Aptos"/>
          <w:b/>
          <w:sz w:val="20"/>
          <w:szCs w:val="20"/>
        </w:rPr>
        <w:t>Başarılar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Dilerim</w:t>
      </w:r>
      <w:proofErr w:type="spellEnd"/>
      <w:r w:rsidRPr="002059FF">
        <w:rPr>
          <w:rFonts w:ascii="Aptos" w:hAnsi="Aptos"/>
          <w:b/>
          <w:sz w:val="20"/>
          <w:szCs w:val="20"/>
        </w:rPr>
        <w:t>. KonuVakti.com | TestVakti.net | Turkcetestvakti.com</w:t>
      </w:r>
    </w:p>
    <w:p w14:paraId="6C042122" w14:textId="77777777" w:rsidR="00EE2C9D" w:rsidRPr="002059FF" w:rsidRDefault="00000000">
      <w:pPr>
        <w:spacing w:before="200" w:after="80"/>
        <w:jc w:val="center"/>
        <w:rPr>
          <w:sz w:val="20"/>
          <w:szCs w:val="20"/>
        </w:rPr>
      </w:pPr>
      <w:r w:rsidRPr="002059FF">
        <w:rPr>
          <w:rFonts w:ascii="Segoe UI Emoji" w:hAnsi="Segoe UI Emoji"/>
          <w:b/>
          <w:sz w:val="20"/>
          <w:szCs w:val="20"/>
        </w:rPr>
        <w:lastRenderedPageBreak/>
        <w:t xml:space="preserve">🔑 </w:t>
      </w:r>
      <w:proofErr w:type="spellStart"/>
      <w:r w:rsidRPr="002059FF">
        <w:rPr>
          <w:rFonts w:ascii="Aptos" w:hAnsi="Aptos"/>
          <w:b/>
          <w:sz w:val="20"/>
          <w:szCs w:val="20"/>
        </w:rPr>
        <w:t>Öğretmenim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b/>
          <w:sz w:val="20"/>
          <w:szCs w:val="20"/>
        </w:rPr>
        <w:t>İçin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Cevap </w:t>
      </w:r>
      <w:proofErr w:type="spellStart"/>
      <w:r w:rsidRPr="002059FF">
        <w:rPr>
          <w:rFonts w:ascii="Aptos" w:hAnsi="Aptos"/>
          <w:b/>
          <w:sz w:val="20"/>
          <w:szCs w:val="20"/>
        </w:rPr>
        <w:t>Anahtarı</w:t>
      </w:r>
      <w:proofErr w:type="spellEnd"/>
    </w:p>
    <w:p w14:paraId="7577FF39" w14:textId="77777777" w:rsidR="00EE2C9D" w:rsidRPr="002059FF" w:rsidRDefault="00000000" w:rsidP="00F503A9">
      <w:pPr>
        <w:spacing w:before="40" w:after="40" w:line="360" w:lineRule="auto"/>
        <w:rPr>
          <w:sz w:val="20"/>
          <w:szCs w:val="20"/>
        </w:rPr>
      </w:pPr>
      <w:r w:rsidRPr="002059FF">
        <w:rPr>
          <w:rFonts w:ascii="Aptos" w:hAnsi="Aptos"/>
          <w:b/>
          <w:sz w:val="20"/>
          <w:szCs w:val="20"/>
        </w:rPr>
        <w:t>1. Soru:</w:t>
      </w:r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Doğadaki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canlıların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kusursuz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tasarımlarını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inceleyerek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teknoloji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ve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mühendislik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alanında</w:t>
      </w:r>
      <w:proofErr w:type="spellEnd"/>
      <w:r w:rsidRPr="002059FF">
        <w:rPr>
          <w:rFonts w:ascii="Aptos" w:hAnsi="Aptos"/>
          <w:sz w:val="20"/>
          <w:szCs w:val="20"/>
        </w:rPr>
        <w:t xml:space="preserve"> yeni </w:t>
      </w:r>
      <w:proofErr w:type="spellStart"/>
      <w:r w:rsidRPr="002059FF">
        <w:rPr>
          <w:rFonts w:ascii="Aptos" w:hAnsi="Aptos"/>
          <w:sz w:val="20"/>
          <w:szCs w:val="20"/>
        </w:rPr>
        <w:t>ürünler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geliştirme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bilimine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biyomimikri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denir</w:t>
      </w:r>
      <w:proofErr w:type="spellEnd"/>
      <w:r w:rsidRPr="002059FF">
        <w:rPr>
          <w:rFonts w:ascii="Aptos" w:hAnsi="Aptos"/>
          <w:sz w:val="20"/>
          <w:szCs w:val="20"/>
        </w:rPr>
        <w:t xml:space="preserve">. </w:t>
      </w:r>
      <w:proofErr w:type="spellStart"/>
      <w:r w:rsidRPr="002059FF">
        <w:rPr>
          <w:rFonts w:ascii="Aptos" w:hAnsi="Aptos"/>
          <w:sz w:val="20"/>
          <w:szCs w:val="20"/>
        </w:rPr>
        <w:t>Japon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mühendisler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hızlı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trenlerin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tünel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girişlerindeki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gürültüsünü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engellemek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ve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enerji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tasarrufu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sağlamak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için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trenin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ön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kısmını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yalıçapkını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kuşunun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gagasına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benzeterek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tasarlamışlardır</w:t>
      </w:r>
      <w:proofErr w:type="spellEnd"/>
      <w:r w:rsidRPr="002059FF">
        <w:rPr>
          <w:rFonts w:ascii="Aptos" w:hAnsi="Aptos"/>
          <w:sz w:val="20"/>
          <w:szCs w:val="20"/>
        </w:rPr>
        <w:t>. (15 Puan)</w:t>
      </w:r>
    </w:p>
    <w:p w14:paraId="178720E0" w14:textId="77777777" w:rsidR="00EE2C9D" w:rsidRPr="002059FF" w:rsidRDefault="00000000" w:rsidP="00F503A9">
      <w:pPr>
        <w:spacing w:before="40" w:after="40" w:line="360" w:lineRule="auto"/>
        <w:rPr>
          <w:sz w:val="20"/>
          <w:szCs w:val="20"/>
        </w:rPr>
      </w:pPr>
      <w:r w:rsidRPr="002059FF">
        <w:rPr>
          <w:rFonts w:ascii="Aptos" w:hAnsi="Aptos"/>
          <w:b/>
          <w:sz w:val="20"/>
          <w:szCs w:val="20"/>
        </w:rPr>
        <w:t>2. Soru:</w:t>
      </w:r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Cırt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cırt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bantlar</w:t>
      </w:r>
      <w:proofErr w:type="spellEnd"/>
      <w:r w:rsidRPr="002059FF">
        <w:rPr>
          <w:rFonts w:ascii="Aptos" w:hAnsi="Aptos"/>
          <w:sz w:val="20"/>
          <w:szCs w:val="20"/>
        </w:rPr>
        <w:t xml:space="preserve">, </w:t>
      </w:r>
      <w:proofErr w:type="spellStart"/>
      <w:r w:rsidRPr="002059FF">
        <w:rPr>
          <w:rFonts w:ascii="Aptos" w:hAnsi="Aptos"/>
          <w:sz w:val="20"/>
          <w:szCs w:val="20"/>
        </w:rPr>
        <w:t>köpeklerin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tüylerine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ve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elbiselere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yapışan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pıtrak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dikenlerinin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kancalı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yapısından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esinlenilerek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icat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edilmiştir</w:t>
      </w:r>
      <w:proofErr w:type="spellEnd"/>
      <w:r w:rsidRPr="002059FF">
        <w:rPr>
          <w:rFonts w:ascii="Aptos" w:hAnsi="Aptos"/>
          <w:sz w:val="20"/>
          <w:szCs w:val="20"/>
        </w:rPr>
        <w:t>. (15 Puan)</w:t>
      </w:r>
    </w:p>
    <w:p w14:paraId="3604EBE5" w14:textId="77777777" w:rsidR="00EE2C9D" w:rsidRPr="002059FF" w:rsidRDefault="00000000" w:rsidP="00F503A9">
      <w:pPr>
        <w:spacing w:before="40" w:after="40" w:line="360" w:lineRule="auto"/>
        <w:rPr>
          <w:sz w:val="20"/>
          <w:szCs w:val="20"/>
        </w:rPr>
      </w:pPr>
      <w:r w:rsidRPr="002059FF">
        <w:rPr>
          <w:rFonts w:ascii="Aptos" w:hAnsi="Aptos"/>
          <w:b/>
          <w:sz w:val="20"/>
          <w:szCs w:val="20"/>
        </w:rPr>
        <w:t>3. Soru:</w:t>
      </w:r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Metnin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anahtar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kelimeleri</w:t>
      </w:r>
      <w:proofErr w:type="spellEnd"/>
      <w:r w:rsidRPr="002059FF">
        <w:rPr>
          <w:rFonts w:ascii="Aptos" w:hAnsi="Aptos"/>
          <w:sz w:val="20"/>
          <w:szCs w:val="20"/>
        </w:rPr>
        <w:t xml:space="preserve">: </w:t>
      </w:r>
      <w:proofErr w:type="spellStart"/>
      <w:r w:rsidRPr="002059FF">
        <w:rPr>
          <w:rFonts w:ascii="Aptos" w:hAnsi="Aptos"/>
          <w:sz w:val="20"/>
          <w:szCs w:val="20"/>
        </w:rPr>
        <w:t>Doğa</w:t>
      </w:r>
      <w:proofErr w:type="spellEnd"/>
      <w:r w:rsidRPr="002059FF">
        <w:rPr>
          <w:rFonts w:ascii="Aptos" w:hAnsi="Aptos"/>
          <w:sz w:val="20"/>
          <w:szCs w:val="20"/>
        </w:rPr>
        <w:t xml:space="preserve">, </w:t>
      </w:r>
      <w:proofErr w:type="spellStart"/>
      <w:r w:rsidRPr="002059FF">
        <w:rPr>
          <w:rFonts w:ascii="Aptos" w:hAnsi="Aptos"/>
          <w:sz w:val="20"/>
          <w:szCs w:val="20"/>
        </w:rPr>
        <w:t>Teknoloji</w:t>
      </w:r>
      <w:proofErr w:type="spellEnd"/>
      <w:r w:rsidRPr="002059FF">
        <w:rPr>
          <w:rFonts w:ascii="Aptos" w:hAnsi="Aptos"/>
          <w:sz w:val="20"/>
          <w:szCs w:val="20"/>
        </w:rPr>
        <w:t xml:space="preserve"> / </w:t>
      </w:r>
      <w:proofErr w:type="spellStart"/>
      <w:r w:rsidRPr="002059FF">
        <w:rPr>
          <w:rFonts w:ascii="Aptos" w:hAnsi="Aptos"/>
          <w:sz w:val="20"/>
          <w:szCs w:val="20"/>
        </w:rPr>
        <w:t>Mühendislik</w:t>
      </w:r>
      <w:proofErr w:type="spellEnd"/>
      <w:r w:rsidRPr="002059FF">
        <w:rPr>
          <w:rFonts w:ascii="Aptos" w:hAnsi="Aptos"/>
          <w:sz w:val="20"/>
          <w:szCs w:val="20"/>
        </w:rPr>
        <w:t xml:space="preserve">, </w:t>
      </w:r>
      <w:proofErr w:type="spellStart"/>
      <w:r w:rsidRPr="002059FF">
        <w:rPr>
          <w:rFonts w:ascii="Aptos" w:hAnsi="Aptos"/>
          <w:sz w:val="20"/>
          <w:szCs w:val="20"/>
        </w:rPr>
        <w:t>Biyomimikri</w:t>
      </w:r>
      <w:proofErr w:type="spellEnd"/>
      <w:r w:rsidRPr="002059FF">
        <w:rPr>
          <w:rFonts w:ascii="Aptos" w:hAnsi="Aptos"/>
          <w:sz w:val="20"/>
          <w:szCs w:val="20"/>
        </w:rPr>
        <w:t xml:space="preserve"> / </w:t>
      </w:r>
      <w:proofErr w:type="spellStart"/>
      <w:r w:rsidRPr="002059FF">
        <w:rPr>
          <w:rFonts w:ascii="Aptos" w:hAnsi="Aptos"/>
          <w:sz w:val="20"/>
          <w:szCs w:val="20"/>
        </w:rPr>
        <w:t>Taklit</w:t>
      </w:r>
      <w:proofErr w:type="spellEnd"/>
      <w:r w:rsidRPr="002059FF">
        <w:rPr>
          <w:rFonts w:ascii="Aptos" w:hAnsi="Aptos"/>
          <w:sz w:val="20"/>
          <w:szCs w:val="20"/>
        </w:rPr>
        <w:t xml:space="preserve"> (</w:t>
      </w:r>
      <w:proofErr w:type="spellStart"/>
      <w:r w:rsidRPr="002059FF">
        <w:rPr>
          <w:rFonts w:ascii="Aptos" w:hAnsi="Aptos"/>
          <w:sz w:val="20"/>
          <w:szCs w:val="20"/>
        </w:rPr>
        <w:t>Tasarım</w:t>
      </w:r>
      <w:proofErr w:type="spellEnd"/>
      <w:r w:rsidRPr="002059FF">
        <w:rPr>
          <w:rFonts w:ascii="Aptos" w:hAnsi="Aptos"/>
          <w:sz w:val="20"/>
          <w:szCs w:val="20"/>
        </w:rPr>
        <w:t xml:space="preserve">). (Her </w:t>
      </w:r>
      <w:proofErr w:type="spellStart"/>
      <w:r w:rsidRPr="002059FF">
        <w:rPr>
          <w:rFonts w:ascii="Aptos" w:hAnsi="Aptos"/>
          <w:sz w:val="20"/>
          <w:szCs w:val="20"/>
        </w:rPr>
        <w:t>doğru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kelime</w:t>
      </w:r>
      <w:proofErr w:type="spellEnd"/>
      <w:r w:rsidRPr="002059FF">
        <w:rPr>
          <w:rFonts w:ascii="Aptos" w:hAnsi="Aptos"/>
          <w:sz w:val="20"/>
          <w:szCs w:val="20"/>
        </w:rPr>
        <w:t xml:space="preserve"> 5 Puan; </w:t>
      </w:r>
      <w:proofErr w:type="spellStart"/>
      <w:r w:rsidRPr="002059FF">
        <w:rPr>
          <w:rFonts w:ascii="Aptos" w:hAnsi="Aptos"/>
          <w:sz w:val="20"/>
          <w:szCs w:val="20"/>
        </w:rPr>
        <w:t>toplam</w:t>
      </w:r>
      <w:proofErr w:type="spellEnd"/>
      <w:r w:rsidRPr="002059FF">
        <w:rPr>
          <w:rFonts w:ascii="Aptos" w:hAnsi="Aptos"/>
          <w:sz w:val="20"/>
          <w:szCs w:val="20"/>
        </w:rPr>
        <w:t xml:space="preserve"> 15 Puan)</w:t>
      </w:r>
    </w:p>
    <w:p w14:paraId="75DA84B5" w14:textId="77777777" w:rsidR="00EE2C9D" w:rsidRPr="002059FF" w:rsidRDefault="00000000" w:rsidP="00F503A9">
      <w:pPr>
        <w:spacing w:before="40" w:after="40" w:line="360" w:lineRule="auto"/>
        <w:rPr>
          <w:sz w:val="20"/>
          <w:szCs w:val="20"/>
        </w:rPr>
      </w:pPr>
      <w:r w:rsidRPr="002059FF">
        <w:rPr>
          <w:rFonts w:ascii="Aptos" w:hAnsi="Aptos"/>
          <w:b/>
          <w:bCs/>
          <w:sz w:val="20"/>
          <w:szCs w:val="20"/>
        </w:rPr>
        <w:t>4. Soru:</w:t>
      </w:r>
      <w:r w:rsidRPr="002059FF">
        <w:rPr>
          <w:rFonts w:ascii="Aptos" w:hAnsi="Aptos"/>
          <w:sz w:val="20"/>
          <w:szCs w:val="20"/>
        </w:rPr>
        <w:t xml:space="preserve"> (Her </w:t>
      </w:r>
      <w:proofErr w:type="spellStart"/>
      <w:r w:rsidRPr="002059FF">
        <w:rPr>
          <w:rFonts w:ascii="Aptos" w:hAnsi="Aptos"/>
          <w:sz w:val="20"/>
          <w:szCs w:val="20"/>
        </w:rPr>
        <w:t>doğru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kelime</w:t>
      </w:r>
      <w:proofErr w:type="spellEnd"/>
      <w:r w:rsidRPr="002059FF">
        <w:rPr>
          <w:rFonts w:ascii="Aptos" w:hAnsi="Aptos"/>
          <w:sz w:val="20"/>
          <w:szCs w:val="20"/>
        </w:rPr>
        <w:t xml:space="preserve"> 5 Puan; </w:t>
      </w:r>
      <w:proofErr w:type="spellStart"/>
      <w:r w:rsidRPr="002059FF">
        <w:rPr>
          <w:rFonts w:ascii="Aptos" w:hAnsi="Aptos"/>
          <w:sz w:val="20"/>
          <w:szCs w:val="20"/>
        </w:rPr>
        <w:t>toplam</w:t>
      </w:r>
      <w:proofErr w:type="spellEnd"/>
      <w:r w:rsidRPr="002059FF">
        <w:rPr>
          <w:rFonts w:ascii="Aptos" w:hAnsi="Aptos"/>
          <w:sz w:val="20"/>
          <w:szCs w:val="20"/>
        </w:rPr>
        <w:t xml:space="preserve"> 15 Puan)</w:t>
      </w:r>
      <w:r w:rsidRPr="002059FF">
        <w:rPr>
          <w:rFonts w:ascii="Aptos" w:hAnsi="Aptos"/>
          <w:sz w:val="20"/>
          <w:szCs w:val="20"/>
        </w:rPr>
        <w:br/>
        <w:t xml:space="preserve">• </w:t>
      </w:r>
      <w:proofErr w:type="spellStart"/>
      <w:r w:rsidRPr="002059FF">
        <w:rPr>
          <w:rFonts w:ascii="Aptos" w:hAnsi="Aptos"/>
          <w:sz w:val="20"/>
          <w:szCs w:val="20"/>
        </w:rPr>
        <w:t>Biyomimikri</w:t>
      </w:r>
      <w:proofErr w:type="spellEnd"/>
      <w:r w:rsidRPr="002059FF">
        <w:rPr>
          <w:rFonts w:ascii="Aptos" w:hAnsi="Aptos"/>
          <w:sz w:val="20"/>
          <w:szCs w:val="20"/>
        </w:rPr>
        <w:t xml:space="preserve"> (</w:t>
      </w:r>
      <w:proofErr w:type="spellStart"/>
      <w:r w:rsidRPr="002059FF">
        <w:rPr>
          <w:rFonts w:ascii="Aptos" w:hAnsi="Aptos"/>
          <w:sz w:val="20"/>
          <w:szCs w:val="20"/>
        </w:rPr>
        <w:t>Doğadaki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canlıların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tasarımlarını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inceleyerek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teknolojik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çözümler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üretmeyi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amaçlayan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bilim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dalı</w:t>
      </w:r>
      <w:proofErr w:type="spellEnd"/>
      <w:r w:rsidRPr="002059FF">
        <w:rPr>
          <w:rFonts w:ascii="Aptos" w:hAnsi="Aptos"/>
          <w:sz w:val="20"/>
          <w:szCs w:val="20"/>
        </w:rPr>
        <w:t>)</w:t>
      </w:r>
      <w:r w:rsidRPr="002059FF">
        <w:rPr>
          <w:rFonts w:ascii="Aptos" w:hAnsi="Aptos"/>
          <w:sz w:val="20"/>
          <w:szCs w:val="20"/>
        </w:rPr>
        <w:br/>
        <w:t xml:space="preserve">• </w:t>
      </w:r>
      <w:proofErr w:type="spellStart"/>
      <w:r w:rsidRPr="002059FF">
        <w:rPr>
          <w:rFonts w:ascii="Aptos" w:hAnsi="Aptos"/>
          <w:sz w:val="20"/>
          <w:szCs w:val="20"/>
        </w:rPr>
        <w:t>Taklit</w:t>
      </w:r>
      <w:proofErr w:type="spellEnd"/>
      <w:r w:rsidRPr="002059FF">
        <w:rPr>
          <w:rFonts w:ascii="Aptos" w:hAnsi="Aptos"/>
          <w:sz w:val="20"/>
          <w:szCs w:val="20"/>
        </w:rPr>
        <w:t xml:space="preserve"> / </w:t>
      </w:r>
      <w:proofErr w:type="spellStart"/>
      <w:r w:rsidRPr="002059FF">
        <w:rPr>
          <w:rFonts w:ascii="Aptos" w:hAnsi="Aptos"/>
          <w:sz w:val="20"/>
          <w:szCs w:val="20"/>
        </w:rPr>
        <w:t>Esinlenme</w:t>
      </w:r>
      <w:proofErr w:type="spellEnd"/>
      <w:r w:rsidRPr="002059FF">
        <w:rPr>
          <w:rFonts w:ascii="Aptos" w:hAnsi="Aptos"/>
          <w:sz w:val="20"/>
          <w:szCs w:val="20"/>
        </w:rPr>
        <w:t xml:space="preserve"> (Bir </w:t>
      </w:r>
      <w:proofErr w:type="spellStart"/>
      <w:r w:rsidRPr="002059FF">
        <w:rPr>
          <w:rFonts w:ascii="Aptos" w:hAnsi="Aptos"/>
          <w:sz w:val="20"/>
          <w:szCs w:val="20"/>
        </w:rPr>
        <w:t>şeye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benzemeye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çalışma</w:t>
      </w:r>
      <w:proofErr w:type="spellEnd"/>
      <w:r w:rsidRPr="002059FF">
        <w:rPr>
          <w:rFonts w:ascii="Aptos" w:hAnsi="Aptos"/>
          <w:sz w:val="20"/>
          <w:szCs w:val="20"/>
        </w:rPr>
        <w:t xml:space="preserve">, </w:t>
      </w:r>
      <w:proofErr w:type="spellStart"/>
      <w:r w:rsidRPr="002059FF">
        <w:rPr>
          <w:rFonts w:ascii="Aptos" w:hAnsi="Aptos"/>
          <w:sz w:val="20"/>
          <w:szCs w:val="20"/>
        </w:rPr>
        <w:t>benzerini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örnek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alarak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yapma</w:t>
      </w:r>
      <w:proofErr w:type="spellEnd"/>
      <w:r w:rsidRPr="002059FF">
        <w:rPr>
          <w:rFonts w:ascii="Aptos" w:hAnsi="Aptos"/>
          <w:sz w:val="20"/>
          <w:szCs w:val="20"/>
        </w:rPr>
        <w:t>)</w:t>
      </w:r>
      <w:r w:rsidRPr="002059FF">
        <w:rPr>
          <w:rFonts w:ascii="Aptos" w:hAnsi="Aptos"/>
          <w:sz w:val="20"/>
          <w:szCs w:val="20"/>
        </w:rPr>
        <w:br/>
        <w:t xml:space="preserve">• </w:t>
      </w:r>
      <w:proofErr w:type="spellStart"/>
      <w:r w:rsidRPr="002059FF">
        <w:rPr>
          <w:rFonts w:ascii="Aptos" w:hAnsi="Aptos"/>
          <w:sz w:val="20"/>
          <w:szCs w:val="20"/>
        </w:rPr>
        <w:t>Laboratuvar</w:t>
      </w:r>
      <w:proofErr w:type="spellEnd"/>
      <w:r w:rsidRPr="002059FF">
        <w:rPr>
          <w:rFonts w:ascii="Aptos" w:hAnsi="Aptos"/>
          <w:sz w:val="20"/>
          <w:szCs w:val="20"/>
        </w:rPr>
        <w:t xml:space="preserve"> (</w:t>
      </w:r>
      <w:proofErr w:type="spellStart"/>
      <w:r w:rsidRPr="002059FF">
        <w:rPr>
          <w:rFonts w:ascii="Aptos" w:hAnsi="Aptos"/>
          <w:sz w:val="20"/>
          <w:szCs w:val="20"/>
        </w:rPr>
        <w:t>Bilimsel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gözlem</w:t>
      </w:r>
      <w:proofErr w:type="spellEnd"/>
      <w:r w:rsidRPr="002059FF">
        <w:rPr>
          <w:rFonts w:ascii="Aptos" w:hAnsi="Aptos"/>
          <w:sz w:val="20"/>
          <w:szCs w:val="20"/>
        </w:rPr>
        <w:t xml:space="preserve">, </w:t>
      </w:r>
      <w:proofErr w:type="spellStart"/>
      <w:r w:rsidRPr="002059FF">
        <w:rPr>
          <w:rFonts w:ascii="Aptos" w:hAnsi="Aptos"/>
          <w:sz w:val="20"/>
          <w:szCs w:val="20"/>
        </w:rPr>
        <w:t>deney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ve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incelemelerin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yapıldığı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donanımlı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araştırma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ortamı</w:t>
      </w:r>
      <w:proofErr w:type="spellEnd"/>
      <w:r w:rsidRPr="002059FF">
        <w:rPr>
          <w:rFonts w:ascii="Aptos" w:hAnsi="Aptos"/>
          <w:sz w:val="20"/>
          <w:szCs w:val="20"/>
        </w:rPr>
        <w:t>)</w:t>
      </w:r>
    </w:p>
    <w:p w14:paraId="5B220FC2" w14:textId="77777777" w:rsidR="00EE2C9D" w:rsidRPr="002059FF" w:rsidRDefault="00000000" w:rsidP="00F503A9">
      <w:pPr>
        <w:spacing w:before="40" w:after="40" w:line="360" w:lineRule="auto"/>
        <w:rPr>
          <w:sz w:val="20"/>
          <w:szCs w:val="20"/>
        </w:rPr>
      </w:pPr>
      <w:r w:rsidRPr="002059FF">
        <w:rPr>
          <w:rFonts w:ascii="Aptos" w:hAnsi="Aptos"/>
          <w:b/>
          <w:bCs/>
          <w:sz w:val="20"/>
          <w:szCs w:val="20"/>
        </w:rPr>
        <w:t>5. Soru:</w:t>
      </w:r>
      <w:r w:rsidRPr="002059FF">
        <w:rPr>
          <w:rFonts w:ascii="Aptos" w:hAnsi="Aptos"/>
          <w:sz w:val="20"/>
          <w:szCs w:val="20"/>
        </w:rPr>
        <w:t xml:space="preserve"> (Tam cevap 15 Puan)</w:t>
      </w:r>
      <w:r w:rsidRPr="002059FF">
        <w:rPr>
          <w:rFonts w:ascii="Aptos" w:hAnsi="Aptos"/>
          <w:sz w:val="20"/>
          <w:szCs w:val="20"/>
        </w:rPr>
        <w:br/>
      </w:r>
      <w:proofErr w:type="spellStart"/>
      <w:r w:rsidRPr="002059FF">
        <w:rPr>
          <w:rFonts w:ascii="Aptos" w:hAnsi="Aptos"/>
          <w:sz w:val="20"/>
          <w:szCs w:val="20"/>
        </w:rPr>
        <w:t>İnsanoğlunun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teknolojik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ve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bilimsel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buluşlarda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ihtiyaç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duyduğu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en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kusursuz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tasarım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ve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çözümlerin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doğadaki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canlılarda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zaten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hazır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olarak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bulunduğu</w:t>
      </w:r>
      <w:proofErr w:type="spellEnd"/>
      <w:r w:rsidRPr="002059FF">
        <w:rPr>
          <w:rFonts w:ascii="Aptos" w:hAnsi="Aptos"/>
          <w:sz w:val="20"/>
          <w:szCs w:val="20"/>
        </w:rPr>
        <w:t xml:space="preserve">; </w:t>
      </w:r>
      <w:proofErr w:type="spellStart"/>
      <w:r w:rsidRPr="002059FF">
        <w:rPr>
          <w:rFonts w:ascii="Aptos" w:hAnsi="Aptos"/>
          <w:sz w:val="20"/>
          <w:szCs w:val="20"/>
        </w:rPr>
        <w:t>araştırmacıların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doğayı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dikkatle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gözlemleyerek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en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ileri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teknolojileri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geliştirebileceği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vurgulanmıştır</w:t>
      </w:r>
      <w:proofErr w:type="spellEnd"/>
      <w:r w:rsidRPr="002059FF">
        <w:rPr>
          <w:rFonts w:ascii="Aptos" w:hAnsi="Aptos"/>
          <w:sz w:val="20"/>
          <w:szCs w:val="20"/>
        </w:rPr>
        <w:t>.</w:t>
      </w:r>
    </w:p>
    <w:p w14:paraId="44C376FE" w14:textId="77777777" w:rsidR="00EE2C9D" w:rsidRPr="002059FF" w:rsidRDefault="00000000" w:rsidP="00F503A9">
      <w:pPr>
        <w:spacing w:before="40" w:after="40" w:line="360" w:lineRule="auto"/>
        <w:rPr>
          <w:sz w:val="20"/>
          <w:szCs w:val="20"/>
        </w:rPr>
      </w:pPr>
      <w:r w:rsidRPr="002059FF">
        <w:rPr>
          <w:rFonts w:ascii="Aptos" w:hAnsi="Aptos"/>
          <w:b/>
          <w:sz w:val="20"/>
          <w:szCs w:val="20"/>
        </w:rPr>
        <w:t>6. Soru: (10 Puan)</w:t>
      </w:r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Doğru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mantıksal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sıralama</w:t>
      </w:r>
      <w:proofErr w:type="spellEnd"/>
      <w:r w:rsidRPr="002059FF">
        <w:rPr>
          <w:rFonts w:ascii="Aptos" w:hAnsi="Aptos"/>
          <w:sz w:val="20"/>
          <w:szCs w:val="20"/>
        </w:rPr>
        <w:t>:</w:t>
      </w:r>
      <w:r w:rsidRPr="002059FF">
        <w:rPr>
          <w:rFonts w:ascii="Aptos" w:hAnsi="Aptos"/>
          <w:sz w:val="20"/>
          <w:szCs w:val="20"/>
        </w:rPr>
        <w:br/>
        <w:t xml:space="preserve">( 4 ) </w:t>
      </w:r>
      <w:proofErr w:type="spellStart"/>
      <w:r w:rsidRPr="002059FF">
        <w:rPr>
          <w:rFonts w:ascii="Aptos" w:hAnsi="Aptos"/>
          <w:sz w:val="20"/>
          <w:szCs w:val="20"/>
        </w:rPr>
        <w:t>Tasarladığı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bu</w:t>
      </w:r>
      <w:proofErr w:type="spellEnd"/>
      <w:r w:rsidRPr="002059FF">
        <w:rPr>
          <w:rFonts w:ascii="Aptos" w:hAnsi="Aptos"/>
          <w:sz w:val="20"/>
          <w:szCs w:val="20"/>
        </w:rPr>
        <w:t xml:space="preserve"> robot, </w:t>
      </w:r>
      <w:proofErr w:type="spellStart"/>
      <w:r w:rsidRPr="002059FF">
        <w:rPr>
          <w:rFonts w:ascii="Aptos" w:hAnsi="Aptos"/>
          <w:sz w:val="20"/>
          <w:szCs w:val="20"/>
        </w:rPr>
        <w:t>engebeli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arazilerde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arama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kurtarma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çalışmalarında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başarıyla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kullanıldı</w:t>
      </w:r>
      <w:proofErr w:type="spellEnd"/>
      <w:r w:rsidRPr="002059FF">
        <w:rPr>
          <w:rFonts w:ascii="Aptos" w:hAnsi="Aptos"/>
          <w:sz w:val="20"/>
          <w:szCs w:val="20"/>
        </w:rPr>
        <w:t>.</w:t>
      </w:r>
      <w:r w:rsidRPr="002059FF">
        <w:rPr>
          <w:rFonts w:ascii="Aptos" w:hAnsi="Aptos"/>
          <w:sz w:val="20"/>
          <w:szCs w:val="20"/>
        </w:rPr>
        <w:br/>
        <w:t xml:space="preserve">( 1 ) </w:t>
      </w:r>
      <w:proofErr w:type="spellStart"/>
      <w:r w:rsidRPr="002059FF">
        <w:rPr>
          <w:rFonts w:ascii="Aptos" w:hAnsi="Aptos"/>
          <w:sz w:val="20"/>
          <w:szCs w:val="20"/>
        </w:rPr>
        <w:t>Bilim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insanı</w:t>
      </w:r>
      <w:proofErr w:type="spellEnd"/>
      <w:r w:rsidRPr="002059FF">
        <w:rPr>
          <w:rFonts w:ascii="Aptos" w:hAnsi="Aptos"/>
          <w:sz w:val="20"/>
          <w:szCs w:val="20"/>
        </w:rPr>
        <w:t xml:space="preserve">, </w:t>
      </w:r>
      <w:proofErr w:type="spellStart"/>
      <w:r w:rsidRPr="002059FF">
        <w:rPr>
          <w:rFonts w:ascii="Aptos" w:hAnsi="Aptos"/>
          <w:sz w:val="20"/>
          <w:szCs w:val="20"/>
        </w:rPr>
        <w:t>doğa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yürüyüşü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sırasında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kertenkelelerin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dik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kayalara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kaymadan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nasıl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tırmandığını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gözlemledi</w:t>
      </w:r>
      <w:proofErr w:type="spellEnd"/>
      <w:r w:rsidRPr="002059FF">
        <w:rPr>
          <w:rFonts w:ascii="Aptos" w:hAnsi="Aptos"/>
          <w:sz w:val="20"/>
          <w:szCs w:val="20"/>
        </w:rPr>
        <w:t>.</w:t>
      </w:r>
      <w:r w:rsidRPr="002059FF">
        <w:rPr>
          <w:rFonts w:ascii="Aptos" w:hAnsi="Aptos"/>
          <w:sz w:val="20"/>
          <w:szCs w:val="20"/>
        </w:rPr>
        <w:br/>
        <w:t xml:space="preserve">( 2 ) </w:t>
      </w:r>
      <w:proofErr w:type="spellStart"/>
      <w:r w:rsidRPr="002059FF">
        <w:rPr>
          <w:rFonts w:ascii="Aptos" w:hAnsi="Aptos"/>
          <w:sz w:val="20"/>
          <w:szCs w:val="20"/>
        </w:rPr>
        <w:t>Laboratuvarına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dönerek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kertenkelenin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ayak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yapısını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mikroskop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altında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ayrıntılı</w:t>
      </w:r>
      <w:proofErr w:type="spellEnd"/>
      <w:r w:rsidRPr="002059FF">
        <w:rPr>
          <w:rFonts w:ascii="Aptos" w:hAnsi="Aptos"/>
          <w:sz w:val="20"/>
          <w:szCs w:val="20"/>
        </w:rPr>
        <w:t xml:space="preserve"> bir </w:t>
      </w:r>
      <w:proofErr w:type="spellStart"/>
      <w:r w:rsidRPr="002059FF">
        <w:rPr>
          <w:rFonts w:ascii="Aptos" w:hAnsi="Aptos"/>
          <w:sz w:val="20"/>
          <w:szCs w:val="20"/>
        </w:rPr>
        <w:t>şekilde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inceledi</w:t>
      </w:r>
      <w:proofErr w:type="spellEnd"/>
      <w:r w:rsidRPr="002059FF">
        <w:rPr>
          <w:rFonts w:ascii="Aptos" w:hAnsi="Aptos"/>
          <w:sz w:val="20"/>
          <w:szCs w:val="20"/>
        </w:rPr>
        <w:t>.</w:t>
      </w:r>
      <w:r w:rsidRPr="002059FF">
        <w:rPr>
          <w:rFonts w:ascii="Aptos" w:hAnsi="Aptos"/>
          <w:sz w:val="20"/>
          <w:szCs w:val="20"/>
        </w:rPr>
        <w:br/>
        <w:t xml:space="preserve">( 3 ) Bu </w:t>
      </w:r>
      <w:proofErr w:type="spellStart"/>
      <w:r w:rsidRPr="002059FF">
        <w:rPr>
          <w:rFonts w:ascii="Aptos" w:hAnsi="Aptos"/>
          <w:sz w:val="20"/>
          <w:szCs w:val="20"/>
        </w:rPr>
        <w:t>ayak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yapısını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taklit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eden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özel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vakumlu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tutunma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aparatlarına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sahip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küçük</w:t>
      </w:r>
      <w:proofErr w:type="spellEnd"/>
      <w:r w:rsidRPr="002059FF">
        <w:rPr>
          <w:rFonts w:ascii="Aptos" w:hAnsi="Aptos"/>
          <w:sz w:val="20"/>
          <w:szCs w:val="20"/>
        </w:rPr>
        <w:t xml:space="preserve"> bir robot </w:t>
      </w:r>
      <w:proofErr w:type="spellStart"/>
      <w:r w:rsidRPr="002059FF">
        <w:rPr>
          <w:rFonts w:ascii="Aptos" w:hAnsi="Aptos"/>
          <w:sz w:val="20"/>
          <w:szCs w:val="20"/>
        </w:rPr>
        <w:t>üretti</w:t>
      </w:r>
      <w:proofErr w:type="spellEnd"/>
      <w:r w:rsidRPr="002059FF">
        <w:rPr>
          <w:rFonts w:ascii="Aptos" w:hAnsi="Aptos"/>
          <w:sz w:val="20"/>
          <w:szCs w:val="20"/>
        </w:rPr>
        <w:t>.</w:t>
      </w:r>
    </w:p>
    <w:p w14:paraId="19B8CF3C" w14:textId="77777777" w:rsidR="00EE2C9D" w:rsidRPr="002059FF" w:rsidRDefault="00000000" w:rsidP="00F503A9">
      <w:pPr>
        <w:spacing w:before="40" w:after="40" w:line="360" w:lineRule="auto"/>
        <w:rPr>
          <w:sz w:val="20"/>
          <w:szCs w:val="20"/>
        </w:rPr>
      </w:pPr>
      <w:r w:rsidRPr="002059FF">
        <w:rPr>
          <w:rFonts w:ascii="Aptos" w:hAnsi="Aptos"/>
          <w:b/>
          <w:sz w:val="20"/>
          <w:szCs w:val="20"/>
        </w:rPr>
        <w:t>7. Soru: (</w:t>
      </w:r>
      <w:proofErr w:type="spellStart"/>
      <w:r w:rsidRPr="002059FF">
        <w:rPr>
          <w:rFonts w:ascii="Aptos" w:hAnsi="Aptos"/>
          <w:b/>
          <w:sz w:val="20"/>
          <w:szCs w:val="20"/>
        </w:rPr>
        <w:t>Toplam</w:t>
      </w:r>
      <w:proofErr w:type="spellEnd"/>
      <w:r w:rsidRPr="002059FF">
        <w:rPr>
          <w:rFonts w:ascii="Aptos" w:hAnsi="Aptos"/>
          <w:b/>
          <w:sz w:val="20"/>
          <w:szCs w:val="20"/>
        </w:rPr>
        <w:t xml:space="preserve"> 15 Puan)</w:t>
      </w:r>
      <w:r w:rsidRPr="002059FF">
        <w:rPr>
          <w:rFonts w:ascii="Aptos" w:hAnsi="Aptos"/>
          <w:sz w:val="20"/>
          <w:szCs w:val="20"/>
        </w:rPr>
        <w:br/>
        <w:t xml:space="preserve">a) </w:t>
      </w:r>
      <w:proofErr w:type="spellStart"/>
      <w:r w:rsidRPr="002059FF">
        <w:rPr>
          <w:rFonts w:ascii="Aptos" w:hAnsi="Aptos"/>
          <w:sz w:val="20"/>
          <w:szCs w:val="20"/>
        </w:rPr>
        <w:t>Noktalama</w:t>
      </w:r>
      <w:proofErr w:type="spellEnd"/>
      <w:r w:rsidRPr="002059FF">
        <w:rPr>
          <w:rFonts w:ascii="Aptos" w:hAnsi="Aptos"/>
          <w:sz w:val="20"/>
          <w:szCs w:val="20"/>
        </w:rPr>
        <w:t xml:space="preserve">: </w:t>
      </w:r>
      <w:proofErr w:type="spellStart"/>
      <w:r w:rsidRPr="002059FF">
        <w:rPr>
          <w:rFonts w:ascii="Aptos" w:hAnsi="Aptos"/>
          <w:sz w:val="20"/>
          <w:szCs w:val="20"/>
        </w:rPr>
        <w:t>Mühendis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Ece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gramStart"/>
      <w:r w:rsidRPr="002059FF">
        <w:rPr>
          <w:rFonts w:ascii="Aptos" w:hAnsi="Aptos"/>
          <w:sz w:val="20"/>
          <w:szCs w:val="20"/>
        </w:rPr>
        <w:t>( ,</w:t>
      </w:r>
      <w:proofErr w:type="gramEnd"/>
      <w:r w:rsidRPr="002059FF">
        <w:rPr>
          <w:rFonts w:ascii="Aptos" w:hAnsi="Aptos"/>
          <w:sz w:val="20"/>
          <w:szCs w:val="20"/>
        </w:rPr>
        <w:t xml:space="preserve"> ) </w:t>
      </w:r>
      <w:proofErr w:type="spellStart"/>
      <w:r w:rsidRPr="002059FF">
        <w:rPr>
          <w:rFonts w:ascii="Aptos" w:hAnsi="Aptos"/>
          <w:sz w:val="20"/>
          <w:szCs w:val="20"/>
        </w:rPr>
        <w:t>öğrencilerine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dönerek</w:t>
      </w:r>
      <w:proofErr w:type="spellEnd"/>
      <w:r w:rsidRPr="002059FF">
        <w:rPr>
          <w:rFonts w:ascii="Aptos" w:hAnsi="Aptos"/>
          <w:sz w:val="20"/>
          <w:szCs w:val="20"/>
        </w:rPr>
        <w:t xml:space="preserve"> ( : ) ( “ ) </w:t>
      </w:r>
      <w:proofErr w:type="spellStart"/>
      <w:r w:rsidRPr="002059FF">
        <w:rPr>
          <w:rFonts w:ascii="Aptos" w:hAnsi="Aptos"/>
          <w:sz w:val="20"/>
          <w:szCs w:val="20"/>
        </w:rPr>
        <w:t>Doğadaki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kusursuz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düzen</w:t>
      </w:r>
      <w:proofErr w:type="spellEnd"/>
      <w:r w:rsidRPr="002059FF">
        <w:rPr>
          <w:rFonts w:ascii="Aptos" w:hAnsi="Aptos"/>
          <w:sz w:val="20"/>
          <w:szCs w:val="20"/>
        </w:rPr>
        <w:t xml:space="preserve"> bize </w:t>
      </w:r>
      <w:proofErr w:type="spellStart"/>
      <w:r w:rsidRPr="002059FF">
        <w:rPr>
          <w:rFonts w:ascii="Aptos" w:hAnsi="Aptos"/>
          <w:sz w:val="20"/>
          <w:szCs w:val="20"/>
        </w:rPr>
        <w:t>rehberlik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ediyor</w:t>
      </w:r>
      <w:proofErr w:type="spellEnd"/>
      <w:r w:rsidRPr="002059FF">
        <w:rPr>
          <w:rFonts w:ascii="Aptos" w:hAnsi="Aptos"/>
          <w:sz w:val="20"/>
          <w:szCs w:val="20"/>
        </w:rPr>
        <w:t xml:space="preserve"> ( . ) </w:t>
      </w:r>
      <w:proofErr w:type="gramStart"/>
      <w:r w:rsidRPr="002059FF">
        <w:rPr>
          <w:rFonts w:ascii="Aptos" w:hAnsi="Aptos"/>
          <w:sz w:val="20"/>
          <w:szCs w:val="20"/>
        </w:rPr>
        <w:t>( ”</w:t>
      </w:r>
      <w:proofErr w:type="gramEnd"/>
      <w:r w:rsidRPr="002059FF">
        <w:rPr>
          <w:rFonts w:ascii="Aptos" w:hAnsi="Aptos"/>
          <w:sz w:val="20"/>
          <w:szCs w:val="20"/>
        </w:rPr>
        <w:t xml:space="preserve"> ) </w:t>
      </w:r>
      <w:proofErr w:type="spellStart"/>
      <w:r w:rsidRPr="002059FF">
        <w:rPr>
          <w:rFonts w:ascii="Aptos" w:hAnsi="Aptos"/>
          <w:sz w:val="20"/>
          <w:szCs w:val="20"/>
        </w:rPr>
        <w:t>dedi</w:t>
      </w:r>
      <w:proofErr w:type="spellEnd"/>
      <w:r w:rsidRPr="002059FF">
        <w:rPr>
          <w:rFonts w:ascii="Aptos" w:hAnsi="Aptos"/>
          <w:sz w:val="20"/>
          <w:szCs w:val="20"/>
        </w:rPr>
        <w:t xml:space="preserve">. (Her </w:t>
      </w:r>
      <w:proofErr w:type="spellStart"/>
      <w:r w:rsidRPr="002059FF">
        <w:rPr>
          <w:rFonts w:ascii="Aptos" w:hAnsi="Aptos"/>
          <w:sz w:val="20"/>
          <w:szCs w:val="20"/>
        </w:rPr>
        <w:t>doğru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işaret</w:t>
      </w:r>
      <w:proofErr w:type="spellEnd"/>
      <w:r w:rsidRPr="002059FF">
        <w:rPr>
          <w:rFonts w:ascii="Aptos" w:hAnsi="Aptos"/>
          <w:sz w:val="20"/>
          <w:szCs w:val="20"/>
        </w:rPr>
        <w:t xml:space="preserve"> 2 Puan; </w:t>
      </w:r>
      <w:proofErr w:type="spellStart"/>
      <w:r w:rsidRPr="002059FF">
        <w:rPr>
          <w:rFonts w:ascii="Aptos" w:hAnsi="Aptos"/>
          <w:sz w:val="20"/>
          <w:szCs w:val="20"/>
        </w:rPr>
        <w:t>toplam</w:t>
      </w:r>
      <w:proofErr w:type="spellEnd"/>
      <w:r w:rsidRPr="002059FF">
        <w:rPr>
          <w:rFonts w:ascii="Aptos" w:hAnsi="Aptos"/>
          <w:sz w:val="20"/>
          <w:szCs w:val="20"/>
        </w:rPr>
        <w:t xml:space="preserve"> 10 Puan)</w:t>
      </w:r>
      <w:r w:rsidRPr="002059FF">
        <w:rPr>
          <w:rFonts w:ascii="Aptos" w:hAnsi="Aptos"/>
          <w:sz w:val="20"/>
          <w:szCs w:val="20"/>
        </w:rPr>
        <w:br/>
        <w:t xml:space="preserve">b) </w:t>
      </w:r>
      <w:proofErr w:type="spellStart"/>
      <w:r w:rsidRPr="002059FF">
        <w:rPr>
          <w:rFonts w:ascii="Aptos" w:hAnsi="Aptos"/>
          <w:sz w:val="20"/>
          <w:szCs w:val="20"/>
        </w:rPr>
        <w:t>Yazım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Kuralı</w:t>
      </w:r>
      <w:proofErr w:type="spellEnd"/>
      <w:r w:rsidRPr="002059FF">
        <w:rPr>
          <w:rFonts w:ascii="Aptos" w:hAnsi="Aptos"/>
          <w:sz w:val="20"/>
          <w:szCs w:val="20"/>
        </w:rPr>
        <w:t xml:space="preserve">: </w:t>
      </w:r>
      <w:proofErr w:type="spellStart"/>
      <w:r w:rsidRPr="002059FF">
        <w:rPr>
          <w:rFonts w:ascii="Aptos" w:hAnsi="Aptos"/>
          <w:sz w:val="20"/>
          <w:szCs w:val="20"/>
        </w:rPr>
        <w:t>Sıfat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yapan</w:t>
      </w:r>
      <w:proofErr w:type="spellEnd"/>
      <w:r w:rsidRPr="002059FF">
        <w:rPr>
          <w:rFonts w:ascii="Aptos" w:hAnsi="Aptos"/>
          <w:sz w:val="20"/>
          <w:szCs w:val="20"/>
        </w:rPr>
        <w:t xml:space="preserve"> "-ki" </w:t>
      </w:r>
      <w:proofErr w:type="spellStart"/>
      <w:r w:rsidRPr="002059FF">
        <w:rPr>
          <w:rFonts w:ascii="Aptos" w:hAnsi="Aptos"/>
          <w:sz w:val="20"/>
          <w:szCs w:val="20"/>
        </w:rPr>
        <w:t>bitişik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yazılmalıdır</w:t>
      </w:r>
      <w:proofErr w:type="spellEnd"/>
      <w:r w:rsidRPr="002059FF">
        <w:rPr>
          <w:rFonts w:ascii="Aptos" w:hAnsi="Aptos"/>
          <w:sz w:val="20"/>
          <w:szCs w:val="20"/>
        </w:rPr>
        <w:t>: "</w:t>
      </w:r>
      <w:proofErr w:type="spellStart"/>
      <w:r w:rsidRPr="002059FF">
        <w:rPr>
          <w:rFonts w:ascii="Aptos" w:hAnsi="Aptos"/>
          <w:sz w:val="20"/>
          <w:szCs w:val="20"/>
        </w:rPr>
        <w:t>Doğadaki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muazzam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uyum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ve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zekâ</w:t>
      </w:r>
      <w:proofErr w:type="spellEnd"/>
      <w:r w:rsidRPr="002059FF">
        <w:rPr>
          <w:rFonts w:ascii="Aptos" w:hAnsi="Aptos"/>
          <w:sz w:val="20"/>
          <w:szCs w:val="20"/>
        </w:rPr>
        <w:t xml:space="preserve">, </w:t>
      </w:r>
      <w:proofErr w:type="spellStart"/>
      <w:r w:rsidRPr="002059FF">
        <w:rPr>
          <w:rFonts w:ascii="Aptos" w:hAnsi="Aptos"/>
          <w:sz w:val="20"/>
          <w:szCs w:val="20"/>
        </w:rPr>
        <w:t>bilim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dünyasına</w:t>
      </w:r>
      <w:proofErr w:type="spellEnd"/>
      <w:r w:rsidRPr="002059FF">
        <w:rPr>
          <w:rFonts w:ascii="Aptos" w:hAnsi="Aptos"/>
          <w:sz w:val="20"/>
          <w:szCs w:val="20"/>
        </w:rPr>
        <w:t xml:space="preserve"> da her zaman </w:t>
      </w:r>
      <w:proofErr w:type="spellStart"/>
      <w:r w:rsidRPr="002059FF">
        <w:rPr>
          <w:rFonts w:ascii="Aptos" w:hAnsi="Aptos"/>
          <w:sz w:val="20"/>
          <w:szCs w:val="20"/>
        </w:rPr>
        <w:t>ışık</w:t>
      </w:r>
      <w:proofErr w:type="spellEnd"/>
      <w:r w:rsidRPr="002059FF">
        <w:rPr>
          <w:rFonts w:ascii="Aptos" w:hAnsi="Aptos"/>
          <w:sz w:val="20"/>
          <w:szCs w:val="20"/>
        </w:rPr>
        <w:t xml:space="preserve"> </w:t>
      </w:r>
      <w:proofErr w:type="spellStart"/>
      <w:r w:rsidRPr="002059FF">
        <w:rPr>
          <w:rFonts w:ascii="Aptos" w:hAnsi="Aptos"/>
          <w:sz w:val="20"/>
          <w:szCs w:val="20"/>
        </w:rPr>
        <w:t>tutmuştur</w:t>
      </w:r>
      <w:proofErr w:type="spellEnd"/>
      <w:r w:rsidRPr="002059FF">
        <w:rPr>
          <w:rFonts w:ascii="Aptos" w:hAnsi="Aptos"/>
          <w:sz w:val="20"/>
          <w:szCs w:val="20"/>
        </w:rPr>
        <w:t>." (5 Puan)</w:t>
      </w:r>
    </w:p>
    <w:p w14:paraId="61F2E5EB" w14:textId="77777777" w:rsidR="00EE2C9D" w:rsidRPr="002059FF" w:rsidRDefault="00000000">
      <w:pPr>
        <w:spacing w:before="120" w:after="40"/>
        <w:jc w:val="right"/>
        <w:rPr>
          <w:sz w:val="20"/>
          <w:szCs w:val="20"/>
        </w:rPr>
      </w:pPr>
      <w:r w:rsidRPr="002059FF">
        <w:rPr>
          <w:rFonts w:ascii="Aptos" w:hAnsi="Aptos"/>
          <w:b/>
          <w:sz w:val="20"/>
          <w:szCs w:val="20"/>
        </w:rPr>
        <w:t>KonuVakti.com | TestVakti.net | Turkcetestvakti.com</w:t>
      </w:r>
    </w:p>
    <w:sectPr w:rsidR="00EE2C9D" w:rsidRPr="002059FF" w:rsidSect="00034616">
      <w:pgSz w:w="12240" w:h="15840"/>
      <w:pgMar w:top="454" w:right="720" w:bottom="397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23506918">
    <w:abstractNumId w:val="8"/>
  </w:num>
  <w:num w:numId="2" w16cid:durableId="478228351">
    <w:abstractNumId w:val="6"/>
  </w:num>
  <w:num w:numId="3" w16cid:durableId="821433364">
    <w:abstractNumId w:val="5"/>
  </w:num>
  <w:num w:numId="4" w16cid:durableId="1269196265">
    <w:abstractNumId w:val="4"/>
  </w:num>
  <w:num w:numId="5" w16cid:durableId="1422143685">
    <w:abstractNumId w:val="7"/>
  </w:num>
  <w:num w:numId="6" w16cid:durableId="337732750">
    <w:abstractNumId w:val="3"/>
  </w:num>
  <w:num w:numId="7" w16cid:durableId="2031367822">
    <w:abstractNumId w:val="2"/>
  </w:num>
  <w:num w:numId="8" w16cid:durableId="6761961">
    <w:abstractNumId w:val="1"/>
  </w:num>
  <w:num w:numId="9" w16cid:durableId="910430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059FF"/>
    <w:rsid w:val="0029639D"/>
    <w:rsid w:val="00326F90"/>
    <w:rsid w:val="00906A0E"/>
    <w:rsid w:val="009C0FFA"/>
    <w:rsid w:val="00AA1D8D"/>
    <w:rsid w:val="00B47730"/>
    <w:rsid w:val="00C872E8"/>
    <w:rsid w:val="00CB0664"/>
    <w:rsid w:val="00CD3D15"/>
    <w:rsid w:val="00EE2C9D"/>
    <w:rsid w:val="00F503A9"/>
    <w:rsid w:val="00F94AB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83456E"/>
  <w14:defaultImageDpi w14:val="300"/>
  <w15:docId w15:val="{047BB2E2-21A4-4F70-8640-5BC6594CC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989</Words>
  <Characters>5641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Taner Gungor</cp:lastModifiedBy>
  <cp:revision>5</cp:revision>
  <dcterms:created xsi:type="dcterms:W3CDTF">2013-12-23T23:15:00Z</dcterms:created>
  <dcterms:modified xsi:type="dcterms:W3CDTF">2026-10-23T07:46:00Z</dcterms:modified>
  <cp:category/>
</cp:coreProperties>
</file>