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3C68D" w14:textId="77777777" w:rsidR="003578A8" w:rsidRPr="00CE0067" w:rsidRDefault="00000000">
      <w:pPr>
        <w:spacing w:after="40"/>
        <w:jc w:val="center"/>
        <w:rPr>
          <w:sz w:val="20"/>
          <w:szCs w:val="20"/>
        </w:rPr>
      </w:pPr>
      <w:r w:rsidRPr="00CE0067">
        <w:rPr>
          <w:rFonts w:ascii="Aptos" w:hAnsi="Aptos"/>
          <w:b/>
          <w:sz w:val="20"/>
          <w:szCs w:val="20"/>
        </w:rPr>
        <w:t>................................................................ ORTAOKULU</w:t>
      </w:r>
    </w:p>
    <w:p w14:paraId="46C4C073" w14:textId="77777777" w:rsidR="003578A8" w:rsidRPr="00CE0067" w:rsidRDefault="00000000">
      <w:pPr>
        <w:spacing w:after="80"/>
        <w:jc w:val="center"/>
        <w:rPr>
          <w:sz w:val="20"/>
          <w:szCs w:val="20"/>
        </w:rPr>
      </w:pPr>
      <w:r w:rsidRPr="00CE0067">
        <w:rPr>
          <w:rFonts w:ascii="Aptos" w:hAnsi="Aptos"/>
          <w:b/>
          <w:sz w:val="20"/>
          <w:szCs w:val="20"/>
        </w:rPr>
        <w:t>2026-2027 EĞİTİM ÖĞRETİM YILI TÜRKÇE DERSİ 6. SINIF 1. DÖNEM 1. ORTAK YAZILI SINAVI (4.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2D2D02" w:rsidRPr="00CE0067" w14:paraId="6AB87B03" w14:textId="77777777" w:rsidTr="002D2D02">
        <w:trPr>
          <w:jc w:val="center"/>
        </w:trPr>
        <w:tc>
          <w:tcPr>
            <w:tcW w:w="7654" w:type="dxa"/>
          </w:tcPr>
          <w:p w14:paraId="0517E295" w14:textId="77777777" w:rsidR="002D2D02" w:rsidRPr="00CE0067" w:rsidRDefault="002D2D02">
            <w:pPr>
              <w:spacing w:before="40" w:after="40"/>
              <w:rPr>
                <w:sz w:val="20"/>
                <w:szCs w:val="20"/>
              </w:rPr>
            </w:pPr>
            <w:proofErr w:type="spellStart"/>
            <w:r w:rsidRPr="00CE0067">
              <w:rPr>
                <w:rFonts w:ascii="Aptos" w:hAnsi="Aptos"/>
                <w:b/>
                <w:sz w:val="20"/>
                <w:szCs w:val="20"/>
              </w:rPr>
              <w:t>Adı</w:t>
            </w:r>
            <w:proofErr w:type="spellEnd"/>
            <w:r w:rsidRPr="00CE0067">
              <w:rPr>
                <w:rFonts w:ascii="Aptos" w:hAnsi="Aptos"/>
                <w:b/>
                <w:sz w:val="20"/>
                <w:szCs w:val="20"/>
              </w:rPr>
              <w:t xml:space="preserve"> </w:t>
            </w:r>
            <w:proofErr w:type="spellStart"/>
            <w:r w:rsidRPr="00CE0067">
              <w:rPr>
                <w:rFonts w:ascii="Aptos" w:hAnsi="Aptos"/>
                <w:b/>
                <w:sz w:val="20"/>
                <w:szCs w:val="20"/>
              </w:rPr>
              <w:t>Soyadı</w:t>
            </w:r>
            <w:proofErr w:type="spellEnd"/>
            <w:r w:rsidRPr="00CE0067">
              <w:rPr>
                <w:rFonts w:ascii="Aptos" w:hAnsi="Aptos"/>
                <w:b/>
                <w:sz w:val="20"/>
                <w:szCs w:val="20"/>
              </w:rPr>
              <w:t>:</w:t>
            </w:r>
          </w:p>
        </w:tc>
        <w:tc>
          <w:tcPr>
            <w:tcW w:w="2835" w:type="dxa"/>
            <w:vMerge w:val="restart"/>
            <w:vAlign w:val="center"/>
          </w:tcPr>
          <w:p w14:paraId="005C29B3" w14:textId="77777777" w:rsidR="002D2D02" w:rsidRPr="00CE0067" w:rsidRDefault="002D2D02">
            <w:pPr>
              <w:spacing w:before="40" w:after="40"/>
              <w:rPr>
                <w:sz w:val="20"/>
                <w:szCs w:val="20"/>
              </w:rPr>
            </w:pPr>
            <w:r w:rsidRPr="00CE0067">
              <w:rPr>
                <w:rFonts w:ascii="Aptos" w:hAnsi="Aptos"/>
                <w:b/>
                <w:sz w:val="20"/>
                <w:szCs w:val="20"/>
              </w:rPr>
              <w:t>Aldığı Not:</w:t>
            </w:r>
          </w:p>
        </w:tc>
      </w:tr>
      <w:tr w:rsidR="002D2D02" w:rsidRPr="00CE0067" w14:paraId="53F3DE43" w14:textId="77777777" w:rsidTr="002D2D02">
        <w:trPr>
          <w:jc w:val="center"/>
        </w:trPr>
        <w:tc>
          <w:tcPr>
            <w:tcW w:w="7654" w:type="dxa"/>
          </w:tcPr>
          <w:p w14:paraId="42540AC4" w14:textId="77777777" w:rsidR="002D2D02" w:rsidRPr="00CE0067" w:rsidRDefault="002D2D02">
            <w:pPr>
              <w:spacing w:before="40" w:after="40"/>
              <w:rPr>
                <w:sz w:val="20"/>
                <w:szCs w:val="20"/>
              </w:rPr>
            </w:pPr>
            <w:proofErr w:type="spellStart"/>
            <w:r w:rsidRPr="00CE0067">
              <w:rPr>
                <w:rFonts w:ascii="Aptos" w:hAnsi="Aptos"/>
                <w:b/>
                <w:sz w:val="20"/>
                <w:szCs w:val="20"/>
              </w:rPr>
              <w:t>Sınıfı</w:t>
            </w:r>
            <w:proofErr w:type="spellEnd"/>
            <w:r w:rsidRPr="00CE0067">
              <w:rPr>
                <w:rFonts w:ascii="Aptos" w:hAnsi="Aptos"/>
                <w:b/>
                <w:sz w:val="20"/>
                <w:szCs w:val="20"/>
              </w:rPr>
              <w:t xml:space="preserve"> / No:</w:t>
            </w:r>
          </w:p>
        </w:tc>
        <w:tc>
          <w:tcPr>
            <w:tcW w:w="2835" w:type="dxa"/>
            <w:vMerge/>
            <w:vAlign w:val="center"/>
          </w:tcPr>
          <w:p w14:paraId="2D2DDFEA" w14:textId="77777777" w:rsidR="002D2D02" w:rsidRPr="00CE0067" w:rsidRDefault="002D2D02">
            <w:pPr>
              <w:spacing w:before="40" w:after="40"/>
              <w:rPr>
                <w:sz w:val="20"/>
                <w:szCs w:val="20"/>
              </w:rPr>
            </w:pPr>
          </w:p>
        </w:tc>
      </w:tr>
    </w:tbl>
    <w:p w14:paraId="4DA28A67" w14:textId="77777777" w:rsidR="003578A8" w:rsidRPr="00CE0067" w:rsidRDefault="00000000">
      <w:pPr>
        <w:spacing w:before="120" w:after="40"/>
        <w:rPr>
          <w:sz w:val="20"/>
          <w:szCs w:val="20"/>
        </w:rPr>
      </w:pPr>
      <w:r w:rsidRPr="00CE0067">
        <w:rPr>
          <w:rFonts w:ascii="Aptos" w:hAnsi="Aptos"/>
          <w:b/>
          <w:sz w:val="20"/>
          <w:szCs w:val="20"/>
        </w:rPr>
        <w:t>A. OKUMA VE ANLAMA ÇALIŞMASI</w:t>
      </w:r>
    </w:p>
    <w:p w14:paraId="6FA477FE" w14:textId="77777777" w:rsidR="003578A8" w:rsidRPr="00CE0067" w:rsidRDefault="00000000">
      <w:pPr>
        <w:spacing w:after="80"/>
        <w:rPr>
          <w:sz w:val="20"/>
          <w:szCs w:val="20"/>
        </w:rPr>
      </w:pPr>
      <w:r w:rsidRPr="00CE0067">
        <w:rPr>
          <w:rFonts w:ascii="Aptos" w:hAnsi="Aptos"/>
          <w:i/>
          <w:sz w:val="20"/>
          <w:szCs w:val="20"/>
        </w:rPr>
        <w:t>(Aşağıdaki 1 ve 2. soruları metne göre cevaplayınız.)</w:t>
      </w:r>
    </w:p>
    <w:p w14:paraId="139C3EAB" w14:textId="77777777" w:rsidR="003578A8" w:rsidRPr="00CE0067" w:rsidRDefault="00000000">
      <w:pPr>
        <w:spacing w:before="40" w:after="40"/>
        <w:jc w:val="center"/>
        <w:rPr>
          <w:sz w:val="20"/>
          <w:szCs w:val="20"/>
        </w:rPr>
      </w:pPr>
      <w:r w:rsidRPr="00CE0067">
        <w:rPr>
          <w:rFonts w:ascii="Aptos" w:hAnsi="Aptos"/>
          <w:b/>
          <w:sz w:val="20"/>
          <w:szCs w:val="20"/>
        </w:rPr>
        <w:t>DENİZİN DERİNLİKLERİNDEKİ SESSİZ KAHRAMANLAR: MERCAN RESİFLERİ</w:t>
      </w:r>
    </w:p>
    <w:p w14:paraId="6C1CCF1B" w14:textId="77777777" w:rsidR="003578A8" w:rsidRPr="00CE0067" w:rsidRDefault="00000000" w:rsidP="00604F17">
      <w:pPr>
        <w:spacing w:after="80"/>
        <w:ind w:firstLine="720"/>
        <w:jc w:val="both"/>
        <w:rPr>
          <w:sz w:val="20"/>
          <w:szCs w:val="20"/>
        </w:rPr>
      </w:pPr>
      <w:r w:rsidRPr="00CE0067">
        <w:rPr>
          <w:rFonts w:ascii="Aptos" w:hAnsi="Aptos"/>
          <w:sz w:val="20"/>
          <w:szCs w:val="20"/>
        </w:rPr>
        <w:t>Okyanusların berrak ve sıcak sularında yer alan mercan resifleri, "denizlerin yağmur ormanları" olarak adlandırılır. İlk bakışta rengârenk taş yığınlarını andırsalar da mercanlar aslında birbirine tutunarak yaşayan milyonlarca küçük deniz canlısından meydana gelir. Bu canlılar, salgıladıkları kireçli maddelerle binlerce yıl boyunca devasa yapılar inşa ederler. Deniz tabanının yalnızca yüzde birini kaplamalarına rağmen tüm deniz canlısı türlerinin dörtte birine barınak ve besin sağlarlar. Ayrıca kıyı şeritlerini güçlü fırtınaların ve dev dalgaların yıpratıcı etkisinden koruyan doğal bir set görevi görürler. Ancak deniz suyunun ısınması ve çevre kirliliği, bu eşsiz canlı topluluklarının yaşamını ciddi biçimde tehdit etmektedir.</w:t>
      </w:r>
    </w:p>
    <w:p w14:paraId="2842265C" w14:textId="77777777" w:rsidR="003578A8" w:rsidRPr="00CE0067" w:rsidRDefault="00000000">
      <w:pPr>
        <w:spacing w:before="80" w:after="20"/>
        <w:rPr>
          <w:sz w:val="20"/>
          <w:szCs w:val="20"/>
        </w:rPr>
      </w:pPr>
      <w:r w:rsidRPr="00CE0067">
        <w:rPr>
          <w:rFonts w:ascii="Aptos" w:hAnsi="Aptos"/>
          <w:b/>
          <w:sz w:val="20"/>
          <w:szCs w:val="20"/>
        </w:rPr>
        <w:t xml:space="preserve">SORU 1: </w:t>
      </w:r>
      <w:r w:rsidRPr="00CE0067">
        <w:rPr>
          <w:rFonts w:ascii="Aptos" w:hAnsi="Aptos"/>
          <w:sz w:val="20"/>
          <w:szCs w:val="20"/>
        </w:rPr>
        <w:t>(Kazanım: T.O.6.6. Metnin yüzey anlamını belirleyebilme.) (15 Puan)</w:t>
      </w:r>
    </w:p>
    <w:p w14:paraId="0CC67277" w14:textId="77777777" w:rsidR="003578A8" w:rsidRPr="00CE0067" w:rsidRDefault="00000000">
      <w:pPr>
        <w:spacing w:after="40"/>
        <w:rPr>
          <w:sz w:val="20"/>
          <w:szCs w:val="20"/>
        </w:rPr>
      </w:pPr>
      <w:r w:rsidRPr="00CE0067">
        <w:rPr>
          <w:rFonts w:ascii="Aptos" w:hAnsi="Aptos"/>
          <w:b/>
          <w:sz w:val="20"/>
          <w:szCs w:val="20"/>
        </w:rPr>
        <w:t>Mercan resifleri nasıl oluşmaktadır ve bu yapılar deniz canlıları açısından neden büyük bir öneme sahiptir? Metne göre yazınız.</w:t>
      </w:r>
    </w:p>
    <w:p w14:paraId="3421E6F2" w14:textId="77777777" w:rsidR="003578A8" w:rsidRPr="00CE0067" w:rsidRDefault="003578A8">
      <w:pPr>
        <w:spacing w:after="80"/>
        <w:rPr>
          <w:sz w:val="20"/>
          <w:szCs w:val="20"/>
        </w:rPr>
      </w:pPr>
    </w:p>
    <w:p w14:paraId="13A58FBC" w14:textId="77777777" w:rsidR="002D2D02" w:rsidRPr="00CE0067" w:rsidRDefault="002D2D02">
      <w:pPr>
        <w:spacing w:after="80"/>
        <w:rPr>
          <w:sz w:val="20"/>
          <w:szCs w:val="20"/>
        </w:rPr>
      </w:pPr>
    </w:p>
    <w:p w14:paraId="5187CD27" w14:textId="77777777" w:rsidR="003578A8" w:rsidRPr="00CE0067" w:rsidRDefault="003578A8">
      <w:pPr>
        <w:spacing w:after="80"/>
        <w:rPr>
          <w:sz w:val="20"/>
          <w:szCs w:val="20"/>
        </w:rPr>
      </w:pPr>
    </w:p>
    <w:p w14:paraId="61D6314D" w14:textId="77777777" w:rsidR="003578A8" w:rsidRPr="00CE0067" w:rsidRDefault="00000000">
      <w:pPr>
        <w:spacing w:before="40" w:after="20"/>
        <w:rPr>
          <w:sz w:val="20"/>
          <w:szCs w:val="20"/>
        </w:rPr>
      </w:pPr>
      <w:r w:rsidRPr="00CE0067">
        <w:rPr>
          <w:rFonts w:ascii="Aptos" w:hAnsi="Aptos"/>
          <w:b/>
          <w:sz w:val="20"/>
          <w:szCs w:val="20"/>
        </w:rPr>
        <w:t xml:space="preserve">SORU 2: </w:t>
      </w:r>
      <w:r w:rsidRPr="00CE0067">
        <w:rPr>
          <w:rFonts w:ascii="Aptos" w:hAnsi="Aptos"/>
          <w:sz w:val="20"/>
          <w:szCs w:val="20"/>
        </w:rPr>
        <w:t>(Kazanım: T.O.6.6. Metnin yüzey anlamını belirleyebilme.) (15 Puan)</w:t>
      </w:r>
    </w:p>
    <w:p w14:paraId="712E3288" w14:textId="77777777" w:rsidR="003578A8" w:rsidRPr="00CE0067" w:rsidRDefault="00000000">
      <w:pPr>
        <w:spacing w:after="40"/>
        <w:rPr>
          <w:sz w:val="20"/>
          <w:szCs w:val="20"/>
        </w:rPr>
      </w:pPr>
      <w:r w:rsidRPr="00CE0067">
        <w:rPr>
          <w:rFonts w:ascii="Aptos" w:hAnsi="Aptos"/>
          <w:b/>
          <w:sz w:val="20"/>
          <w:szCs w:val="20"/>
        </w:rPr>
        <w:t>Mercan resiflerinin kıyı şeritleri üzerindeki koruyucu etkisi nedir ve günümüzde varlıklarını tehdit eden unsurlar nelerdir? Metinden hareketle açıklayınız.</w:t>
      </w:r>
    </w:p>
    <w:p w14:paraId="14558A43" w14:textId="77777777" w:rsidR="003578A8" w:rsidRPr="00CE0067" w:rsidRDefault="003578A8">
      <w:pPr>
        <w:spacing w:after="80"/>
        <w:rPr>
          <w:sz w:val="20"/>
          <w:szCs w:val="20"/>
        </w:rPr>
      </w:pPr>
    </w:p>
    <w:p w14:paraId="30A5F3BF" w14:textId="77777777" w:rsidR="002D2D02" w:rsidRPr="00CE0067" w:rsidRDefault="002D2D02">
      <w:pPr>
        <w:spacing w:after="80"/>
        <w:rPr>
          <w:sz w:val="20"/>
          <w:szCs w:val="20"/>
        </w:rPr>
      </w:pPr>
    </w:p>
    <w:p w14:paraId="6984C432" w14:textId="77777777" w:rsidR="003578A8" w:rsidRPr="00CE0067" w:rsidRDefault="003578A8">
      <w:pPr>
        <w:spacing w:after="80"/>
        <w:rPr>
          <w:sz w:val="20"/>
          <w:szCs w:val="20"/>
        </w:rPr>
      </w:pPr>
    </w:p>
    <w:p w14:paraId="25679BE4" w14:textId="77777777" w:rsidR="003578A8" w:rsidRPr="00CE0067" w:rsidRDefault="00000000">
      <w:pPr>
        <w:spacing w:before="80" w:after="40"/>
        <w:rPr>
          <w:sz w:val="20"/>
          <w:szCs w:val="20"/>
        </w:rPr>
      </w:pPr>
      <w:r w:rsidRPr="00CE0067">
        <w:rPr>
          <w:rFonts w:ascii="Aptos" w:hAnsi="Aptos"/>
          <w:b/>
          <w:sz w:val="20"/>
          <w:szCs w:val="20"/>
        </w:rPr>
        <w:t>B. SÖZ VARLIĞI ÇALIŞMASI</w:t>
      </w:r>
    </w:p>
    <w:p w14:paraId="12D4389F" w14:textId="77777777" w:rsidR="003578A8" w:rsidRPr="00CE0067" w:rsidRDefault="00000000">
      <w:pPr>
        <w:spacing w:before="40" w:after="20"/>
        <w:rPr>
          <w:sz w:val="20"/>
          <w:szCs w:val="20"/>
        </w:rPr>
      </w:pPr>
      <w:r w:rsidRPr="00CE0067">
        <w:rPr>
          <w:rFonts w:ascii="Aptos" w:hAnsi="Aptos"/>
          <w:b/>
          <w:sz w:val="20"/>
          <w:szCs w:val="20"/>
        </w:rPr>
        <w:t xml:space="preserve">SORU 3: </w:t>
      </w:r>
      <w:r w:rsidRPr="00CE0067">
        <w:rPr>
          <w:rFonts w:ascii="Aptos" w:hAnsi="Aptos"/>
          <w:sz w:val="20"/>
          <w:szCs w:val="20"/>
        </w:rPr>
        <w:t>(Kazanım: T.O.6.21. Metinden hareketle söz varlığını geliştirmeye yönelik çözümleme yapabilme.) (15 Puan)</w:t>
      </w:r>
    </w:p>
    <w:p w14:paraId="728CE77A" w14:textId="77777777" w:rsidR="003578A8" w:rsidRPr="00CE0067" w:rsidRDefault="00000000">
      <w:pPr>
        <w:spacing w:after="40"/>
        <w:rPr>
          <w:b/>
          <w:bCs/>
          <w:sz w:val="20"/>
          <w:szCs w:val="20"/>
        </w:rPr>
      </w:pPr>
      <w:r w:rsidRPr="00CE0067">
        <w:rPr>
          <w:rFonts w:ascii="Aptos" w:hAnsi="Aptos"/>
          <w:b/>
          <w:bCs/>
          <w:sz w:val="20"/>
          <w:szCs w:val="20"/>
        </w:rPr>
        <w:t>Metinde geçen bazı kelimelerin anlamları aşağıda verilmiştir. Anlamlarından hareketle bu kelimeleri metinden bularak uygun kutulara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71"/>
        <w:gridCol w:w="3429"/>
      </w:tblGrid>
      <w:tr w:rsidR="003578A8" w:rsidRPr="00CE0067" w14:paraId="6766B618" w14:textId="77777777" w:rsidTr="00CE0067">
        <w:trPr>
          <w:jc w:val="center"/>
        </w:trPr>
        <w:tc>
          <w:tcPr>
            <w:tcW w:w="7371" w:type="dxa"/>
          </w:tcPr>
          <w:p w14:paraId="22992A9C" w14:textId="77777777" w:rsidR="00910C41" w:rsidRPr="00CE0067" w:rsidRDefault="00000000">
            <w:pPr>
              <w:spacing w:before="60" w:after="60"/>
              <w:rPr>
                <w:sz w:val="20"/>
                <w:szCs w:val="20"/>
              </w:rPr>
            </w:pPr>
            <w:proofErr w:type="spellStart"/>
            <w:r w:rsidRPr="00CE0067">
              <w:rPr>
                <w:rFonts w:ascii="Aptos" w:hAnsi="Aptos"/>
                <w:b/>
                <w:sz w:val="20"/>
                <w:szCs w:val="20"/>
              </w:rPr>
              <w:t>Metinde</w:t>
            </w:r>
            <w:proofErr w:type="spellEnd"/>
            <w:r w:rsidRPr="00CE0067">
              <w:rPr>
                <w:rFonts w:ascii="Aptos" w:hAnsi="Aptos"/>
                <w:b/>
                <w:sz w:val="20"/>
                <w:szCs w:val="20"/>
              </w:rPr>
              <w:t xml:space="preserve"> </w:t>
            </w:r>
            <w:proofErr w:type="spellStart"/>
            <w:r w:rsidRPr="00CE0067">
              <w:rPr>
                <w:rFonts w:ascii="Aptos" w:hAnsi="Aptos"/>
                <w:b/>
                <w:sz w:val="20"/>
                <w:szCs w:val="20"/>
              </w:rPr>
              <w:t>Geçen</w:t>
            </w:r>
            <w:proofErr w:type="spellEnd"/>
            <w:r w:rsidRPr="00CE0067">
              <w:rPr>
                <w:rFonts w:ascii="Aptos" w:hAnsi="Aptos"/>
                <w:b/>
                <w:sz w:val="20"/>
                <w:szCs w:val="20"/>
              </w:rPr>
              <w:t xml:space="preserve"> </w:t>
            </w:r>
            <w:proofErr w:type="spellStart"/>
            <w:r w:rsidRPr="00CE0067">
              <w:rPr>
                <w:rFonts w:ascii="Aptos" w:hAnsi="Aptos"/>
                <w:b/>
                <w:sz w:val="20"/>
                <w:szCs w:val="20"/>
              </w:rPr>
              <w:t>Kelimelerin</w:t>
            </w:r>
            <w:proofErr w:type="spellEnd"/>
            <w:r w:rsidRPr="00CE0067">
              <w:rPr>
                <w:rFonts w:ascii="Aptos" w:hAnsi="Aptos"/>
                <w:b/>
                <w:sz w:val="20"/>
                <w:szCs w:val="20"/>
              </w:rPr>
              <w:t xml:space="preserve"> </w:t>
            </w:r>
            <w:proofErr w:type="spellStart"/>
            <w:r w:rsidRPr="00CE0067">
              <w:rPr>
                <w:rFonts w:ascii="Aptos" w:hAnsi="Aptos"/>
                <w:b/>
                <w:sz w:val="20"/>
                <w:szCs w:val="20"/>
              </w:rPr>
              <w:t>Anlamları</w:t>
            </w:r>
            <w:proofErr w:type="spellEnd"/>
          </w:p>
        </w:tc>
        <w:tc>
          <w:tcPr>
            <w:tcW w:w="3429" w:type="dxa"/>
          </w:tcPr>
          <w:p w14:paraId="69045CBD" w14:textId="77777777" w:rsidR="00910C41" w:rsidRPr="00CE0067" w:rsidRDefault="00000000">
            <w:pPr>
              <w:spacing w:before="60" w:after="60"/>
              <w:rPr>
                <w:sz w:val="20"/>
                <w:szCs w:val="20"/>
              </w:rPr>
            </w:pPr>
            <w:r w:rsidRPr="00CE0067">
              <w:rPr>
                <w:rFonts w:ascii="Aptos" w:hAnsi="Aptos"/>
                <w:b/>
                <w:sz w:val="20"/>
                <w:szCs w:val="20"/>
              </w:rPr>
              <w:t>Metindeki Kelime (5'er Puan)</w:t>
            </w:r>
          </w:p>
        </w:tc>
      </w:tr>
      <w:tr w:rsidR="003578A8" w:rsidRPr="00CE0067" w14:paraId="4A91F631" w14:textId="77777777" w:rsidTr="00CE0067">
        <w:trPr>
          <w:jc w:val="center"/>
        </w:trPr>
        <w:tc>
          <w:tcPr>
            <w:tcW w:w="7371" w:type="dxa"/>
          </w:tcPr>
          <w:p w14:paraId="6A64A516" w14:textId="77777777" w:rsidR="00910C41" w:rsidRPr="00CE0067" w:rsidRDefault="00000000">
            <w:pPr>
              <w:spacing w:before="60" w:after="60"/>
              <w:rPr>
                <w:sz w:val="20"/>
                <w:szCs w:val="20"/>
              </w:rPr>
            </w:pPr>
            <w:r w:rsidRPr="00CE0067">
              <w:rPr>
                <w:rFonts w:ascii="Aptos" w:hAnsi="Aptos"/>
                <w:sz w:val="20"/>
                <w:szCs w:val="20"/>
              </w:rPr>
              <w:t>Tehlikelerden korunmak veya yaşamak için sığınılan güvenli yer, korunak.</w:t>
            </w:r>
          </w:p>
        </w:tc>
        <w:tc>
          <w:tcPr>
            <w:tcW w:w="3429" w:type="dxa"/>
          </w:tcPr>
          <w:p w14:paraId="321E2C30" w14:textId="77777777" w:rsidR="00910C41" w:rsidRPr="00CE0067" w:rsidRDefault="00910C41">
            <w:pPr>
              <w:spacing w:before="60" w:after="60"/>
              <w:rPr>
                <w:sz w:val="20"/>
                <w:szCs w:val="20"/>
              </w:rPr>
            </w:pPr>
          </w:p>
        </w:tc>
      </w:tr>
      <w:tr w:rsidR="003578A8" w:rsidRPr="00CE0067" w14:paraId="444469C2" w14:textId="77777777" w:rsidTr="00CE0067">
        <w:trPr>
          <w:jc w:val="center"/>
        </w:trPr>
        <w:tc>
          <w:tcPr>
            <w:tcW w:w="7371" w:type="dxa"/>
          </w:tcPr>
          <w:p w14:paraId="5C9E9DF3" w14:textId="77777777" w:rsidR="00910C41" w:rsidRPr="00CE0067" w:rsidRDefault="00000000">
            <w:pPr>
              <w:spacing w:before="60" w:after="60"/>
              <w:rPr>
                <w:sz w:val="20"/>
                <w:szCs w:val="20"/>
              </w:rPr>
            </w:pPr>
            <w:r w:rsidRPr="00CE0067">
              <w:rPr>
                <w:rFonts w:ascii="Aptos" w:hAnsi="Aptos"/>
                <w:sz w:val="20"/>
                <w:szCs w:val="20"/>
              </w:rPr>
              <w:t>Denizlerdeki mercan iskeletlerinin birikmesiyle oluşan kayalık veya su altı tepeciği.</w:t>
            </w:r>
          </w:p>
        </w:tc>
        <w:tc>
          <w:tcPr>
            <w:tcW w:w="3429" w:type="dxa"/>
          </w:tcPr>
          <w:p w14:paraId="4C1E5F8C" w14:textId="77777777" w:rsidR="00910C41" w:rsidRPr="00CE0067" w:rsidRDefault="00910C41">
            <w:pPr>
              <w:spacing w:before="60" w:after="60"/>
              <w:rPr>
                <w:sz w:val="20"/>
                <w:szCs w:val="20"/>
              </w:rPr>
            </w:pPr>
          </w:p>
        </w:tc>
      </w:tr>
      <w:tr w:rsidR="003578A8" w:rsidRPr="00CE0067" w14:paraId="57674AF6" w14:textId="77777777" w:rsidTr="00CE0067">
        <w:trPr>
          <w:jc w:val="center"/>
        </w:trPr>
        <w:tc>
          <w:tcPr>
            <w:tcW w:w="7371" w:type="dxa"/>
          </w:tcPr>
          <w:p w14:paraId="0F9A0089" w14:textId="77777777" w:rsidR="00910C41" w:rsidRPr="00CE0067" w:rsidRDefault="00000000">
            <w:pPr>
              <w:spacing w:before="60" w:after="60"/>
              <w:rPr>
                <w:sz w:val="20"/>
                <w:szCs w:val="20"/>
              </w:rPr>
            </w:pPr>
            <w:r w:rsidRPr="00CE0067">
              <w:rPr>
                <w:rFonts w:ascii="Aptos" w:hAnsi="Aptos"/>
                <w:sz w:val="20"/>
                <w:szCs w:val="20"/>
              </w:rPr>
              <w:t>Bir şeyin gücünü yitirmesine, aşınmasına veya bozulmasına yol açan.</w:t>
            </w:r>
          </w:p>
        </w:tc>
        <w:tc>
          <w:tcPr>
            <w:tcW w:w="3429" w:type="dxa"/>
          </w:tcPr>
          <w:p w14:paraId="22133F12" w14:textId="77777777" w:rsidR="00910C41" w:rsidRPr="00CE0067" w:rsidRDefault="00910C41">
            <w:pPr>
              <w:spacing w:before="60" w:after="60"/>
              <w:rPr>
                <w:sz w:val="20"/>
                <w:szCs w:val="20"/>
              </w:rPr>
            </w:pPr>
          </w:p>
        </w:tc>
      </w:tr>
    </w:tbl>
    <w:p w14:paraId="30B3ACC4" w14:textId="77777777" w:rsidR="002D2D02" w:rsidRPr="00CE0067" w:rsidRDefault="002D2D02">
      <w:pPr>
        <w:spacing w:before="80" w:after="20"/>
        <w:rPr>
          <w:rFonts w:ascii="Aptos" w:hAnsi="Aptos"/>
          <w:b/>
          <w:sz w:val="20"/>
          <w:szCs w:val="20"/>
        </w:rPr>
      </w:pPr>
    </w:p>
    <w:p w14:paraId="77F7962B" w14:textId="77777777" w:rsidR="003578A8" w:rsidRPr="00CE0067" w:rsidRDefault="00000000">
      <w:pPr>
        <w:spacing w:before="80" w:after="20"/>
        <w:rPr>
          <w:sz w:val="20"/>
          <w:szCs w:val="20"/>
        </w:rPr>
      </w:pPr>
      <w:r w:rsidRPr="00CE0067">
        <w:rPr>
          <w:rFonts w:ascii="Aptos" w:hAnsi="Aptos"/>
          <w:b/>
          <w:sz w:val="20"/>
          <w:szCs w:val="20"/>
        </w:rPr>
        <w:t xml:space="preserve">SORU 4: </w:t>
      </w:r>
      <w:r w:rsidRPr="00CE0067">
        <w:rPr>
          <w:rFonts w:ascii="Aptos" w:hAnsi="Aptos"/>
          <w:sz w:val="20"/>
          <w:szCs w:val="20"/>
        </w:rPr>
        <w:t>(Kazanım: T.O.6.21. Metinden hareketle söz varlığını geliştirmeye yönelik çözümleme yapabilme.) (15 Puan)</w:t>
      </w:r>
    </w:p>
    <w:p w14:paraId="7048EDF3" w14:textId="77777777" w:rsidR="003578A8" w:rsidRPr="00CE0067" w:rsidRDefault="00000000" w:rsidP="002D2D02">
      <w:pPr>
        <w:spacing w:after="40" w:line="360" w:lineRule="auto"/>
        <w:rPr>
          <w:sz w:val="20"/>
          <w:szCs w:val="20"/>
        </w:rPr>
      </w:pPr>
      <w:r w:rsidRPr="00CE0067">
        <w:rPr>
          <w:rFonts w:ascii="Aptos" w:hAnsi="Aptos"/>
          <w:b/>
          <w:bCs/>
          <w:sz w:val="20"/>
          <w:szCs w:val="20"/>
        </w:rPr>
        <w:t>Okuduğunuz bilgilendirici metnin anahtar kelimelerini belirleyerek üç tanesini aşağıya yazınız.</w:t>
      </w:r>
      <w:r w:rsidRPr="00CE0067">
        <w:rPr>
          <w:rFonts w:ascii="Aptos" w:hAnsi="Aptos"/>
          <w:sz w:val="20"/>
          <w:szCs w:val="20"/>
        </w:rPr>
        <w:br/>
        <w:t>1. Anahtar Kelime: ............................................................</w:t>
      </w:r>
      <w:r w:rsidRPr="00CE0067">
        <w:rPr>
          <w:rFonts w:ascii="Aptos" w:hAnsi="Aptos"/>
          <w:sz w:val="20"/>
          <w:szCs w:val="20"/>
        </w:rPr>
        <w:br/>
        <w:t>2. Anahtar Kelime: ............................................................</w:t>
      </w:r>
      <w:r w:rsidRPr="00CE0067">
        <w:rPr>
          <w:rFonts w:ascii="Aptos" w:hAnsi="Aptos"/>
          <w:sz w:val="20"/>
          <w:szCs w:val="20"/>
        </w:rPr>
        <w:br/>
        <w:t>3. Anahtar Kelime: ............................................................</w:t>
      </w:r>
    </w:p>
    <w:p w14:paraId="38DD66B5" w14:textId="77777777" w:rsidR="002D2D02" w:rsidRPr="00CE0067" w:rsidRDefault="002D2D02">
      <w:pPr>
        <w:spacing w:before="80" w:after="40"/>
        <w:rPr>
          <w:rFonts w:ascii="Aptos" w:hAnsi="Aptos"/>
          <w:b/>
          <w:sz w:val="20"/>
          <w:szCs w:val="20"/>
        </w:rPr>
      </w:pPr>
    </w:p>
    <w:p w14:paraId="20BA0918" w14:textId="77777777" w:rsidR="002D2D02" w:rsidRDefault="002D2D02">
      <w:pPr>
        <w:spacing w:before="80" w:after="40"/>
        <w:rPr>
          <w:rFonts w:ascii="Aptos" w:hAnsi="Aptos"/>
          <w:b/>
          <w:sz w:val="20"/>
          <w:szCs w:val="20"/>
        </w:rPr>
      </w:pPr>
    </w:p>
    <w:p w14:paraId="0E25A1DB" w14:textId="77777777" w:rsidR="00CE0067" w:rsidRPr="00CE0067" w:rsidRDefault="00CE0067">
      <w:pPr>
        <w:spacing w:before="80" w:after="40"/>
        <w:rPr>
          <w:rFonts w:ascii="Aptos" w:hAnsi="Aptos"/>
          <w:b/>
          <w:sz w:val="20"/>
          <w:szCs w:val="20"/>
        </w:rPr>
      </w:pPr>
    </w:p>
    <w:p w14:paraId="1BFBA14E" w14:textId="77777777" w:rsidR="002D2D02" w:rsidRPr="00CE0067" w:rsidRDefault="002D2D02">
      <w:pPr>
        <w:spacing w:before="80" w:after="40"/>
        <w:rPr>
          <w:rFonts w:ascii="Aptos" w:hAnsi="Aptos"/>
          <w:b/>
          <w:sz w:val="20"/>
          <w:szCs w:val="20"/>
        </w:rPr>
      </w:pPr>
    </w:p>
    <w:p w14:paraId="1F680108" w14:textId="77777777" w:rsidR="003578A8" w:rsidRPr="00CE0067" w:rsidRDefault="00000000">
      <w:pPr>
        <w:spacing w:before="80" w:after="40"/>
        <w:rPr>
          <w:sz w:val="20"/>
          <w:szCs w:val="20"/>
        </w:rPr>
      </w:pPr>
      <w:r w:rsidRPr="00CE0067">
        <w:rPr>
          <w:rFonts w:ascii="Aptos" w:hAnsi="Aptos"/>
          <w:b/>
          <w:sz w:val="20"/>
          <w:szCs w:val="20"/>
        </w:rPr>
        <w:lastRenderedPageBreak/>
        <w:t>C. METİN YAPISI VE YAZIM-NOKTALAMA ÇALIŞMASI (40 PUAN)</w:t>
      </w:r>
    </w:p>
    <w:p w14:paraId="73FC659F" w14:textId="77777777" w:rsidR="003578A8" w:rsidRPr="00CE0067" w:rsidRDefault="00000000">
      <w:pPr>
        <w:spacing w:before="40" w:after="20"/>
        <w:rPr>
          <w:sz w:val="20"/>
          <w:szCs w:val="20"/>
        </w:rPr>
      </w:pPr>
      <w:r w:rsidRPr="00CE0067">
        <w:rPr>
          <w:rFonts w:ascii="Aptos" w:hAnsi="Aptos"/>
          <w:b/>
          <w:sz w:val="20"/>
          <w:szCs w:val="20"/>
        </w:rPr>
        <w:t xml:space="preserve">SORU 5: </w:t>
      </w:r>
      <w:r w:rsidRPr="00CE0067">
        <w:rPr>
          <w:rFonts w:ascii="Aptos" w:hAnsi="Aptos"/>
          <w:sz w:val="20"/>
          <w:szCs w:val="20"/>
        </w:rPr>
        <w:t>(Kazanım: T.Y.6.3. Yazısında içerik ve yapıya yönelik seçimlerini yönetebilme.) (20 Puan)</w:t>
      </w:r>
    </w:p>
    <w:p w14:paraId="34D37D2C" w14:textId="77777777" w:rsidR="003578A8" w:rsidRPr="00CE0067" w:rsidRDefault="00000000">
      <w:pPr>
        <w:spacing w:after="40"/>
        <w:rPr>
          <w:sz w:val="20"/>
          <w:szCs w:val="20"/>
        </w:rPr>
      </w:pPr>
      <w:r w:rsidRPr="00CE0067">
        <w:rPr>
          <w:rFonts w:ascii="Aptos" w:hAnsi="Aptos"/>
          <w:b/>
          <w:sz w:val="20"/>
          <w:szCs w:val="20"/>
        </w:rPr>
        <w:t>Aşağıda bir dalgıcın mercan resiflerini keşif sürecini anlatan karışık cümleler verilmiştir. Bu cümleleri, olayların mantıksal akış sırasına göre yay ayraçların içine 1, 2, 3 ve 4 yazarak sıralayınız.</w:t>
      </w:r>
      <w:r w:rsidRPr="00CE0067">
        <w:rPr>
          <w:rFonts w:ascii="Aptos" w:hAnsi="Aptos"/>
          <w:sz w:val="20"/>
          <w:szCs w:val="20"/>
        </w:rPr>
        <w:br/>
        <w:t>(   ) Su altına iner inmez karşılaştığı rengârenk mercan bahçesi adeta nefesini kesti.</w:t>
      </w:r>
      <w:r w:rsidRPr="00CE0067">
        <w:rPr>
          <w:rFonts w:ascii="Aptos" w:hAnsi="Aptos"/>
          <w:sz w:val="20"/>
          <w:szCs w:val="20"/>
        </w:rPr>
        <w:br/>
        <w:t>(   ) Dalgıç Cemal, sabah erkenden tüpünü ve paletlerini hazırlayıp araştırma teknesine bindi.</w:t>
      </w:r>
      <w:r w:rsidRPr="00CE0067">
        <w:rPr>
          <w:rFonts w:ascii="Aptos" w:hAnsi="Aptos"/>
          <w:sz w:val="20"/>
          <w:szCs w:val="20"/>
        </w:rPr>
        <w:br/>
        <w:t>(   ) Gördüğü bu büyüleyici su altı yaşamını su geçirmez kamerasıyla tek tek kaydetti.</w:t>
      </w:r>
      <w:r w:rsidRPr="00CE0067">
        <w:rPr>
          <w:rFonts w:ascii="Aptos" w:hAnsi="Aptos"/>
          <w:sz w:val="20"/>
          <w:szCs w:val="20"/>
        </w:rPr>
        <w:br/>
        <w:t>(   ) Tekne resif bölgesine ulaştığında maskesini takıp serin sulara kendini usulca bıraktı.</w:t>
      </w:r>
    </w:p>
    <w:p w14:paraId="3075D6EE" w14:textId="77777777" w:rsidR="002D2D02" w:rsidRPr="00CE0067" w:rsidRDefault="002D2D02">
      <w:pPr>
        <w:spacing w:before="80" w:after="20"/>
        <w:rPr>
          <w:rFonts w:ascii="Aptos" w:hAnsi="Aptos"/>
          <w:b/>
          <w:sz w:val="20"/>
          <w:szCs w:val="20"/>
        </w:rPr>
      </w:pPr>
    </w:p>
    <w:p w14:paraId="33C3290D" w14:textId="77777777" w:rsidR="003578A8" w:rsidRPr="00CE0067" w:rsidRDefault="00000000">
      <w:pPr>
        <w:spacing w:before="80" w:after="20"/>
        <w:rPr>
          <w:sz w:val="20"/>
          <w:szCs w:val="20"/>
        </w:rPr>
      </w:pPr>
      <w:r w:rsidRPr="00CE0067">
        <w:rPr>
          <w:rFonts w:ascii="Aptos" w:hAnsi="Aptos"/>
          <w:b/>
          <w:sz w:val="20"/>
          <w:szCs w:val="20"/>
        </w:rPr>
        <w:t xml:space="preserve">SORU 6: </w:t>
      </w:r>
      <w:r w:rsidRPr="00CE0067">
        <w:rPr>
          <w:rFonts w:ascii="Aptos" w:hAnsi="Aptos"/>
          <w:sz w:val="20"/>
          <w:szCs w:val="20"/>
        </w:rPr>
        <w:t>(Kazanım: T.Y.6.21. Yazım kuralları ve noktalama işaretlerini uygulayabilme.) (20 Puan)</w:t>
      </w:r>
    </w:p>
    <w:p w14:paraId="610AA13A" w14:textId="77777777" w:rsidR="003578A8" w:rsidRPr="00CE0067" w:rsidRDefault="00000000">
      <w:pPr>
        <w:spacing w:after="40"/>
        <w:rPr>
          <w:sz w:val="20"/>
          <w:szCs w:val="20"/>
        </w:rPr>
      </w:pPr>
      <w:r w:rsidRPr="00CE0067">
        <w:rPr>
          <w:rFonts w:ascii="Aptos" w:hAnsi="Aptos"/>
          <w:b/>
          <w:sz w:val="20"/>
          <w:szCs w:val="20"/>
        </w:rPr>
        <w:t xml:space="preserve">a) Aşağıdaki cümlede yay ayraçların </w:t>
      </w:r>
      <w:proofErr w:type="gramStart"/>
      <w:r w:rsidRPr="00CE0067">
        <w:rPr>
          <w:rFonts w:ascii="Aptos" w:hAnsi="Aptos"/>
          <w:b/>
          <w:sz w:val="20"/>
          <w:szCs w:val="20"/>
        </w:rPr>
        <w:t>( )</w:t>
      </w:r>
      <w:proofErr w:type="gramEnd"/>
      <w:r w:rsidRPr="00CE0067">
        <w:rPr>
          <w:rFonts w:ascii="Aptos" w:hAnsi="Aptos"/>
          <w:b/>
          <w:sz w:val="20"/>
          <w:szCs w:val="20"/>
        </w:rPr>
        <w:t xml:space="preserve"> içine uygun noktalama işaretlerini yerleştiriniz. (10 Puan)</w:t>
      </w:r>
      <w:r w:rsidRPr="00CE0067">
        <w:rPr>
          <w:rFonts w:ascii="Aptos" w:hAnsi="Aptos"/>
          <w:b/>
          <w:sz w:val="20"/>
          <w:szCs w:val="20"/>
        </w:rPr>
        <w:br/>
      </w:r>
      <w:r w:rsidRPr="00CE0067">
        <w:rPr>
          <w:rFonts w:ascii="Aptos" w:hAnsi="Aptos"/>
          <w:sz w:val="20"/>
          <w:szCs w:val="20"/>
        </w:rPr>
        <w:t xml:space="preserve">Dalgıç Cemal </w:t>
      </w:r>
      <w:proofErr w:type="gramStart"/>
      <w:r w:rsidRPr="00CE0067">
        <w:rPr>
          <w:rFonts w:ascii="Aptos" w:hAnsi="Aptos"/>
          <w:sz w:val="20"/>
          <w:szCs w:val="20"/>
        </w:rPr>
        <w:t xml:space="preserve">(  </w:t>
      </w:r>
      <w:proofErr w:type="gramEnd"/>
      <w:r w:rsidRPr="00CE0067">
        <w:rPr>
          <w:rFonts w:ascii="Aptos" w:hAnsi="Aptos"/>
          <w:sz w:val="20"/>
          <w:szCs w:val="20"/>
        </w:rPr>
        <w:t xml:space="preserve"> ) suyun altındaki güzellikleri görünce (   ) (   ) Doğa ne kadar muhteşem bir dengede (   ) (   ) diye fısıldadı.</w:t>
      </w:r>
    </w:p>
    <w:p w14:paraId="6FD80F2D" w14:textId="77777777" w:rsidR="002D2D02" w:rsidRPr="00CE0067" w:rsidRDefault="002D2D02">
      <w:pPr>
        <w:spacing w:before="40" w:after="40"/>
        <w:rPr>
          <w:rFonts w:ascii="Aptos" w:hAnsi="Aptos"/>
          <w:b/>
          <w:sz w:val="20"/>
          <w:szCs w:val="20"/>
        </w:rPr>
      </w:pPr>
    </w:p>
    <w:p w14:paraId="4ECB1AC5" w14:textId="77777777" w:rsidR="003578A8" w:rsidRPr="00CE0067" w:rsidRDefault="00000000" w:rsidP="002D2D02">
      <w:pPr>
        <w:spacing w:before="40" w:after="40" w:line="360" w:lineRule="auto"/>
        <w:rPr>
          <w:sz w:val="20"/>
          <w:szCs w:val="20"/>
        </w:rPr>
      </w:pPr>
      <w:r w:rsidRPr="00CE0067">
        <w:rPr>
          <w:rFonts w:ascii="Aptos" w:hAnsi="Aptos"/>
          <w:b/>
          <w:sz w:val="20"/>
          <w:szCs w:val="20"/>
        </w:rPr>
        <w:t xml:space="preserve">b) Aşağıdaki </w:t>
      </w:r>
      <w:proofErr w:type="spellStart"/>
      <w:r w:rsidRPr="00CE0067">
        <w:rPr>
          <w:rFonts w:ascii="Aptos" w:hAnsi="Aptos"/>
          <w:b/>
          <w:sz w:val="20"/>
          <w:szCs w:val="20"/>
        </w:rPr>
        <w:t>cümlelerde</w:t>
      </w:r>
      <w:proofErr w:type="spellEnd"/>
      <w:r w:rsidRPr="00CE0067">
        <w:rPr>
          <w:rFonts w:ascii="Aptos" w:hAnsi="Aptos"/>
          <w:b/>
          <w:sz w:val="20"/>
          <w:szCs w:val="20"/>
        </w:rPr>
        <w:t xml:space="preserve"> </w:t>
      </w:r>
      <w:proofErr w:type="spellStart"/>
      <w:r w:rsidRPr="00CE0067">
        <w:rPr>
          <w:rFonts w:ascii="Aptos" w:hAnsi="Aptos"/>
          <w:b/>
          <w:sz w:val="20"/>
          <w:szCs w:val="20"/>
        </w:rPr>
        <w:t>yapılan</w:t>
      </w:r>
      <w:proofErr w:type="spellEnd"/>
      <w:r w:rsidRPr="00CE0067">
        <w:rPr>
          <w:rFonts w:ascii="Aptos" w:hAnsi="Aptos"/>
          <w:b/>
          <w:sz w:val="20"/>
          <w:szCs w:val="20"/>
        </w:rPr>
        <w:t xml:space="preserve"> </w:t>
      </w:r>
      <w:proofErr w:type="spellStart"/>
      <w:r w:rsidRPr="00CE0067">
        <w:rPr>
          <w:rFonts w:ascii="Aptos" w:hAnsi="Aptos"/>
          <w:b/>
          <w:sz w:val="20"/>
          <w:szCs w:val="20"/>
        </w:rPr>
        <w:t>yazım</w:t>
      </w:r>
      <w:proofErr w:type="spellEnd"/>
      <w:r w:rsidRPr="00CE0067">
        <w:rPr>
          <w:rFonts w:ascii="Aptos" w:hAnsi="Aptos"/>
          <w:b/>
          <w:sz w:val="20"/>
          <w:szCs w:val="20"/>
        </w:rPr>
        <w:t xml:space="preserve"> </w:t>
      </w:r>
      <w:proofErr w:type="spellStart"/>
      <w:r w:rsidRPr="00CE0067">
        <w:rPr>
          <w:rFonts w:ascii="Aptos" w:hAnsi="Aptos"/>
          <w:b/>
          <w:sz w:val="20"/>
          <w:szCs w:val="20"/>
        </w:rPr>
        <w:t>yanlışlarını</w:t>
      </w:r>
      <w:proofErr w:type="spellEnd"/>
      <w:r w:rsidRPr="00CE0067">
        <w:rPr>
          <w:rFonts w:ascii="Aptos" w:hAnsi="Aptos"/>
          <w:b/>
          <w:sz w:val="20"/>
          <w:szCs w:val="20"/>
        </w:rPr>
        <w:t xml:space="preserve"> tespit ederek altı çizili sözcüklerin doğru hâllerini karşılarına yazınız. (10 Puan)</w:t>
      </w:r>
      <w:r w:rsidRPr="00CE0067">
        <w:rPr>
          <w:rFonts w:ascii="Aptos" w:hAnsi="Aptos"/>
          <w:b/>
          <w:sz w:val="20"/>
          <w:szCs w:val="20"/>
        </w:rPr>
        <w:br/>
      </w:r>
      <w:r w:rsidRPr="00CE0067">
        <w:rPr>
          <w:rFonts w:ascii="Aptos" w:hAnsi="Aptos"/>
          <w:sz w:val="20"/>
          <w:szCs w:val="20"/>
        </w:rPr>
        <w:t xml:space="preserve">1. Akdeniz'de ki mercan resifleri bilim insanları tarafından inceleniyor.      &gt; </w:t>
      </w:r>
      <w:proofErr w:type="spellStart"/>
      <w:r w:rsidRPr="00CE0067">
        <w:rPr>
          <w:rFonts w:ascii="Aptos" w:hAnsi="Aptos"/>
          <w:sz w:val="20"/>
          <w:szCs w:val="20"/>
        </w:rPr>
        <w:t>Doğrusu</w:t>
      </w:r>
      <w:proofErr w:type="spellEnd"/>
      <w:r w:rsidRPr="00CE0067">
        <w:rPr>
          <w:rFonts w:ascii="Aptos" w:hAnsi="Aptos"/>
          <w:sz w:val="20"/>
          <w:szCs w:val="20"/>
        </w:rPr>
        <w:t>: .....................................</w:t>
      </w:r>
      <w:r w:rsidRPr="00CE0067">
        <w:rPr>
          <w:rFonts w:ascii="Aptos" w:hAnsi="Aptos"/>
          <w:sz w:val="20"/>
          <w:szCs w:val="20"/>
        </w:rPr>
        <w:br/>
        <w:t>2. Çevre koruma ekibi 5 haziran pazartesi günü kıyı temizliği yapacak.       &gt; Doğrusu: .....................................</w:t>
      </w:r>
    </w:p>
    <w:p w14:paraId="60CEE748" w14:textId="77777777" w:rsidR="002D2D02" w:rsidRPr="00CE0067" w:rsidRDefault="002D2D02">
      <w:pPr>
        <w:spacing w:before="160" w:after="80"/>
        <w:jc w:val="right"/>
        <w:rPr>
          <w:rFonts w:ascii="Aptos" w:hAnsi="Aptos"/>
          <w:b/>
          <w:sz w:val="20"/>
          <w:szCs w:val="20"/>
        </w:rPr>
      </w:pPr>
    </w:p>
    <w:p w14:paraId="7C8BAEB0" w14:textId="77777777" w:rsidR="002D2D02" w:rsidRPr="00CE0067" w:rsidRDefault="002D2D02">
      <w:pPr>
        <w:spacing w:before="160" w:after="80"/>
        <w:jc w:val="right"/>
        <w:rPr>
          <w:rFonts w:ascii="Aptos" w:hAnsi="Aptos"/>
          <w:b/>
          <w:sz w:val="20"/>
          <w:szCs w:val="20"/>
        </w:rPr>
      </w:pPr>
    </w:p>
    <w:p w14:paraId="15B9879B" w14:textId="77777777" w:rsidR="002D2D02" w:rsidRPr="00CE0067" w:rsidRDefault="002D2D02">
      <w:pPr>
        <w:spacing w:before="160" w:after="80"/>
        <w:jc w:val="right"/>
        <w:rPr>
          <w:rFonts w:ascii="Aptos" w:hAnsi="Aptos"/>
          <w:b/>
          <w:sz w:val="20"/>
          <w:szCs w:val="20"/>
        </w:rPr>
      </w:pPr>
    </w:p>
    <w:p w14:paraId="09940DEB" w14:textId="77777777" w:rsidR="002D2D02" w:rsidRPr="00CE0067" w:rsidRDefault="002D2D02">
      <w:pPr>
        <w:spacing w:before="160" w:after="80"/>
        <w:jc w:val="right"/>
        <w:rPr>
          <w:rFonts w:ascii="Aptos" w:hAnsi="Aptos"/>
          <w:b/>
          <w:sz w:val="20"/>
          <w:szCs w:val="20"/>
        </w:rPr>
      </w:pPr>
    </w:p>
    <w:p w14:paraId="0FE6A43A" w14:textId="77777777" w:rsidR="002D2D02" w:rsidRPr="00CE0067" w:rsidRDefault="002D2D02">
      <w:pPr>
        <w:spacing w:before="160" w:after="80"/>
        <w:jc w:val="right"/>
        <w:rPr>
          <w:rFonts w:ascii="Aptos" w:hAnsi="Aptos"/>
          <w:b/>
          <w:sz w:val="20"/>
          <w:szCs w:val="20"/>
        </w:rPr>
      </w:pPr>
    </w:p>
    <w:p w14:paraId="1E36ECDC" w14:textId="77777777" w:rsidR="002D2D02" w:rsidRPr="00CE0067" w:rsidRDefault="002D2D02">
      <w:pPr>
        <w:spacing w:before="160" w:after="80"/>
        <w:jc w:val="right"/>
        <w:rPr>
          <w:rFonts w:ascii="Aptos" w:hAnsi="Aptos"/>
          <w:b/>
          <w:sz w:val="20"/>
          <w:szCs w:val="20"/>
        </w:rPr>
      </w:pPr>
    </w:p>
    <w:p w14:paraId="3C2978B5" w14:textId="77777777" w:rsidR="002D2D02" w:rsidRPr="00CE0067" w:rsidRDefault="002D2D02">
      <w:pPr>
        <w:spacing w:before="160" w:after="80"/>
        <w:jc w:val="right"/>
        <w:rPr>
          <w:rFonts w:ascii="Aptos" w:hAnsi="Aptos"/>
          <w:b/>
          <w:sz w:val="20"/>
          <w:szCs w:val="20"/>
        </w:rPr>
      </w:pPr>
    </w:p>
    <w:p w14:paraId="1E0887DB" w14:textId="77777777" w:rsidR="002D2D02" w:rsidRPr="00CE0067" w:rsidRDefault="002D2D02">
      <w:pPr>
        <w:spacing w:before="160" w:after="80"/>
        <w:jc w:val="right"/>
        <w:rPr>
          <w:rFonts w:ascii="Aptos" w:hAnsi="Aptos"/>
          <w:b/>
          <w:sz w:val="20"/>
          <w:szCs w:val="20"/>
        </w:rPr>
      </w:pPr>
    </w:p>
    <w:p w14:paraId="485096B4" w14:textId="77777777" w:rsidR="002D2D02" w:rsidRPr="00CE0067" w:rsidRDefault="002D2D02">
      <w:pPr>
        <w:spacing w:before="160" w:after="80"/>
        <w:jc w:val="right"/>
        <w:rPr>
          <w:rFonts w:ascii="Aptos" w:hAnsi="Aptos"/>
          <w:b/>
          <w:sz w:val="20"/>
          <w:szCs w:val="20"/>
        </w:rPr>
      </w:pPr>
    </w:p>
    <w:p w14:paraId="56B24F6E" w14:textId="77777777" w:rsidR="002D2D02" w:rsidRPr="00CE0067" w:rsidRDefault="002D2D02">
      <w:pPr>
        <w:spacing w:before="160" w:after="80"/>
        <w:jc w:val="right"/>
        <w:rPr>
          <w:rFonts w:ascii="Aptos" w:hAnsi="Aptos"/>
          <w:b/>
          <w:sz w:val="20"/>
          <w:szCs w:val="20"/>
        </w:rPr>
      </w:pPr>
    </w:p>
    <w:p w14:paraId="119E1936" w14:textId="77777777" w:rsidR="002D2D02" w:rsidRPr="00CE0067" w:rsidRDefault="002D2D02">
      <w:pPr>
        <w:spacing w:before="160" w:after="80"/>
        <w:jc w:val="right"/>
        <w:rPr>
          <w:rFonts w:ascii="Aptos" w:hAnsi="Aptos"/>
          <w:b/>
          <w:sz w:val="20"/>
          <w:szCs w:val="20"/>
        </w:rPr>
      </w:pPr>
    </w:p>
    <w:p w14:paraId="7939F5D2" w14:textId="77777777" w:rsidR="002D2D02" w:rsidRPr="00CE0067" w:rsidRDefault="002D2D02">
      <w:pPr>
        <w:spacing w:before="160" w:after="80"/>
        <w:jc w:val="right"/>
        <w:rPr>
          <w:rFonts w:ascii="Aptos" w:hAnsi="Aptos"/>
          <w:b/>
          <w:sz w:val="20"/>
          <w:szCs w:val="20"/>
        </w:rPr>
      </w:pPr>
    </w:p>
    <w:p w14:paraId="3F9864E3" w14:textId="77777777" w:rsidR="002D2D02" w:rsidRPr="00CE0067" w:rsidRDefault="002D2D02">
      <w:pPr>
        <w:spacing w:before="160" w:after="80"/>
        <w:jc w:val="right"/>
        <w:rPr>
          <w:rFonts w:ascii="Aptos" w:hAnsi="Aptos"/>
          <w:b/>
          <w:sz w:val="20"/>
          <w:szCs w:val="20"/>
        </w:rPr>
      </w:pPr>
    </w:p>
    <w:p w14:paraId="54632C02" w14:textId="77777777" w:rsidR="002D2D02" w:rsidRPr="00CE0067" w:rsidRDefault="002D2D02">
      <w:pPr>
        <w:spacing w:before="160" w:after="80"/>
        <w:jc w:val="right"/>
        <w:rPr>
          <w:rFonts w:ascii="Aptos" w:hAnsi="Aptos"/>
          <w:b/>
          <w:sz w:val="20"/>
          <w:szCs w:val="20"/>
        </w:rPr>
      </w:pPr>
    </w:p>
    <w:p w14:paraId="7B9C36DE" w14:textId="77777777" w:rsidR="002D2D02" w:rsidRPr="00CE0067" w:rsidRDefault="002D2D02">
      <w:pPr>
        <w:spacing w:before="160" w:after="80"/>
        <w:jc w:val="right"/>
        <w:rPr>
          <w:rFonts w:ascii="Aptos" w:hAnsi="Aptos"/>
          <w:b/>
          <w:sz w:val="20"/>
          <w:szCs w:val="20"/>
        </w:rPr>
      </w:pPr>
    </w:p>
    <w:p w14:paraId="32F1E34D" w14:textId="77777777" w:rsidR="002D2D02" w:rsidRPr="00CE0067" w:rsidRDefault="002D2D02">
      <w:pPr>
        <w:spacing w:before="160" w:after="80"/>
        <w:jc w:val="right"/>
        <w:rPr>
          <w:rFonts w:ascii="Aptos" w:hAnsi="Aptos"/>
          <w:b/>
          <w:sz w:val="20"/>
          <w:szCs w:val="20"/>
        </w:rPr>
      </w:pPr>
    </w:p>
    <w:p w14:paraId="04A9D62C" w14:textId="77777777" w:rsidR="002D2D02" w:rsidRPr="00CE0067" w:rsidRDefault="002D2D02">
      <w:pPr>
        <w:spacing w:before="160" w:after="80"/>
        <w:jc w:val="right"/>
        <w:rPr>
          <w:rFonts w:ascii="Aptos" w:hAnsi="Aptos"/>
          <w:b/>
          <w:sz w:val="20"/>
          <w:szCs w:val="20"/>
        </w:rPr>
      </w:pPr>
    </w:p>
    <w:p w14:paraId="0289F742" w14:textId="77777777" w:rsidR="002D2D02" w:rsidRPr="00CE0067" w:rsidRDefault="002D2D02">
      <w:pPr>
        <w:spacing w:before="160" w:after="80"/>
        <w:jc w:val="right"/>
        <w:rPr>
          <w:rFonts w:ascii="Aptos" w:hAnsi="Aptos"/>
          <w:b/>
          <w:sz w:val="20"/>
          <w:szCs w:val="20"/>
        </w:rPr>
      </w:pPr>
    </w:p>
    <w:p w14:paraId="01DF44F8" w14:textId="77777777" w:rsidR="002D2D02" w:rsidRPr="00CE0067" w:rsidRDefault="002D2D02">
      <w:pPr>
        <w:spacing w:before="160" w:after="80"/>
        <w:jc w:val="right"/>
        <w:rPr>
          <w:rFonts w:ascii="Aptos" w:hAnsi="Aptos"/>
          <w:b/>
          <w:sz w:val="20"/>
          <w:szCs w:val="20"/>
        </w:rPr>
      </w:pPr>
    </w:p>
    <w:p w14:paraId="6D659517" w14:textId="77777777" w:rsidR="002D2D02" w:rsidRPr="00CE0067" w:rsidRDefault="002D2D02">
      <w:pPr>
        <w:spacing w:before="160" w:after="80"/>
        <w:jc w:val="right"/>
        <w:rPr>
          <w:rFonts w:ascii="Aptos" w:hAnsi="Aptos"/>
          <w:b/>
          <w:sz w:val="20"/>
          <w:szCs w:val="20"/>
        </w:rPr>
      </w:pPr>
    </w:p>
    <w:p w14:paraId="6D1590A1" w14:textId="77777777" w:rsidR="003578A8" w:rsidRPr="00CE0067" w:rsidRDefault="00000000">
      <w:pPr>
        <w:spacing w:before="160" w:after="80"/>
        <w:jc w:val="right"/>
        <w:rPr>
          <w:sz w:val="20"/>
          <w:szCs w:val="20"/>
        </w:rPr>
      </w:pPr>
      <w:proofErr w:type="spellStart"/>
      <w:r w:rsidRPr="00CE0067">
        <w:rPr>
          <w:rFonts w:ascii="Aptos" w:hAnsi="Aptos"/>
          <w:b/>
          <w:sz w:val="20"/>
          <w:szCs w:val="20"/>
        </w:rPr>
        <w:t>Sınav</w:t>
      </w:r>
      <w:proofErr w:type="spellEnd"/>
      <w:r w:rsidRPr="00CE0067">
        <w:rPr>
          <w:rFonts w:ascii="Aptos" w:hAnsi="Aptos"/>
          <w:b/>
          <w:sz w:val="20"/>
          <w:szCs w:val="20"/>
        </w:rPr>
        <w:t xml:space="preserve"> </w:t>
      </w:r>
      <w:proofErr w:type="spellStart"/>
      <w:r w:rsidRPr="00CE0067">
        <w:rPr>
          <w:rFonts w:ascii="Aptos" w:hAnsi="Aptos"/>
          <w:b/>
          <w:sz w:val="20"/>
          <w:szCs w:val="20"/>
        </w:rPr>
        <w:t>Süresi</w:t>
      </w:r>
      <w:proofErr w:type="spellEnd"/>
      <w:r w:rsidRPr="00CE0067">
        <w:rPr>
          <w:rFonts w:ascii="Aptos" w:hAnsi="Aptos"/>
          <w:b/>
          <w:sz w:val="20"/>
          <w:szCs w:val="20"/>
        </w:rPr>
        <w:t xml:space="preserve">: 40 </w:t>
      </w:r>
      <w:proofErr w:type="spellStart"/>
      <w:r w:rsidRPr="00CE0067">
        <w:rPr>
          <w:rFonts w:ascii="Aptos" w:hAnsi="Aptos"/>
          <w:b/>
          <w:sz w:val="20"/>
          <w:szCs w:val="20"/>
        </w:rPr>
        <w:t>Dakikadır</w:t>
      </w:r>
      <w:proofErr w:type="spellEnd"/>
      <w:r w:rsidRPr="00CE0067">
        <w:rPr>
          <w:rFonts w:ascii="Aptos" w:hAnsi="Aptos"/>
          <w:b/>
          <w:sz w:val="20"/>
          <w:szCs w:val="20"/>
        </w:rPr>
        <w:t>. | Başarılar Dilerim. KonuVakti.com | TestVakti.net | Turkcetestvakti.com</w:t>
      </w:r>
    </w:p>
    <w:p w14:paraId="6F5A5DCE" w14:textId="77777777" w:rsidR="003578A8" w:rsidRPr="00CE0067" w:rsidRDefault="00000000">
      <w:pPr>
        <w:spacing w:before="200" w:after="80"/>
        <w:jc w:val="center"/>
        <w:rPr>
          <w:sz w:val="20"/>
          <w:szCs w:val="20"/>
        </w:rPr>
      </w:pPr>
      <w:r w:rsidRPr="00CE0067">
        <w:rPr>
          <w:rFonts w:ascii="Segoe UI Emoji" w:hAnsi="Segoe UI Emoji"/>
          <w:b/>
          <w:sz w:val="20"/>
          <w:szCs w:val="20"/>
        </w:rPr>
        <w:lastRenderedPageBreak/>
        <w:t xml:space="preserve">🔑 </w:t>
      </w:r>
      <w:r w:rsidRPr="00CE0067">
        <w:rPr>
          <w:rFonts w:ascii="Aptos" w:hAnsi="Aptos"/>
          <w:b/>
          <w:sz w:val="20"/>
          <w:szCs w:val="20"/>
        </w:rPr>
        <w:t>Öğretmenim İçin Cevap Anahtarı</w:t>
      </w:r>
    </w:p>
    <w:p w14:paraId="78CDA8A2" w14:textId="77777777" w:rsidR="003578A8" w:rsidRPr="00CE0067" w:rsidRDefault="00000000" w:rsidP="002D2D02">
      <w:pPr>
        <w:spacing w:before="40" w:after="40" w:line="360" w:lineRule="auto"/>
        <w:rPr>
          <w:sz w:val="20"/>
          <w:szCs w:val="20"/>
        </w:rPr>
      </w:pPr>
      <w:r w:rsidRPr="00CE0067">
        <w:rPr>
          <w:rFonts w:ascii="Aptos" w:hAnsi="Aptos"/>
          <w:b/>
          <w:sz w:val="20"/>
          <w:szCs w:val="20"/>
        </w:rPr>
        <w:t>1. Soru:</w:t>
      </w:r>
      <w:r w:rsidRPr="00CE0067">
        <w:rPr>
          <w:rFonts w:ascii="Aptos" w:hAnsi="Aptos"/>
          <w:sz w:val="20"/>
          <w:szCs w:val="20"/>
        </w:rPr>
        <w:t xml:space="preserve"> Mercanlar, birbirine tutunan milyonlarca küçük deniz canlısının salgıladığı kireçli maddelerle binlerce yıl boyunca birikerek resifleri oluştururlar. Bu yapılar deniz tabanının yüzde birini kaplamasına karşın deniz canlısı türlerinin dörtte birine barınak ve besin sağlayarak yaşam alanı oluşturur. (15 Puan)</w:t>
      </w:r>
    </w:p>
    <w:p w14:paraId="04CB5859" w14:textId="77777777" w:rsidR="003578A8" w:rsidRPr="00CE0067" w:rsidRDefault="00000000" w:rsidP="002D2D02">
      <w:pPr>
        <w:spacing w:before="40" w:after="40" w:line="360" w:lineRule="auto"/>
        <w:rPr>
          <w:sz w:val="20"/>
          <w:szCs w:val="20"/>
        </w:rPr>
      </w:pPr>
      <w:r w:rsidRPr="00CE0067">
        <w:rPr>
          <w:rFonts w:ascii="Aptos" w:hAnsi="Aptos"/>
          <w:b/>
          <w:sz w:val="20"/>
          <w:szCs w:val="20"/>
        </w:rPr>
        <w:t>2. Soru:</w:t>
      </w:r>
      <w:r w:rsidRPr="00CE0067">
        <w:rPr>
          <w:rFonts w:ascii="Aptos" w:hAnsi="Aptos"/>
          <w:sz w:val="20"/>
          <w:szCs w:val="20"/>
        </w:rPr>
        <w:t xml:space="preserve"> Mercan resifleri, güçlü fırtınaların ve dev dalgaların yıpratıcı etkisini kırarak kıyı şeritlerini koruyan doğal bir set görevi görürler. Günümüzde ise deniz suyunun küresel ısınma nedeniyle aşırı ısınması ve çevre kirliliği mercanların yaşamını ciddi biçimde tehdit etmektedir. (15 Puan)</w:t>
      </w:r>
    </w:p>
    <w:p w14:paraId="08090DCD" w14:textId="77777777" w:rsidR="003578A8" w:rsidRPr="00CE0067" w:rsidRDefault="00000000" w:rsidP="002D2D02">
      <w:pPr>
        <w:spacing w:before="40" w:after="40" w:line="360" w:lineRule="auto"/>
        <w:rPr>
          <w:sz w:val="20"/>
          <w:szCs w:val="20"/>
        </w:rPr>
      </w:pPr>
      <w:r w:rsidRPr="00325C76">
        <w:rPr>
          <w:rFonts w:ascii="Aptos" w:hAnsi="Aptos"/>
          <w:b/>
          <w:bCs/>
          <w:sz w:val="20"/>
          <w:szCs w:val="20"/>
        </w:rPr>
        <w:t xml:space="preserve">3. Soru: </w:t>
      </w:r>
      <w:r w:rsidRPr="00CE0067">
        <w:rPr>
          <w:rFonts w:ascii="Aptos" w:hAnsi="Aptos"/>
          <w:sz w:val="20"/>
          <w:szCs w:val="20"/>
        </w:rPr>
        <w:t>(Her doğru kelime 5 Puan; toplam 15 Puan)</w:t>
      </w:r>
      <w:r w:rsidRPr="00CE0067">
        <w:rPr>
          <w:rFonts w:ascii="Aptos" w:hAnsi="Aptos"/>
          <w:sz w:val="20"/>
          <w:szCs w:val="20"/>
        </w:rPr>
        <w:br/>
        <w:t>• Barınak (Tehlikelerden korunmak veya yaşamak için sığınılan güvenli yer, korunak)</w:t>
      </w:r>
      <w:r w:rsidRPr="00CE0067">
        <w:rPr>
          <w:rFonts w:ascii="Aptos" w:hAnsi="Aptos"/>
          <w:sz w:val="20"/>
          <w:szCs w:val="20"/>
        </w:rPr>
        <w:br/>
        <w:t>• Resif (Denizlerdeki mercan iskeletlerinin birikmesiyle oluşan kayalık veya su altı tepeciği)</w:t>
      </w:r>
      <w:r w:rsidRPr="00CE0067">
        <w:rPr>
          <w:rFonts w:ascii="Aptos" w:hAnsi="Aptos"/>
          <w:sz w:val="20"/>
          <w:szCs w:val="20"/>
        </w:rPr>
        <w:br/>
        <w:t>• Yıpratıcı (Bir şeyin gücünü yitirmesine, aşınmasına veya bozulmasına yol açan)</w:t>
      </w:r>
    </w:p>
    <w:p w14:paraId="5E631F2D" w14:textId="77777777" w:rsidR="003578A8" w:rsidRPr="00CE0067" w:rsidRDefault="00000000" w:rsidP="002D2D02">
      <w:pPr>
        <w:spacing w:before="40" w:after="40" w:line="360" w:lineRule="auto"/>
        <w:rPr>
          <w:sz w:val="20"/>
          <w:szCs w:val="20"/>
        </w:rPr>
      </w:pPr>
      <w:r w:rsidRPr="00325C76">
        <w:rPr>
          <w:rFonts w:ascii="Aptos" w:hAnsi="Aptos"/>
          <w:b/>
          <w:bCs/>
          <w:sz w:val="20"/>
          <w:szCs w:val="20"/>
        </w:rPr>
        <w:t xml:space="preserve">4. Soru: </w:t>
      </w:r>
      <w:r w:rsidRPr="00CE0067">
        <w:rPr>
          <w:rFonts w:ascii="Aptos" w:hAnsi="Aptos"/>
          <w:sz w:val="20"/>
          <w:szCs w:val="20"/>
        </w:rPr>
        <w:t>(Her doğru anahtar kelime 5 Puan; toplam 15 Puan)</w:t>
      </w:r>
      <w:r w:rsidRPr="00CE0067">
        <w:rPr>
          <w:rFonts w:ascii="Aptos" w:hAnsi="Aptos"/>
          <w:sz w:val="20"/>
          <w:szCs w:val="20"/>
        </w:rPr>
        <w:br/>
        <w:t>Metnin konusunu ve ana fikrini yansıtan "mercan resifleri", "okyanus / deniz canlıları", "barınak / doğal set", "ekosistem" sözcüklerinden üç tanesinin yazılması beklenir.</w:t>
      </w:r>
    </w:p>
    <w:p w14:paraId="1BAFF9E9" w14:textId="77777777" w:rsidR="003578A8" w:rsidRPr="00CE0067" w:rsidRDefault="00000000" w:rsidP="002D2D02">
      <w:pPr>
        <w:spacing w:before="40" w:after="40" w:line="360" w:lineRule="auto"/>
        <w:rPr>
          <w:sz w:val="20"/>
          <w:szCs w:val="20"/>
        </w:rPr>
      </w:pPr>
      <w:r w:rsidRPr="00CE0067">
        <w:rPr>
          <w:rFonts w:ascii="Aptos" w:hAnsi="Aptos"/>
          <w:b/>
          <w:sz w:val="20"/>
          <w:szCs w:val="20"/>
        </w:rPr>
        <w:t>5. Soru: (20 Puan)</w:t>
      </w:r>
      <w:r w:rsidRPr="00CE0067">
        <w:rPr>
          <w:rFonts w:ascii="Aptos" w:hAnsi="Aptos"/>
          <w:sz w:val="20"/>
          <w:szCs w:val="20"/>
        </w:rPr>
        <w:t xml:space="preserve"> Doğru mantıksal sıralama:</w:t>
      </w:r>
      <w:r w:rsidRPr="00CE0067">
        <w:rPr>
          <w:rFonts w:ascii="Aptos" w:hAnsi="Aptos"/>
          <w:sz w:val="20"/>
          <w:szCs w:val="20"/>
        </w:rPr>
        <w:br/>
        <w:t>( 3 ) Su altına iner inmez karşılaştığı rengârenk mercan bahçesi adeta nefesini kesti.</w:t>
      </w:r>
      <w:r w:rsidRPr="00CE0067">
        <w:rPr>
          <w:rFonts w:ascii="Aptos" w:hAnsi="Aptos"/>
          <w:sz w:val="20"/>
          <w:szCs w:val="20"/>
        </w:rPr>
        <w:br/>
        <w:t>( 1 ) Dalgıç Cemal, sabah erkenden tüpünü ve paletlerini hazırlayıp araştırma teknesine bindi.</w:t>
      </w:r>
      <w:r w:rsidRPr="00CE0067">
        <w:rPr>
          <w:rFonts w:ascii="Aptos" w:hAnsi="Aptos"/>
          <w:sz w:val="20"/>
          <w:szCs w:val="20"/>
        </w:rPr>
        <w:br/>
        <w:t>( 4 ) Gördüğü bu büyüleyici su altı yaşamını su geçirmez kamerasıyla tek tek kaydetti.</w:t>
      </w:r>
      <w:r w:rsidRPr="00CE0067">
        <w:rPr>
          <w:rFonts w:ascii="Aptos" w:hAnsi="Aptos"/>
          <w:sz w:val="20"/>
          <w:szCs w:val="20"/>
        </w:rPr>
        <w:br/>
        <w:t>( 2 ) Tekne resif bölgesine ulaştığında maskesini takıp serin sulara kendini usulca bıraktı.</w:t>
      </w:r>
    </w:p>
    <w:p w14:paraId="49131D16" w14:textId="77777777" w:rsidR="003578A8" w:rsidRPr="00CE0067" w:rsidRDefault="00000000" w:rsidP="002D2D02">
      <w:pPr>
        <w:spacing w:before="40" w:after="40" w:line="360" w:lineRule="auto"/>
        <w:rPr>
          <w:sz w:val="20"/>
          <w:szCs w:val="20"/>
        </w:rPr>
      </w:pPr>
      <w:r w:rsidRPr="00CE0067">
        <w:rPr>
          <w:rFonts w:ascii="Aptos" w:hAnsi="Aptos"/>
          <w:b/>
          <w:sz w:val="20"/>
          <w:szCs w:val="20"/>
        </w:rPr>
        <w:t>6. Soru: (Toplam 20 Puan)</w:t>
      </w:r>
      <w:r w:rsidRPr="00CE0067">
        <w:rPr>
          <w:rFonts w:ascii="Aptos" w:hAnsi="Aptos"/>
          <w:sz w:val="20"/>
          <w:szCs w:val="20"/>
        </w:rPr>
        <w:br/>
        <w:t xml:space="preserve">a) Noktalama: Dalgıç Cemal </w:t>
      </w:r>
      <w:proofErr w:type="gramStart"/>
      <w:r w:rsidRPr="00CE0067">
        <w:rPr>
          <w:rFonts w:ascii="Aptos" w:hAnsi="Aptos"/>
          <w:sz w:val="20"/>
          <w:szCs w:val="20"/>
        </w:rPr>
        <w:t>( ,</w:t>
      </w:r>
      <w:proofErr w:type="gramEnd"/>
      <w:r w:rsidRPr="00CE0067">
        <w:rPr>
          <w:rFonts w:ascii="Aptos" w:hAnsi="Aptos"/>
          <w:sz w:val="20"/>
          <w:szCs w:val="20"/>
        </w:rPr>
        <w:t xml:space="preserve"> ) suyun altındaki güzellikleri görünce ( : ) ( “ ) Doğa ne kadar muhteşem bir dengede ( ! / . ) </w:t>
      </w:r>
      <w:proofErr w:type="gramStart"/>
      <w:r w:rsidRPr="00CE0067">
        <w:rPr>
          <w:rFonts w:ascii="Aptos" w:hAnsi="Aptos"/>
          <w:sz w:val="20"/>
          <w:szCs w:val="20"/>
        </w:rPr>
        <w:t>( ”</w:t>
      </w:r>
      <w:proofErr w:type="gramEnd"/>
      <w:r w:rsidRPr="00CE0067">
        <w:rPr>
          <w:rFonts w:ascii="Aptos" w:hAnsi="Aptos"/>
          <w:sz w:val="20"/>
          <w:szCs w:val="20"/>
        </w:rPr>
        <w:t xml:space="preserve"> ) diye fısıldadı. (Her doğru işaret 2 Puan; toplam 10 Puan)</w:t>
      </w:r>
      <w:r w:rsidRPr="00CE0067">
        <w:rPr>
          <w:rFonts w:ascii="Aptos" w:hAnsi="Aptos"/>
          <w:sz w:val="20"/>
          <w:szCs w:val="20"/>
        </w:rPr>
        <w:br/>
        <w:t>b) Yazım Kuralı: 1. Sıfat yapan "-ki" bitişik yazılmalıdır: "Akdeniz'deki" (5 Puan)</w:t>
      </w:r>
      <w:r w:rsidRPr="00CE0067">
        <w:rPr>
          <w:rFonts w:ascii="Aptos" w:hAnsi="Aptos"/>
          <w:sz w:val="20"/>
          <w:szCs w:val="20"/>
        </w:rPr>
        <w:br/>
        <w:t>2. Belirli bir tarih bildirildiği için ay ve gün adları büyük harfle başlamalıdır: "5 Haziran Pazartesi" (5 Puan)</w:t>
      </w:r>
    </w:p>
    <w:p w14:paraId="7D4FACBB" w14:textId="77777777" w:rsidR="003578A8" w:rsidRPr="00CE0067" w:rsidRDefault="00000000">
      <w:pPr>
        <w:spacing w:before="120" w:after="40"/>
        <w:jc w:val="right"/>
        <w:rPr>
          <w:sz w:val="20"/>
          <w:szCs w:val="20"/>
        </w:rPr>
      </w:pPr>
      <w:r w:rsidRPr="00CE0067">
        <w:rPr>
          <w:rFonts w:ascii="Aptos" w:hAnsi="Aptos"/>
          <w:b/>
          <w:sz w:val="20"/>
          <w:szCs w:val="20"/>
        </w:rPr>
        <w:t>KonuVakti.com | TestVakti.net | Turkcetestvakti.com</w:t>
      </w:r>
    </w:p>
    <w:sectPr w:rsidR="003578A8" w:rsidRPr="00CE0067"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571046981">
    <w:abstractNumId w:val="8"/>
  </w:num>
  <w:num w:numId="2" w16cid:durableId="426391729">
    <w:abstractNumId w:val="6"/>
  </w:num>
  <w:num w:numId="3" w16cid:durableId="375084331">
    <w:abstractNumId w:val="5"/>
  </w:num>
  <w:num w:numId="4" w16cid:durableId="1083184466">
    <w:abstractNumId w:val="4"/>
  </w:num>
  <w:num w:numId="5" w16cid:durableId="194466928">
    <w:abstractNumId w:val="7"/>
  </w:num>
  <w:num w:numId="6" w16cid:durableId="617374042">
    <w:abstractNumId w:val="3"/>
  </w:num>
  <w:num w:numId="7" w16cid:durableId="1941331623">
    <w:abstractNumId w:val="2"/>
  </w:num>
  <w:num w:numId="8" w16cid:durableId="320161323">
    <w:abstractNumId w:val="1"/>
  </w:num>
  <w:num w:numId="9" w16cid:durableId="1105732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2D02"/>
    <w:rsid w:val="00325C76"/>
    <w:rsid w:val="00326F90"/>
    <w:rsid w:val="003578A8"/>
    <w:rsid w:val="00604F17"/>
    <w:rsid w:val="007434E0"/>
    <w:rsid w:val="00852A90"/>
    <w:rsid w:val="00910C41"/>
    <w:rsid w:val="00AA1D8D"/>
    <w:rsid w:val="00B47730"/>
    <w:rsid w:val="00CB0664"/>
    <w:rsid w:val="00CD3D15"/>
    <w:rsid w:val="00CE006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8E07E6"/>
  <w14:defaultImageDpi w14:val="300"/>
  <w15:docId w15:val="{3FF838DD-74F7-4701-932A-38B6528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6</cp:revision>
  <dcterms:created xsi:type="dcterms:W3CDTF">2013-12-23T23:15:00Z</dcterms:created>
  <dcterms:modified xsi:type="dcterms:W3CDTF">2026-10-23T07:47:00Z</dcterms:modified>
  <cp:category/>
</cp:coreProperties>
</file>