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90772" w14:textId="77777777" w:rsidR="004375D6" w:rsidRPr="00C50BD6" w:rsidRDefault="00000000">
      <w:pPr>
        <w:spacing w:after="40"/>
        <w:jc w:val="center"/>
        <w:rPr>
          <w:sz w:val="20"/>
          <w:szCs w:val="20"/>
        </w:rPr>
      </w:pPr>
      <w:r w:rsidRPr="00C50BD6">
        <w:rPr>
          <w:rFonts w:ascii="Aptos" w:hAnsi="Aptos"/>
          <w:b/>
          <w:sz w:val="20"/>
          <w:szCs w:val="20"/>
        </w:rPr>
        <w:t>................................................................ ORTAOKULU</w:t>
      </w:r>
    </w:p>
    <w:p w14:paraId="00CF8559" w14:textId="77777777" w:rsidR="004375D6" w:rsidRPr="00C50BD6" w:rsidRDefault="00000000">
      <w:pPr>
        <w:spacing w:after="80"/>
        <w:jc w:val="center"/>
        <w:rPr>
          <w:sz w:val="20"/>
          <w:szCs w:val="20"/>
        </w:rPr>
      </w:pPr>
      <w:r w:rsidRPr="00C50BD6">
        <w:rPr>
          <w:rFonts w:ascii="Aptos" w:hAnsi="Aptos"/>
          <w:b/>
          <w:sz w:val="20"/>
          <w:szCs w:val="20"/>
        </w:rPr>
        <w:t>2026-2027 EĞİTİM ÖĞRETİM YILI TÜRKÇE DERSİ 6. SINIF 1. DÖNEM 1. ORTAK YAZILI SINAVI (3.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D41E8B" w:rsidRPr="00C50BD6" w14:paraId="296ED062" w14:textId="77777777" w:rsidTr="00D41E8B">
        <w:trPr>
          <w:jc w:val="center"/>
        </w:trPr>
        <w:tc>
          <w:tcPr>
            <w:tcW w:w="7654" w:type="dxa"/>
          </w:tcPr>
          <w:p w14:paraId="343B4E25" w14:textId="77777777" w:rsidR="00D41E8B" w:rsidRPr="00C50BD6" w:rsidRDefault="00D41E8B">
            <w:pPr>
              <w:spacing w:before="40" w:after="40"/>
              <w:rPr>
                <w:sz w:val="20"/>
                <w:szCs w:val="20"/>
              </w:rPr>
            </w:pPr>
            <w:proofErr w:type="spellStart"/>
            <w:r w:rsidRPr="00C50BD6">
              <w:rPr>
                <w:rFonts w:ascii="Aptos" w:hAnsi="Aptos"/>
                <w:b/>
                <w:sz w:val="20"/>
                <w:szCs w:val="20"/>
              </w:rPr>
              <w:t>Adı</w:t>
            </w:r>
            <w:proofErr w:type="spellEnd"/>
            <w:r w:rsidRPr="00C50BD6">
              <w:rPr>
                <w:rFonts w:ascii="Aptos" w:hAnsi="Aptos"/>
                <w:b/>
                <w:sz w:val="20"/>
                <w:szCs w:val="20"/>
              </w:rPr>
              <w:t xml:space="preserve"> </w:t>
            </w:r>
            <w:proofErr w:type="spellStart"/>
            <w:r w:rsidRPr="00C50BD6">
              <w:rPr>
                <w:rFonts w:ascii="Aptos" w:hAnsi="Aptos"/>
                <w:b/>
                <w:sz w:val="20"/>
                <w:szCs w:val="20"/>
              </w:rPr>
              <w:t>Soyadı</w:t>
            </w:r>
            <w:proofErr w:type="spellEnd"/>
            <w:r w:rsidRPr="00C50BD6">
              <w:rPr>
                <w:rFonts w:ascii="Aptos" w:hAnsi="Aptos"/>
                <w:b/>
                <w:sz w:val="20"/>
                <w:szCs w:val="20"/>
              </w:rPr>
              <w:t>:</w:t>
            </w:r>
          </w:p>
        </w:tc>
        <w:tc>
          <w:tcPr>
            <w:tcW w:w="2835" w:type="dxa"/>
            <w:vMerge w:val="restart"/>
            <w:vAlign w:val="center"/>
          </w:tcPr>
          <w:p w14:paraId="6231BEBA" w14:textId="77777777" w:rsidR="00D41E8B" w:rsidRPr="00C50BD6" w:rsidRDefault="00D41E8B">
            <w:pPr>
              <w:spacing w:before="40" w:after="40"/>
              <w:rPr>
                <w:sz w:val="20"/>
                <w:szCs w:val="20"/>
              </w:rPr>
            </w:pPr>
            <w:r w:rsidRPr="00C50BD6">
              <w:rPr>
                <w:rFonts w:ascii="Aptos" w:hAnsi="Aptos"/>
                <w:b/>
                <w:sz w:val="20"/>
                <w:szCs w:val="20"/>
              </w:rPr>
              <w:t>Aldığı Not:</w:t>
            </w:r>
          </w:p>
        </w:tc>
      </w:tr>
      <w:tr w:rsidR="00D41E8B" w:rsidRPr="00C50BD6" w14:paraId="4E4DC1A2" w14:textId="77777777">
        <w:trPr>
          <w:jc w:val="center"/>
        </w:trPr>
        <w:tc>
          <w:tcPr>
            <w:tcW w:w="7654" w:type="dxa"/>
          </w:tcPr>
          <w:p w14:paraId="1B3D037D" w14:textId="77777777" w:rsidR="00D41E8B" w:rsidRPr="00C50BD6" w:rsidRDefault="00D41E8B">
            <w:pPr>
              <w:spacing w:before="40" w:after="40"/>
              <w:rPr>
                <w:sz w:val="20"/>
                <w:szCs w:val="20"/>
              </w:rPr>
            </w:pPr>
            <w:proofErr w:type="spellStart"/>
            <w:r w:rsidRPr="00C50BD6">
              <w:rPr>
                <w:rFonts w:ascii="Aptos" w:hAnsi="Aptos"/>
                <w:b/>
                <w:sz w:val="20"/>
                <w:szCs w:val="20"/>
              </w:rPr>
              <w:t>Sınıfı</w:t>
            </w:r>
            <w:proofErr w:type="spellEnd"/>
            <w:r w:rsidRPr="00C50BD6">
              <w:rPr>
                <w:rFonts w:ascii="Aptos" w:hAnsi="Aptos"/>
                <w:b/>
                <w:sz w:val="20"/>
                <w:szCs w:val="20"/>
              </w:rPr>
              <w:t xml:space="preserve"> / No:</w:t>
            </w:r>
          </w:p>
        </w:tc>
        <w:tc>
          <w:tcPr>
            <w:tcW w:w="2835" w:type="dxa"/>
            <w:vMerge/>
          </w:tcPr>
          <w:p w14:paraId="0EBB9B9E" w14:textId="77777777" w:rsidR="00D41E8B" w:rsidRPr="00C50BD6" w:rsidRDefault="00D41E8B">
            <w:pPr>
              <w:spacing w:before="40" w:after="40"/>
              <w:rPr>
                <w:sz w:val="20"/>
                <w:szCs w:val="20"/>
              </w:rPr>
            </w:pPr>
          </w:p>
        </w:tc>
      </w:tr>
    </w:tbl>
    <w:p w14:paraId="180A3766" w14:textId="77777777" w:rsidR="004375D6" w:rsidRPr="00C50BD6" w:rsidRDefault="00000000">
      <w:pPr>
        <w:spacing w:before="120" w:after="40"/>
        <w:rPr>
          <w:sz w:val="20"/>
          <w:szCs w:val="20"/>
        </w:rPr>
      </w:pPr>
      <w:r w:rsidRPr="00C50BD6">
        <w:rPr>
          <w:rFonts w:ascii="Aptos" w:hAnsi="Aptos"/>
          <w:b/>
          <w:sz w:val="20"/>
          <w:szCs w:val="20"/>
        </w:rPr>
        <w:t>A. OKUMA VE ANLAMA ÇALIŞMASI</w:t>
      </w:r>
    </w:p>
    <w:p w14:paraId="5AFC0BD6" w14:textId="77777777" w:rsidR="004375D6" w:rsidRPr="00C50BD6" w:rsidRDefault="00000000">
      <w:pPr>
        <w:spacing w:after="80"/>
        <w:rPr>
          <w:sz w:val="20"/>
          <w:szCs w:val="20"/>
        </w:rPr>
      </w:pPr>
      <w:r w:rsidRPr="00C50BD6">
        <w:rPr>
          <w:rFonts w:ascii="Aptos" w:hAnsi="Aptos"/>
          <w:i/>
          <w:sz w:val="20"/>
          <w:szCs w:val="20"/>
        </w:rPr>
        <w:t>(Aşağıdaki 1, 2 ve 3. soruları metne göre cevaplayınız.)</w:t>
      </w:r>
    </w:p>
    <w:p w14:paraId="125EEB09" w14:textId="77777777" w:rsidR="004375D6" w:rsidRPr="00C50BD6" w:rsidRDefault="00000000">
      <w:pPr>
        <w:spacing w:before="40" w:after="40"/>
        <w:jc w:val="center"/>
        <w:rPr>
          <w:sz w:val="20"/>
          <w:szCs w:val="20"/>
        </w:rPr>
      </w:pPr>
      <w:r w:rsidRPr="00C50BD6">
        <w:rPr>
          <w:rFonts w:ascii="Aptos" w:hAnsi="Aptos"/>
          <w:b/>
          <w:sz w:val="20"/>
          <w:szCs w:val="20"/>
        </w:rPr>
        <w:t>KÂĞIDIN BİLGİ DOLU YOLCULUĞU</w:t>
      </w:r>
    </w:p>
    <w:p w14:paraId="5E6B6706" w14:textId="77777777" w:rsidR="004375D6" w:rsidRPr="00C50BD6" w:rsidRDefault="00000000" w:rsidP="00D41E8B">
      <w:pPr>
        <w:spacing w:after="80"/>
        <w:ind w:firstLine="720"/>
        <w:jc w:val="both"/>
        <w:rPr>
          <w:sz w:val="20"/>
          <w:szCs w:val="20"/>
        </w:rPr>
      </w:pPr>
      <w:r w:rsidRPr="00C50BD6">
        <w:rPr>
          <w:rFonts w:ascii="Aptos" w:hAnsi="Aptos"/>
          <w:sz w:val="20"/>
          <w:szCs w:val="20"/>
        </w:rPr>
        <w:t xml:space="preserve">İnsanlık tarihi boyunca bilginin kaydedilmesi ve nesilden nesle aktarılması en büyük arayışlardan biri olmuştur. Eski çağlarda insanlar düşüncelerini taş tabletlere, kurutulmuş kil levhalara ve hayvan derilerinden yapılan parşömenlere kazımışlardır. Ancak kâğıdın icadı, uygarlık tarihinin en büyük </w:t>
      </w:r>
      <w:r w:rsidRPr="00C50BD6">
        <w:rPr>
          <w:rFonts w:ascii="Aptos" w:hAnsi="Aptos"/>
          <w:b/>
          <w:sz w:val="20"/>
          <w:szCs w:val="20"/>
        </w:rPr>
        <w:t>dönüm noktası</w:t>
      </w:r>
      <w:r w:rsidRPr="00C50BD6">
        <w:rPr>
          <w:rFonts w:ascii="Aptos" w:hAnsi="Aptos"/>
          <w:sz w:val="20"/>
          <w:szCs w:val="20"/>
        </w:rPr>
        <w:t xml:space="preserve"> olmuştur. Ağaç liflerinin, pamuk ve keten artıklarının suyla yoğrulup kurutulmasıyla elde edilen kâğıt; hem hafif hem de taşınması kolay bir malzeme olduğu için kitapların çoğalmasını sağlamıştır. Böylece bilim, sanat ve felsefe dar bir çevrenin tekelinden çıkarak tüm insanlığın ortak malı hâline gelmiştir. Günümüzde dijital ekranlar hayatımızın merkezine yerleşse de kâğıt kokusunun ve sayfaları çevirirken parmak uçlarımızda bıraktığı hissin büyüsü hiçbir zaman kaybolmamıştır.</w:t>
      </w:r>
    </w:p>
    <w:p w14:paraId="595C3834" w14:textId="77777777" w:rsidR="004375D6" w:rsidRPr="00C50BD6" w:rsidRDefault="00000000">
      <w:pPr>
        <w:spacing w:before="80" w:after="20"/>
        <w:rPr>
          <w:sz w:val="20"/>
          <w:szCs w:val="20"/>
        </w:rPr>
      </w:pPr>
      <w:r w:rsidRPr="00C50BD6">
        <w:rPr>
          <w:rFonts w:ascii="Aptos" w:hAnsi="Aptos"/>
          <w:b/>
          <w:sz w:val="20"/>
          <w:szCs w:val="20"/>
        </w:rPr>
        <w:t xml:space="preserve">SORU 1: </w:t>
      </w:r>
      <w:r w:rsidRPr="00C50BD6">
        <w:rPr>
          <w:rFonts w:ascii="Aptos" w:hAnsi="Aptos"/>
          <w:sz w:val="20"/>
          <w:szCs w:val="20"/>
        </w:rPr>
        <w:t>(Kazanım: T.O.6.5. Metinde geçen anlamını bilmediği söz varlığı unsurlarının anlamını tahmin edebilme.) (15 Puan)</w:t>
      </w:r>
    </w:p>
    <w:p w14:paraId="41E519BA" w14:textId="77777777" w:rsidR="004375D6" w:rsidRPr="00C50BD6" w:rsidRDefault="00000000">
      <w:pPr>
        <w:spacing w:after="40"/>
        <w:rPr>
          <w:sz w:val="20"/>
          <w:szCs w:val="20"/>
        </w:rPr>
      </w:pPr>
      <w:r w:rsidRPr="00C50BD6">
        <w:rPr>
          <w:rFonts w:ascii="Aptos" w:hAnsi="Aptos"/>
          <w:b/>
          <w:sz w:val="20"/>
          <w:szCs w:val="20"/>
        </w:rPr>
        <w:t>Metinde koyu yazılmış "dönüm noktası" söz öbeğinin anlamını metnin bağlamından hareketle tahmin edip yazınız. Tahmininizi bir cümle içinde kullanınız.</w:t>
      </w:r>
    </w:p>
    <w:p w14:paraId="0D18D18F" w14:textId="77777777" w:rsidR="004375D6" w:rsidRPr="00C50BD6" w:rsidRDefault="004375D6">
      <w:pPr>
        <w:spacing w:after="80"/>
        <w:rPr>
          <w:sz w:val="20"/>
          <w:szCs w:val="20"/>
        </w:rPr>
      </w:pPr>
    </w:p>
    <w:p w14:paraId="0C2C1E63" w14:textId="77777777" w:rsidR="00D41E8B" w:rsidRPr="00C50BD6" w:rsidRDefault="00D41E8B">
      <w:pPr>
        <w:spacing w:after="80"/>
        <w:rPr>
          <w:sz w:val="20"/>
          <w:szCs w:val="20"/>
        </w:rPr>
      </w:pPr>
    </w:p>
    <w:p w14:paraId="139681BA" w14:textId="77777777" w:rsidR="004375D6" w:rsidRPr="00C50BD6" w:rsidRDefault="004375D6">
      <w:pPr>
        <w:spacing w:after="80"/>
        <w:rPr>
          <w:sz w:val="20"/>
          <w:szCs w:val="20"/>
        </w:rPr>
      </w:pPr>
    </w:p>
    <w:p w14:paraId="0FFB742C" w14:textId="77777777" w:rsidR="004375D6" w:rsidRPr="00C50BD6" w:rsidRDefault="00000000">
      <w:pPr>
        <w:spacing w:before="40" w:after="20"/>
        <w:rPr>
          <w:sz w:val="20"/>
          <w:szCs w:val="20"/>
        </w:rPr>
      </w:pPr>
      <w:r w:rsidRPr="00C50BD6">
        <w:rPr>
          <w:rFonts w:ascii="Aptos" w:hAnsi="Aptos"/>
          <w:b/>
          <w:sz w:val="20"/>
          <w:szCs w:val="20"/>
        </w:rPr>
        <w:t xml:space="preserve">SORU 2: </w:t>
      </w:r>
      <w:r w:rsidRPr="00C50BD6">
        <w:rPr>
          <w:rFonts w:ascii="Aptos" w:hAnsi="Aptos"/>
          <w:sz w:val="20"/>
          <w:szCs w:val="20"/>
        </w:rPr>
        <w:t>(Kazanım: T.O.6.6. Metnin yüzey anlamını belirleyebilme.) (15 Puan)</w:t>
      </w:r>
    </w:p>
    <w:p w14:paraId="3CA466EB" w14:textId="77777777" w:rsidR="004375D6" w:rsidRPr="00C50BD6" w:rsidRDefault="00000000">
      <w:pPr>
        <w:spacing w:after="40"/>
        <w:rPr>
          <w:sz w:val="20"/>
          <w:szCs w:val="20"/>
        </w:rPr>
      </w:pPr>
      <w:r w:rsidRPr="00C50BD6">
        <w:rPr>
          <w:rFonts w:ascii="Aptos" w:hAnsi="Aptos"/>
          <w:b/>
          <w:sz w:val="20"/>
          <w:szCs w:val="20"/>
        </w:rPr>
        <w:t>Kâğıdın icadından önce insanlar düşüncelerini aktarmak için hangi malzemeleri kullanmışlardır ve kâğıdın icadı bilimin yayılmasını nasıl sağlamıştır? Metne göre açıklayınız.</w:t>
      </w:r>
    </w:p>
    <w:p w14:paraId="0A0D2249" w14:textId="77777777" w:rsidR="004375D6" w:rsidRPr="00C50BD6" w:rsidRDefault="004375D6">
      <w:pPr>
        <w:spacing w:after="80"/>
        <w:rPr>
          <w:sz w:val="20"/>
          <w:szCs w:val="20"/>
        </w:rPr>
      </w:pPr>
    </w:p>
    <w:p w14:paraId="34E906FD" w14:textId="77777777" w:rsidR="00D41E8B" w:rsidRPr="00C50BD6" w:rsidRDefault="00D41E8B">
      <w:pPr>
        <w:spacing w:after="80"/>
        <w:rPr>
          <w:sz w:val="20"/>
          <w:szCs w:val="20"/>
        </w:rPr>
      </w:pPr>
    </w:p>
    <w:p w14:paraId="6ABDE1CA" w14:textId="77777777" w:rsidR="004375D6" w:rsidRPr="00C50BD6" w:rsidRDefault="004375D6">
      <w:pPr>
        <w:spacing w:after="80"/>
        <w:rPr>
          <w:sz w:val="20"/>
          <w:szCs w:val="20"/>
        </w:rPr>
      </w:pPr>
    </w:p>
    <w:p w14:paraId="118BDFF9" w14:textId="77777777" w:rsidR="004375D6" w:rsidRPr="00C50BD6" w:rsidRDefault="00000000">
      <w:pPr>
        <w:spacing w:before="40" w:after="20"/>
        <w:rPr>
          <w:sz w:val="20"/>
          <w:szCs w:val="20"/>
        </w:rPr>
      </w:pPr>
      <w:r w:rsidRPr="00C50BD6">
        <w:rPr>
          <w:rFonts w:ascii="Aptos" w:hAnsi="Aptos"/>
          <w:b/>
          <w:sz w:val="20"/>
          <w:szCs w:val="20"/>
        </w:rPr>
        <w:t xml:space="preserve">SORU 3: </w:t>
      </w:r>
      <w:r w:rsidRPr="00C50BD6">
        <w:rPr>
          <w:rFonts w:ascii="Aptos" w:hAnsi="Aptos"/>
          <w:sz w:val="20"/>
          <w:szCs w:val="20"/>
        </w:rPr>
        <w:t>(Kazanım: T.O.6.16. Bilgilendirici metinde anahtar kelimeleri belirlemeye yönelik çözümleme yapabilme.) (15 Puan)</w:t>
      </w:r>
    </w:p>
    <w:p w14:paraId="3E1C01EA" w14:textId="77777777" w:rsidR="004375D6" w:rsidRPr="00C50BD6" w:rsidRDefault="00000000">
      <w:pPr>
        <w:spacing w:after="40"/>
        <w:rPr>
          <w:sz w:val="20"/>
          <w:szCs w:val="20"/>
        </w:rPr>
      </w:pPr>
      <w:r w:rsidRPr="00C50BD6">
        <w:rPr>
          <w:rFonts w:ascii="Aptos" w:hAnsi="Aptos"/>
          <w:b/>
          <w:sz w:val="20"/>
          <w:szCs w:val="20"/>
        </w:rPr>
        <w:t>Okuduğunuz bilgilendirici metnin ana fikrini ve konusunu en iyi yansıtan üç anahtar kelimeyi aşağıya yazınız.</w:t>
      </w:r>
    </w:p>
    <w:p w14:paraId="53823929" w14:textId="77777777" w:rsidR="004375D6" w:rsidRPr="00C50BD6" w:rsidRDefault="004375D6">
      <w:pPr>
        <w:spacing w:after="80"/>
        <w:rPr>
          <w:sz w:val="20"/>
          <w:szCs w:val="20"/>
        </w:rPr>
      </w:pPr>
    </w:p>
    <w:p w14:paraId="45D7BADA" w14:textId="77777777" w:rsidR="00D41E8B" w:rsidRPr="00C50BD6" w:rsidRDefault="00D41E8B">
      <w:pPr>
        <w:spacing w:after="80"/>
        <w:rPr>
          <w:sz w:val="20"/>
          <w:szCs w:val="20"/>
        </w:rPr>
      </w:pPr>
    </w:p>
    <w:p w14:paraId="002818B0" w14:textId="77777777" w:rsidR="00D41E8B" w:rsidRPr="00C50BD6" w:rsidRDefault="00D41E8B">
      <w:pPr>
        <w:spacing w:after="80"/>
        <w:rPr>
          <w:sz w:val="20"/>
          <w:szCs w:val="20"/>
        </w:rPr>
      </w:pPr>
    </w:p>
    <w:p w14:paraId="1D47C319" w14:textId="77777777" w:rsidR="004375D6" w:rsidRPr="00C50BD6" w:rsidRDefault="00000000">
      <w:pPr>
        <w:spacing w:before="80" w:after="40"/>
        <w:rPr>
          <w:sz w:val="20"/>
          <w:szCs w:val="20"/>
        </w:rPr>
      </w:pPr>
      <w:r w:rsidRPr="00C50BD6">
        <w:rPr>
          <w:rFonts w:ascii="Aptos" w:hAnsi="Aptos"/>
          <w:b/>
          <w:sz w:val="20"/>
          <w:szCs w:val="20"/>
        </w:rPr>
        <w:t>B. SÖZ VARLIĞI ÇALIŞMASI</w:t>
      </w:r>
    </w:p>
    <w:p w14:paraId="65146189" w14:textId="77777777" w:rsidR="004375D6" w:rsidRPr="00C50BD6" w:rsidRDefault="00000000">
      <w:pPr>
        <w:spacing w:before="40" w:after="20"/>
        <w:rPr>
          <w:sz w:val="20"/>
          <w:szCs w:val="20"/>
        </w:rPr>
      </w:pPr>
      <w:r w:rsidRPr="00C50BD6">
        <w:rPr>
          <w:rFonts w:ascii="Aptos" w:hAnsi="Aptos"/>
          <w:b/>
          <w:sz w:val="20"/>
          <w:szCs w:val="20"/>
        </w:rPr>
        <w:t xml:space="preserve">SORU 4: </w:t>
      </w:r>
      <w:r w:rsidRPr="00C50BD6">
        <w:rPr>
          <w:rFonts w:ascii="Aptos" w:hAnsi="Aptos"/>
          <w:sz w:val="20"/>
          <w:szCs w:val="20"/>
        </w:rPr>
        <w:t>(Kazanım: T.O.6.21. Metinden hareketle söz varlığını geliştirmeye yönelik çözümleme yapabilme.)</w:t>
      </w:r>
      <w:r w:rsidRPr="00C50BD6">
        <w:rPr>
          <w:rFonts w:ascii="Aptos" w:hAnsi="Aptos"/>
          <w:b/>
          <w:bCs/>
          <w:sz w:val="20"/>
          <w:szCs w:val="20"/>
        </w:rPr>
        <w:t xml:space="preserve"> (15 Puan)</w:t>
      </w:r>
    </w:p>
    <w:p w14:paraId="59EEA99F" w14:textId="77777777" w:rsidR="004375D6" w:rsidRPr="00C50BD6" w:rsidRDefault="00000000">
      <w:pPr>
        <w:spacing w:after="40"/>
        <w:rPr>
          <w:b/>
          <w:bCs/>
          <w:sz w:val="20"/>
          <w:szCs w:val="20"/>
        </w:rPr>
      </w:pPr>
      <w:r w:rsidRPr="00C50BD6">
        <w:rPr>
          <w:rFonts w:ascii="Aptos" w:hAnsi="Aptos"/>
          <w:b/>
          <w:bCs/>
          <w:sz w:val="20"/>
          <w:szCs w:val="20"/>
        </w:rPr>
        <w:t>Metinde geçen bazı kelimelerin anlamları aşağıda verilmiştir. Anlamlarından hareketle bu kelimeleri metinden bularak uygun kutulara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1"/>
        <w:gridCol w:w="3429"/>
      </w:tblGrid>
      <w:tr w:rsidR="004375D6" w:rsidRPr="00C50BD6" w14:paraId="73264273" w14:textId="77777777" w:rsidTr="00C50BD6">
        <w:trPr>
          <w:jc w:val="center"/>
        </w:trPr>
        <w:tc>
          <w:tcPr>
            <w:tcW w:w="7371" w:type="dxa"/>
          </w:tcPr>
          <w:p w14:paraId="33EE2555" w14:textId="77777777" w:rsidR="00916F86" w:rsidRPr="00C50BD6" w:rsidRDefault="00000000">
            <w:pPr>
              <w:spacing w:before="60" w:after="60"/>
              <w:rPr>
                <w:sz w:val="20"/>
                <w:szCs w:val="20"/>
              </w:rPr>
            </w:pPr>
            <w:proofErr w:type="spellStart"/>
            <w:r w:rsidRPr="00C50BD6">
              <w:rPr>
                <w:rFonts w:ascii="Aptos" w:hAnsi="Aptos"/>
                <w:b/>
                <w:sz w:val="20"/>
                <w:szCs w:val="20"/>
              </w:rPr>
              <w:t>Metinde</w:t>
            </w:r>
            <w:proofErr w:type="spellEnd"/>
            <w:r w:rsidRPr="00C50BD6">
              <w:rPr>
                <w:rFonts w:ascii="Aptos" w:hAnsi="Aptos"/>
                <w:b/>
                <w:sz w:val="20"/>
                <w:szCs w:val="20"/>
              </w:rPr>
              <w:t xml:space="preserve"> </w:t>
            </w:r>
            <w:proofErr w:type="spellStart"/>
            <w:r w:rsidRPr="00C50BD6">
              <w:rPr>
                <w:rFonts w:ascii="Aptos" w:hAnsi="Aptos"/>
                <w:b/>
                <w:sz w:val="20"/>
                <w:szCs w:val="20"/>
              </w:rPr>
              <w:t>Geçen</w:t>
            </w:r>
            <w:proofErr w:type="spellEnd"/>
            <w:r w:rsidRPr="00C50BD6">
              <w:rPr>
                <w:rFonts w:ascii="Aptos" w:hAnsi="Aptos"/>
                <w:b/>
                <w:sz w:val="20"/>
                <w:szCs w:val="20"/>
              </w:rPr>
              <w:t xml:space="preserve"> </w:t>
            </w:r>
            <w:proofErr w:type="spellStart"/>
            <w:r w:rsidRPr="00C50BD6">
              <w:rPr>
                <w:rFonts w:ascii="Aptos" w:hAnsi="Aptos"/>
                <w:b/>
                <w:sz w:val="20"/>
                <w:szCs w:val="20"/>
              </w:rPr>
              <w:t>Kelimelerin</w:t>
            </w:r>
            <w:proofErr w:type="spellEnd"/>
            <w:r w:rsidRPr="00C50BD6">
              <w:rPr>
                <w:rFonts w:ascii="Aptos" w:hAnsi="Aptos"/>
                <w:b/>
                <w:sz w:val="20"/>
                <w:szCs w:val="20"/>
              </w:rPr>
              <w:t xml:space="preserve"> </w:t>
            </w:r>
            <w:proofErr w:type="spellStart"/>
            <w:r w:rsidRPr="00C50BD6">
              <w:rPr>
                <w:rFonts w:ascii="Aptos" w:hAnsi="Aptos"/>
                <w:b/>
                <w:sz w:val="20"/>
                <w:szCs w:val="20"/>
              </w:rPr>
              <w:t>Anlamları</w:t>
            </w:r>
            <w:proofErr w:type="spellEnd"/>
          </w:p>
        </w:tc>
        <w:tc>
          <w:tcPr>
            <w:tcW w:w="3429" w:type="dxa"/>
          </w:tcPr>
          <w:p w14:paraId="521B0F49" w14:textId="77777777" w:rsidR="00916F86" w:rsidRPr="00C50BD6" w:rsidRDefault="00000000">
            <w:pPr>
              <w:spacing w:before="60" w:after="60"/>
              <w:rPr>
                <w:sz w:val="20"/>
                <w:szCs w:val="20"/>
              </w:rPr>
            </w:pPr>
            <w:r w:rsidRPr="00C50BD6">
              <w:rPr>
                <w:rFonts w:ascii="Aptos" w:hAnsi="Aptos"/>
                <w:b/>
                <w:sz w:val="20"/>
                <w:szCs w:val="20"/>
              </w:rPr>
              <w:t>Metindeki Kelime (5'er Puan)</w:t>
            </w:r>
          </w:p>
        </w:tc>
      </w:tr>
      <w:tr w:rsidR="004375D6" w:rsidRPr="00C50BD6" w14:paraId="38FB5BED" w14:textId="77777777" w:rsidTr="00C50BD6">
        <w:trPr>
          <w:jc w:val="center"/>
        </w:trPr>
        <w:tc>
          <w:tcPr>
            <w:tcW w:w="7371" w:type="dxa"/>
          </w:tcPr>
          <w:p w14:paraId="1DD03B4D" w14:textId="77777777" w:rsidR="00916F86" w:rsidRPr="00C50BD6" w:rsidRDefault="00000000">
            <w:pPr>
              <w:spacing w:before="60" w:after="60"/>
              <w:rPr>
                <w:sz w:val="20"/>
                <w:szCs w:val="20"/>
              </w:rPr>
            </w:pPr>
            <w:r w:rsidRPr="00C50BD6">
              <w:rPr>
                <w:rFonts w:ascii="Aptos" w:hAnsi="Aptos"/>
                <w:sz w:val="20"/>
                <w:szCs w:val="20"/>
              </w:rPr>
              <w:t>Üzerine yazı yazmak veya resim yapmak için hazırlanan hayvan derisi.</w:t>
            </w:r>
          </w:p>
        </w:tc>
        <w:tc>
          <w:tcPr>
            <w:tcW w:w="3429" w:type="dxa"/>
          </w:tcPr>
          <w:p w14:paraId="587FC6D2" w14:textId="77777777" w:rsidR="00916F86" w:rsidRPr="00C50BD6" w:rsidRDefault="00916F86">
            <w:pPr>
              <w:spacing w:before="60" w:after="60"/>
              <w:rPr>
                <w:sz w:val="20"/>
                <w:szCs w:val="20"/>
              </w:rPr>
            </w:pPr>
          </w:p>
        </w:tc>
      </w:tr>
      <w:tr w:rsidR="004375D6" w:rsidRPr="00C50BD6" w14:paraId="6BFA7F78" w14:textId="77777777" w:rsidTr="00C50BD6">
        <w:trPr>
          <w:jc w:val="center"/>
        </w:trPr>
        <w:tc>
          <w:tcPr>
            <w:tcW w:w="7371" w:type="dxa"/>
          </w:tcPr>
          <w:p w14:paraId="1E0273AF" w14:textId="77777777" w:rsidR="00916F86" w:rsidRPr="00C50BD6" w:rsidRDefault="00000000">
            <w:pPr>
              <w:spacing w:before="60" w:after="60"/>
              <w:rPr>
                <w:sz w:val="20"/>
                <w:szCs w:val="20"/>
              </w:rPr>
            </w:pPr>
            <w:r w:rsidRPr="00C50BD6">
              <w:rPr>
                <w:rFonts w:ascii="Aptos" w:hAnsi="Aptos"/>
                <w:sz w:val="20"/>
                <w:szCs w:val="20"/>
              </w:rPr>
              <w:t>Bir ülkenin veya toplumun ulaştığı bilgi, bilim, sanat ve düşünce düzeyi; medeniyet.</w:t>
            </w:r>
          </w:p>
        </w:tc>
        <w:tc>
          <w:tcPr>
            <w:tcW w:w="3429" w:type="dxa"/>
          </w:tcPr>
          <w:p w14:paraId="5F1CB938" w14:textId="77777777" w:rsidR="00916F86" w:rsidRPr="00C50BD6" w:rsidRDefault="00916F86">
            <w:pPr>
              <w:spacing w:before="60" w:after="60"/>
              <w:rPr>
                <w:sz w:val="20"/>
                <w:szCs w:val="20"/>
              </w:rPr>
            </w:pPr>
          </w:p>
        </w:tc>
      </w:tr>
      <w:tr w:rsidR="004375D6" w:rsidRPr="00C50BD6" w14:paraId="5CB45483" w14:textId="77777777" w:rsidTr="00C50BD6">
        <w:trPr>
          <w:jc w:val="center"/>
        </w:trPr>
        <w:tc>
          <w:tcPr>
            <w:tcW w:w="7371" w:type="dxa"/>
          </w:tcPr>
          <w:p w14:paraId="03F90E8A" w14:textId="77777777" w:rsidR="00916F86" w:rsidRPr="00C50BD6" w:rsidRDefault="00000000">
            <w:pPr>
              <w:spacing w:before="60" w:after="60"/>
              <w:rPr>
                <w:sz w:val="20"/>
                <w:szCs w:val="20"/>
              </w:rPr>
            </w:pPr>
            <w:r w:rsidRPr="00C50BD6">
              <w:rPr>
                <w:rFonts w:ascii="Aptos" w:hAnsi="Aptos"/>
                <w:sz w:val="20"/>
                <w:szCs w:val="20"/>
              </w:rPr>
              <w:t>Bitki ve ağaç dokularını oluşturan çok ince lif veya iplikçik.</w:t>
            </w:r>
          </w:p>
        </w:tc>
        <w:tc>
          <w:tcPr>
            <w:tcW w:w="3429" w:type="dxa"/>
          </w:tcPr>
          <w:p w14:paraId="04AF8600" w14:textId="77777777" w:rsidR="00916F86" w:rsidRPr="00C50BD6" w:rsidRDefault="00916F86">
            <w:pPr>
              <w:spacing w:before="60" w:after="60"/>
              <w:rPr>
                <w:sz w:val="20"/>
                <w:szCs w:val="20"/>
              </w:rPr>
            </w:pPr>
          </w:p>
        </w:tc>
      </w:tr>
    </w:tbl>
    <w:p w14:paraId="0D1B0D5E" w14:textId="77777777" w:rsidR="00D41E8B" w:rsidRPr="00C50BD6" w:rsidRDefault="00D41E8B">
      <w:pPr>
        <w:spacing w:before="80" w:after="20"/>
        <w:rPr>
          <w:rFonts w:ascii="Aptos" w:hAnsi="Aptos"/>
          <w:b/>
          <w:sz w:val="20"/>
          <w:szCs w:val="20"/>
        </w:rPr>
      </w:pPr>
    </w:p>
    <w:p w14:paraId="61DC9894" w14:textId="77777777" w:rsidR="00D41E8B" w:rsidRPr="00C50BD6" w:rsidRDefault="00D41E8B">
      <w:pPr>
        <w:spacing w:before="80" w:after="20"/>
        <w:rPr>
          <w:rFonts w:ascii="Aptos" w:hAnsi="Aptos"/>
          <w:b/>
          <w:sz w:val="20"/>
          <w:szCs w:val="20"/>
        </w:rPr>
      </w:pPr>
    </w:p>
    <w:p w14:paraId="66D63FE7" w14:textId="77777777" w:rsidR="00D41E8B" w:rsidRPr="00C50BD6" w:rsidRDefault="00D41E8B">
      <w:pPr>
        <w:spacing w:before="80" w:after="20"/>
        <w:rPr>
          <w:rFonts w:ascii="Aptos" w:hAnsi="Aptos"/>
          <w:b/>
          <w:sz w:val="20"/>
          <w:szCs w:val="20"/>
        </w:rPr>
      </w:pPr>
    </w:p>
    <w:p w14:paraId="445E6E77" w14:textId="77777777" w:rsidR="00D41E8B" w:rsidRPr="00C50BD6" w:rsidRDefault="00D41E8B">
      <w:pPr>
        <w:spacing w:before="80" w:after="20"/>
        <w:rPr>
          <w:rFonts w:ascii="Aptos" w:hAnsi="Aptos"/>
          <w:b/>
          <w:sz w:val="20"/>
          <w:szCs w:val="20"/>
        </w:rPr>
      </w:pPr>
    </w:p>
    <w:p w14:paraId="75C09422" w14:textId="77777777" w:rsidR="00D41E8B" w:rsidRPr="00C50BD6" w:rsidRDefault="00D41E8B">
      <w:pPr>
        <w:spacing w:before="80" w:after="20"/>
        <w:rPr>
          <w:rFonts w:ascii="Aptos" w:hAnsi="Aptos"/>
          <w:b/>
          <w:sz w:val="20"/>
          <w:szCs w:val="20"/>
        </w:rPr>
      </w:pPr>
    </w:p>
    <w:p w14:paraId="77FFD26F" w14:textId="77777777" w:rsidR="004375D6" w:rsidRPr="00C50BD6" w:rsidRDefault="00000000">
      <w:pPr>
        <w:spacing w:before="80" w:after="20"/>
        <w:rPr>
          <w:sz w:val="20"/>
          <w:szCs w:val="20"/>
        </w:rPr>
      </w:pPr>
      <w:r w:rsidRPr="00C50BD6">
        <w:rPr>
          <w:rFonts w:ascii="Aptos" w:hAnsi="Aptos"/>
          <w:b/>
          <w:sz w:val="20"/>
          <w:szCs w:val="20"/>
        </w:rPr>
        <w:lastRenderedPageBreak/>
        <w:t xml:space="preserve">SORU 5: </w:t>
      </w:r>
      <w:r w:rsidRPr="00C50BD6">
        <w:rPr>
          <w:rFonts w:ascii="Aptos" w:hAnsi="Aptos"/>
          <w:sz w:val="20"/>
          <w:szCs w:val="20"/>
        </w:rPr>
        <w:t xml:space="preserve">(Kazanım: T.Y.6.21. Yazım kuralları ve noktalama işaretlerini uygulayabilme.) </w:t>
      </w:r>
      <w:r w:rsidRPr="00C50BD6">
        <w:rPr>
          <w:rFonts w:ascii="Aptos" w:hAnsi="Aptos"/>
          <w:b/>
          <w:bCs/>
          <w:sz w:val="20"/>
          <w:szCs w:val="20"/>
        </w:rPr>
        <w:t>(15 Puan)</w:t>
      </w:r>
    </w:p>
    <w:p w14:paraId="2C38F6B8" w14:textId="77777777" w:rsidR="004375D6" w:rsidRPr="00C50BD6" w:rsidRDefault="00000000">
      <w:pPr>
        <w:spacing w:after="40"/>
        <w:rPr>
          <w:sz w:val="20"/>
          <w:szCs w:val="20"/>
        </w:rPr>
      </w:pPr>
      <w:r w:rsidRPr="00C50BD6">
        <w:rPr>
          <w:rFonts w:ascii="Aptos" w:hAnsi="Aptos"/>
          <w:b/>
          <w:sz w:val="20"/>
          <w:szCs w:val="20"/>
        </w:rPr>
        <w:t xml:space="preserve">a) Aşağıdaki cümlede yay ayraçların </w:t>
      </w:r>
      <w:proofErr w:type="gramStart"/>
      <w:r w:rsidRPr="00C50BD6">
        <w:rPr>
          <w:rFonts w:ascii="Aptos" w:hAnsi="Aptos"/>
          <w:b/>
          <w:sz w:val="20"/>
          <w:szCs w:val="20"/>
        </w:rPr>
        <w:t>( )</w:t>
      </w:r>
      <w:proofErr w:type="gramEnd"/>
      <w:r w:rsidRPr="00C50BD6">
        <w:rPr>
          <w:rFonts w:ascii="Aptos" w:hAnsi="Aptos"/>
          <w:b/>
          <w:sz w:val="20"/>
          <w:szCs w:val="20"/>
        </w:rPr>
        <w:t xml:space="preserve"> içine uygun noktalama işaretlerini yerleştiriniz. (10 Puan)</w:t>
      </w:r>
      <w:r w:rsidRPr="00C50BD6">
        <w:rPr>
          <w:rFonts w:ascii="Aptos" w:hAnsi="Aptos"/>
          <w:b/>
          <w:sz w:val="20"/>
          <w:szCs w:val="20"/>
        </w:rPr>
        <w:br/>
      </w:r>
      <w:r w:rsidRPr="00C50BD6">
        <w:rPr>
          <w:rFonts w:ascii="Aptos" w:hAnsi="Aptos"/>
          <w:sz w:val="20"/>
          <w:szCs w:val="20"/>
        </w:rPr>
        <w:t xml:space="preserve">Kütüphane görevlisi </w:t>
      </w:r>
      <w:proofErr w:type="gramStart"/>
      <w:r w:rsidRPr="00C50BD6">
        <w:rPr>
          <w:rFonts w:ascii="Aptos" w:hAnsi="Aptos"/>
          <w:sz w:val="20"/>
          <w:szCs w:val="20"/>
        </w:rPr>
        <w:t xml:space="preserve">(  </w:t>
      </w:r>
      <w:proofErr w:type="gramEnd"/>
      <w:r w:rsidRPr="00C50BD6">
        <w:rPr>
          <w:rFonts w:ascii="Aptos" w:hAnsi="Aptos"/>
          <w:sz w:val="20"/>
          <w:szCs w:val="20"/>
        </w:rPr>
        <w:t xml:space="preserve"> ) öğrencilere seslendi (   ) (   ) Kitaplar geçmiş ile gelecek arasında kurulmuş birer köprüdür (   ) (   )</w:t>
      </w:r>
    </w:p>
    <w:p w14:paraId="205DB734" w14:textId="77777777" w:rsidR="00D41E8B" w:rsidRPr="00C50BD6" w:rsidRDefault="00D41E8B">
      <w:pPr>
        <w:spacing w:before="40" w:after="40"/>
        <w:rPr>
          <w:rFonts w:ascii="Aptos" w:hAnsi="Aptos"/>
          <w:b/>
          <w:sz w:val="20"/>
          <w:szCs w:val="20"/>
        </w:rPr>
      </w:pPr>
    </w:p>
    <w:p w14:paraId="464A0EDF" w14:textId="77777777" w:rsidR="004375D6" w:rsidRPr="00C50BD6" w:rsidRDefault="00000000">
      <w:pPr>
        <w:spacing w:before="40" w:after="40"/>
        <w:rPr>
          <w:sz w:val="20"/>
          <w:szCs w:val="20"/>
        </w:rPr>
      </w:pPr>
      <w:r w:rsidRPr="00C50BD6">
        <w:rPr>
          <w:rFonts w:ascii="Aptos" w:hAnsi="Aptos"/>
          <w:b/>
          <w:sz w:val="20"/>
          <w:szCs w:val="20"/>
        </w:rPr>
        <w:t xml:space="preserve">b) Aşağıdaki </w:t>
      </w:r>
      <w:proofErr w:type="spellStart"/>
      <w:r w:rsidRPr="00C50BD6">
        <w:rPr>
          <w:rFonts w:ascii="Aptos" w:hAnsi="Aptos"/>
          <w:b/>
          <w:sz w:val="20"/>
          <w:szCs w:val="20"/>
        </w:rPr>
        <w:t>cümlede</w:t>
      </w:r>
      <w:proofErr w:type="spellEnd"/>
      <w:r w:rsidRPr="00C50BD6">
        <w:rPr>
          <w:rFonts w:ascii="Aptos" w:hAnsi="Aptos"/>
          <w:b/>
          <w:sz w:val="20"/>
          <w:szCs w:val="20"/>
        </w:rPr>
        <w:t xml:space="preserve"> </w:t>
      </w:r>
      <w:proofErr w:type="spellStart"/>
      <w:r w:rsidRPr="00C50BD6">
        <w:rPr>
          <w:rFonts w:ascii="Aptos" w:hAnsi="Aptos"/>
          <w:b/>
          <w:sz w:val="20"/>
          <w:szCs w:val="20"/>
        </w:rPr>
        <w:t>yer</w:t>
      </w:r>
      <w:proofErr w:type="spellEnd"/>
      <w:r w:rsidRPr="00C50BD6">
        <w:rPr>
          <w:rFonts w:ascii="Aptos" w:hAnsi="Aptos"/>
          <w:b/>
          <w:sz w:val="20"/>
          <w:szCs w:val="20"/>
        </w:rPr>
        <w:t xml:space="preserve"> </w:t>
      </w:r>
      <w:proofErr w:type="spellStart"/>
      <w:r w:rsidRPr="00C50BD6">
        <w:rPr>
          <w:rFonts w:ascii="Aptos" w:hAnsi="Aptos"/>
          <w:b/>
          <w:sz w:val="20"/>
          <w:szCs w:val="20"/>
        </w:rPr>
        <w:t>alan</w:t>
      </w:r>
      <w:proofErr w:type="spellEnd"/>
      <w:r w:rsidRPr="00C50BD6">
        <w:rPr>
          <w:rFonts w:ascii="Aptos" w:hAnsi="Aptos"/>
          <w:b/>
          <w:sz w:val="20"/>
          <w:szCs w:val="20"/>
        </w:rPr>
        <w:t xml:space="preserve"> </w:t>
      </w:r>
      <w:proofErr w:type="spellStart"/>
      <w:r w:rsidRPr="00C50BD6">
        <w:rPr>
          <w:rFonts w:ascii="Aptos" w:hAnsi="Aptos"/>
          <w:b/>
          <w:sz w:val="20"/>
          <w:szCs w:val="20"/>
        </w:rPr>
        <w:t>yazım</w:t>
      </w:r>
      <w:proofErr w:type="spellEnd"/>
      <w:r w:rsidRPr="00C50BD6">
        <w:rPr>
          <w:rFonts w:ascii="Aptos" w:hAnsi="Aptos"/>
          <w:b/>
          <w:sz w:val="20"/>
          <w:szCs w:val="20"/>
        </w:rPr>
        <w:t xml:space="preserve"> yanlışını bularak cümlenin doğru hâlini altındaki çizgiye yazınız. (5 Puan)</w:t>
      </w:r>
      <w:r w:rsidRPr="00C50BD6">
        <w:rPr>
          <w:rFonts w:ascii="Aptos" w:hAnsi="Aptos"/>
          <w:b/>
          <w:sz w:val="20"/>
          <w:szCs w:val="20"/>
        </w:rPr>
        <w:br/>
      </w:r>
      <w:r w:rsidRPr="00C50BD6">
        <w:rPr>
          <w:rFonts w:ascii="Aptos" w:hAnsi="Aptos"/>
          <w:sz w:val="20"/>
          <w:szCs w:val="20"/>
        </w:rPr>
        <w:t>"Kütüphanedeki eski kitaplar da bizim için çok kıymetli birer hazinedir."</w:t>
      </w:r>
      <w:r w:rsidRPr="00C50BD6">
        <w:rPr>
          <w:rFonts w:ascii="Aptos" w:hAnsi="Aptos"/>
          <w:sz w:val="20"/>
          <w:szCs w:val="20"/>
        </w:rPr>
        <w:br/>
        <w:t>Doğrusu: .........................................................................................................................</w:t>
      </w:r>
    </w:p>
    <w:p w14:paraId="222957B5" w14:textId="77777777" w:rsidR="00D41E8B" w:rsidRPr="00C50BD6" w:rsidRDefault="00D41E8B">
      <w:pPr>
        <w:spacing w:before="80" w:after="40"/>
        <w:rPr>
          <w:rFonts w:ascii="Aptos" w:hAnsi="Aptos"/>
          <w:b/>
          <w:sz w:val="20"/>
          <w:szCs w:val="20"/>
        </w:rPr>
      </w:pPr>
    </w:p>
    <w:p w14:paraId="2716744D" w14:textId="77777777" w:rsidR="004375D6" w:rsidRPr="00C50BD6" w:rsidRDefault="00000000">
      <w:pPr>
        <w:spacing w:before="80" w:after="40"/>
        <w:rPr>
          <w:sz w:val="20"/>
          <w:szCs w:val="20"/>
        </w:rPr>
      </w:pPr>
      <w:r w:rsidRPr="00C50BD6">
        <w:rPr>
          <w:rFonts w:ascii="Aptos" w:hAnsi="Aptos"/>
          <w:b/>
          <w:sz w:val="20"/>
          <w:szCs w:val="20"/>
        </w:rPr>
        <w:t>C. YAZMA ÇALIŞMASI (25 PUAN)</w:t>
      </w:r>
    </w:p>
    <w:p w14:paraId="237874A2" w14:textId="77777777" w:rsidR="004375D6" w:rsidRPr="00C50BD6" w:rsidRDefault="00000000">
      <w:pPr>
        <w:spacing w:before="40" w:after="20"/>
        <w:rPr>
          <w:sz w:val="20"/>
          <w:szCs w:val="20"/>
        </w:rPr>
      </w:pPr>
      <w:r w:rsidRPr="00C50BD6">
        <w:rPr>
          <w:rFonts w:ascii="Aptos" w:hAnsi="Aptos"/>
          <w:b/>
          <w:sz w:val="20"/>
          <w:szCs w:val="20"/>
        </w:rPr>
        <w:t xml:space="preserve">SORU 6: </w:t>
      </w:r>
      <w:r w:rsidRPr="00C50BD6">
        <w:rPr>
          <w:rFonts w:ascii="Aptos" w:hAnsi="Aptos"/>
          <w:sz w:val="20"/>
          <w:szCs w:val="20"/>
        </w:rPr>
        <w:t>(Kazanım: T.Y.6.18. Yazısını zenginleştirecek biçimde söz varlığını kullanabilme.)</w:t>
      </w:r>
    </w:p>
    <w:p w14:paraId="5F1F2957" w14:textId="77777777" w:rsidR="004375D6" w:rsidRPr="00C50BD6" w:rsidRDefault="00000000">
      <w:pPr>
        <w:spacing w:after="40"/>
        <w:rPr>
          <w:sz w:val="20"/>
          <w:szCs w:val="20"/>
        </w:rPr>
      </w:pPr>
      <w:r w:rsidRPr="00C50BD6">
        <w:rPr>
          <w:rFonts w:ascii="Aptos" w:hAnsi="Aptos"/>
          <w:b/>
          <w:sz w:val="20"/>
          <w:szCs w:val="20"/>
        </w:rPr>
        <w:t xml:space="preserve">Aşağıda verilen konuda duygu ve düşüncelerinizi anlatan bir paragraf yazınız. Yazınızda </w:t>
      </w:r>
      <w:r w:rsidRPr="00C50BD6">
        <w:rPr>
          <w:rFonts w:ascii="Aptos" w:hAnsi="Aptos"/>
          <w:b/>
          <w:i/>
          <w:iCs/>
          <w:sz w:val="20"/>
          <w:szCs w:val="20"/>
        </w:rPr>
        <w:t>"bilgi, aydınlık, keşif, kütüphane"</w:t>
      </w:r>
      <w:r w:rsidRPr="00C50BD6">
        <w:rPr>
          <w:rFonts w:ascii="Aptos" w:hAnsi="Aptos"/>
          <w:b/>
          <w:sz w:val="20"/>
          <w:szCs w:val="20"/>
        </w:rPr>
        <w:t xml:space="preserve"> sözcüklerinden en az üç tanesini anlamına uygun olarak kullanınız. Yazınıza uygun bir başlık koymayı, yazım ve noktalama kurallarına uymayı unutmayınız.</w:t>
      </w:r>
    </w:p>
    <w:p w14:paraId="4981DB2D" w14:textId="77777777" w:rsidR="004375D6" w:rsidRPr="00C50BD6" w:rsidRDefault="00000000">
      <w:pPr>
        <w:spacing w:before="40" w:after="40"/>
        <w:rPr>
          <w:sz w:val="20"/>
          <w:szCs w:val="20"/>
        </w:rPr>
      </w:pPr>
      <w:r w:rsidRPr="00C50BD6">
        <w:rPr>
          <w:rFonts w:ascii="Aptos" w:hAnsi="Aptos"/>
          <w:b/>
          <w:sz w:val="20"/>
          <w:szCs w:val="20"/>
        </w:rPr>
        <w:t xml:space="preserve">KONU: </w:t>
      </w:r>
      <w:r w:rsidRPr="00C50BD6">
        <w:rPr>
          <w:rFonts w:ascii="Aptos" w:hAnsi="Aptos"/>
          <w:sz w:val="20"/>
          <w:szCs w:val="20"/>
        </w:rPr>
        <w:t>"Kitap okumanın insanın düşünce dünyasını zenginleştirmedeki rolü."</w:t>
      </w:r>
    </w:p>
    <w:p w14:paraId="15C22EC2" w14:textId="77777777" w:rsidR="004375D6" w:rsidRPr="00C50BD6" w:rsidRDefault="004375D6">
      <w:pPr>
        <w:spacing w:after="120"/>
        <w:rPr>
          <w:rFonts w:ascii="Aptos" w:hAnsi="Aptos"/>
          <w:b/>
          <w:sz w:val="20"/>
          <w:szCs w:val="20"/>
        </w:rPr>
      </w:pPr>
    </w:p>
    <w:p w14:paraId="5588810C" w14:textId="77777777" w:rsidR="00D41E8B" w:rsidRPr="00C50BD6" w:rsidRDefault="00D41E8B">
      <w:pPr>
        <w:spacing w:after="120"/>
        <w:rPr>
          <w:rFonts w:ascii="Aptos" w:hAnsi="Aptos"/>
          <w:b/>
          <w:sz w:val="20"/>
          <w:szCs w:val="20"/>
        </w:rPr>
      </w:pPr>
    </w:p>
    <w:p w14:paraId="70CB8884" w14:textId="77777777" w:rsidR="00D41E8B" w:rsidRPr="00C50BD6" w:rsidRDefault="00D41E8B">
      <w:pPr>
        <w:spacing w:after="120"/>
        <w:rPr>
          <w:rFonts w:ascii="Aptos" w:hAnsi="Aptos"/>
          <w:b/>
          <w:sz w:val="20"/>
          <w:szCs w:val="20"/>
        </w:rPr>
      </w:pPr>
    </w:p>
    <w:p w14:paraId="4B412404" w14:textId="77777777" w:rsidR="00D41E8B" w:rsidRPr="00C50BD6" w:rsidRDefault="00D41E8B">
      <w:pPr>
        <w:spacing w:after="120"/>
        <w:rPr>
          <w:rFonts w:ascii="Aptos" w:hAnsi="Aptos"/>
          <w:b/>
          <w:sz w:val="20"/>
          <w:szCs w:val="20"/>
        </w:rPr>
      </w:pPr>
    </w:p>
    <w:p w14:paraId="1D0F953B" w14:textId="77777777" w:rsidR="00D41E8B" w:rsidRPr="00C50BD6" w:rsidRDefault="00D41E8B">
      <w:pPr>
        <w:spacing w:after="120"/>
        <w:rPr>
          <w:rFonts w:ascii="Aptos" w:hAnsi="Aptos"/>
          <w:b/>
          <w:sz w:val="20"/>
          <w:szCs w:val="20"/>
        </w:rPr>
      </w:pPr>
    </w:p>
    <w:p w14:paraId="79DCC1DC" w14:textId="77777777" w:rsidR="00D41E8B" w:rsidRPr="00C50BD6" w:rsidRDefault="00D41E8B">
      <w:pPr>
        <w:spacing w:after="120"/>
        <w:rPr>
          <w:rFonts w:ascii="Aptos" w:hAnsi="Aptos"/>
          <w:b/>
          <w:sz w:val="20"/>
          <w:szCs w:val="20"/>
        </w:rPr>
      </w:pPr>
    </w:p>
    <w:p w14:paraId="2506156D" w14:textId="77777777" w:rsidR="00D41E8B" w:rsidRPr="00C50BD6" w:rsidRDefault="00D41E8B">
      <w:pPr>
        <w:spacing w:after="120"/>
        <w:rPr>
          <w:rFonts w:ascii="Aptos" w:hAnsi="Aptos"/>
          <w:b/>
          <w:sz w:val="20"/>
          <w:szCs w:val="20"/>
        </w:rPr>
      </w:pPr>
    </w:p>
    <w:p w14:paraId="7570BDDA" w14:textId="77777777" w:rsidR="00D41E8B" w:rsidRPr="00C50BD6" w:rsidRDefault="00D41E8B">
      <w:pPr>
        <w:spacing w:after="120"/>
        <w:rPr>
          <w:rFonts w:ascii="Aptos" w:hAnsi="Aptos"/>
          <w:b/>
          <w:sz w:val="20"/>
          <w:szCs w:val="20"/>
        </w:rPr>
      </w:pPr>
    </w:p>
    <w:p w14:paraId="01304A70" w14:textId="77777777" w:rsidR="00D41E8B" w:rsidRPr="00C50BD6" w:rsidRDefault="00D41E8B">
      <w:pPr>
        <w:spacing w:after="120"/>
        <w:rPr>
          <w:rFonts w:ascii="Aptos" w:hAnsi="Aptos"/>
          <w:b/>
          <w:sz w:val="20"/>
          <w:szCs w:val="20"/>
        </w:rPr>
      </w:pPr>
    </w:p>
    <w:p w14:paraId="34A45014" w14:textId="77777777" w:rsidR="00D41E8B" w:rsidRPr="00C50BD6" w:rsidRDefault="00D41E8B">
      <w:pPr>
        <w:spacing w:after="120"/>
        <w:rPr>
          <w:rFonts w:ascii="Aptos" w:hAnsi="Aptos"/>
          <w:b/>
          <w:sz w:val="20"/>
          <w:szCs w:val="20"/>
        </w:rPr>
      </w:pPr>
    </w:p>
    <w:p w14:paraId="1EA0DB3F" w14:textId="77777777" w:rsidR="00D41E8B" w:rsidRPr="00C50BD6" w:rsidRDefault="00D41E8B">
      <w:pPr>
        <w:spacing w:after="120"/>
        <w:rPr>
          <w:rFonts w:ascii="Aptos" w:hAnsi="Aptos"/>
          <w:b/>
          <w:sz w:val="20"/>
          <w:szCs w:val="20"/>
        </w:rPr>
      </w:pPr>
    </w:p>
    <w:p w14:paraId="1C07C5E9" w14:textId="77777777" w:rsidR="00D41E8B" w:rsidRPr="00C50BD6" w:rsidRDefault="00D41E8B">
      <w:pPr>
        <w:spacing w:after="120"/>
        <w:rPr>
          <w:rFonts w:ascii="Aptos" w:hAnsi="Aptos"/>
          <w:b/>
          <w:sz w:val="20"/>
          <w:szCs w:val="20"/>
        </w:rPr>
      </w:pPr>
    </w:p>
    <w:p w14:paraId="71403872" w14:textId="77777777" w:rsidR="00D41E8B" w:rsidRPr="00C50BD6" w:rsidRDefault="00D41E8B">
      <w:pPr>
        <w:spacing w:after="120"/>
        <w:rPr>
          <w:rFonts w:ascii="Aptos" w:hAnsi="Aptos"/>
          <w:b/>
          <w:sz w:val="20"/>
          <w:szCs w:val="20"/>
        </w:rPr>
      </w:pPr>
    </w:p>
    <w:p w14:paraId="47C269D5" w14:textId="77777777" w:rsidR="00D41E8B" w:rsidRPr="00C50BD6" w:rsidRDefault="00D41E8B">
      <w:pPr>
        <w:spacing w:after="120"/>
        <w:rPr>
          <w:rFonts w:ascii="Aptos" w:hAnsi="Aptos"/>
          <w:b/>
          <w:sz w:val="20"/>
          <w:szCs w:val="20"/>
        </w:rPr>
      </w:pPr>
    </w:p>
    <w:p w14:paraId="0862EEB8" w14:textId="77777777" w:rsidR="00D41E8B" w:rsidRPr="00C50BD6" w:rsidRDefault="00D41E8B">
      <w:pPr>
        <w:spacing w:after="120"/>
        <w:rPr>
          <w:rFonts w:ascii="Aptos" w:hAnsi="Aptos"/>
          <w:b/>
          <w:sz w:val="20"/>
          <w:szCs w:val="20"/>
        </w:rPr>
      </w:pPr>
    </w:p>
    <w:p w14:paraId="566CB041" w14:textId="77777777" w:rsidR="00D41E8B" w:rsidRPr="00C50BD6" w:rsidRDefault="00D41E8B">
      <w:pPr>
        <w:spacing w:after="120"/>
        <w:rPr>
          <w:rFonts w:ascii="Aptos" w:hAnsi="Aptos"/>
          <w:b/>
          <w:sz w:val="20"/>
          <w:szCs w:val="20"/>
        </w:rPr>
      </w:pPr>
    </w:p>
    <w:p w14:paraId="22B29C49" w14:textId="77777777" w:rsidR="00D41E8B" w:rsidRPr="00C50BD6" w:rsidRDefault="00D41E8B">
      <w:pPr>
        <w:spacing w:after="120"/>
        <w:rPr>
          <w:rFonts w:ascii="Aptos" w:hAnsi="Aptos"/>
          <w:b/>
          <w:sz w:val="20"/>
          <w:szCs w:val="20"/>
        </w:rPr>
      </w:pPr>
    </w:p>
    <w:p w14:paraId="39225ADC" w14:textId="77777777" w:rsidR="00D41E8B" w:rsidRPr="00C50BD6" w:rsidRDefault="00D41E8B">
      <w:pPr>
        <w:spacing w:after="120"/>
        <w:rPr>
          <w:rFonts w:ascii="Aptos" w:hAnsi="Aptos"/>
          <w:b/>
          <w:sz w:val="20"/>
          <w:szCs w:val="20"/>
        </w:rPr>
      </w:pPr>
    </w:p>
    <w:p w14:paraId="7604888E" w14:textId="77777777" w:rsidR="00D41E8B" w:rsidRPr="00C50BD6" w:rsidRDefault="00D41E8B">
      <w:pPr>
        <w:spacing w:after="120"/>
        <w:rPr>
          <w:rFonts w:ascii="Aptos" w:hAnsi="Aptos"/>
          <w:b/>
          <w:sz w:val="20"/>
          <w:szCs w:val="20"/>
        </w:rPr>
      </w:pPr>
    </w:p>
    <w:p w14:paraId="26F7993D" w14:textId="77777777" w:rsidR="00D41E8B" w:rsidRPr="00C50BD6" w:rsidRDefault="00D41E8B">
      <w:pPr>
        <w:spacing w:after="120"/>
        <w:rPr>
          <w:rFonts w:ascii="Aptos" w:hAnsi="Aptos"/>
          <w:b/>
          <w:sz w:val="20"/>
          <w:szCs w:val="20"/>
        </w:rPr>
      </w:pPr>
    </w:p>
    <w:p w14:paraId="03BE7123" w14:textId="77777777" w:rsidR="00D41E8B" w:rsidRPr="00C50BD6" w:rsidRDefault="00D41E8B">
      <w:pPr>
        <w:spacing w:after="120"/>
        <w:rPr>
          <w:sz w:val="20"/>
          <w:szCs w:val="20"/>
        </w:rPr>
      </w:pPr>
    </w:p>
    <w:p w14:paraId="3C06F321" w14:textId="77777777" w:rsidR="004375D6" w:rsidRPr="00C50BD6" w:rsidRDefault="004375D6">
      <w:pPr>
        <w:spacing w:after="120"/>
        <w:rPr>
          <w:sz w:val="20"/>
          <w:szCs w:val="20"/>
        </w:rPr>
      </w:pPr>
    </w:p>
    <w:p w14:paraId="71AA014B" w14:textId="77777777" w:rsidR="004375D6" w:rsidRDefault="004375D6">
      <w:pPr>
        <w:spacing w:after="120"/>
        <w:rPr>
          <w:sz w:val="20"/>
          <w:szCs w:val="20"/>
        </w:rPr>
      </w:pPr>
    </w:p>
    <w:p w14:paraId="03418D07" w14:textId="77777777" w:rsidR="00C50BD6" w:rsidRPr="00C50BD6" w:rsidRDefault="00C50BD6">
      <w:pPr>
        <w:spacing w:after="120"/>
        <w:rPr>
          <w:sz w:val="20"/>
          <w:szCs w:val="20"/>
        </w:rPr>
      </w:pPr>
    </w:p>
    <w:p w14:paraId="22007EF4" w14:textId="77777777" w:rsidR="004375D6" w:rsidRPr="00C50BD6" w:rsidRDefault="004375D6">
      <w:pPr>
        <w:spacing w:after="120"/>
        <w:rPr>
          <w:sz w:val="20"/>
          <w:szCs w:val="20"/>
        </w:rPr>
      </w:pPr>
    </w:p>
    <w:p w14:paraId="08130EEA" w14:textId="77777777" w:rsidR="004375D6" w:rsidRPr="00C50BD6" w:rsidRDefault="004375D6">
      <w:pPr>
        <w:spacing w:after="120"/>
        <w:rPr>
          <w:sz w:val="20"/>
          <w:szCs w:val="20"/>
        </w:rPr>
      </w:pPr>
    </w:p>
    <w:p w14:paraId="5E2FEA4B" w14:textId="77777777" w:rsidR="004375D6" w:rsidRPr="00C50BD6" w:rsidRDefault="00000000">
      <w:pPr>
        <w:spacing w:before="120" w:after="80"/>
        <w:jc w:val="right"/>
        <w:rPr>
          <w:sz w:val="20"/>
          <w:szCs w:val="20"/>
        </w:rPr>
      </w:pPr>
      <w:r w:rsidRPr="00C50BD6">
        <w:rPr>
          <w:rFonts w:ascii="Aptos" w:hAnsi="Aptos"/>
          <w:b/>
          <w:sz w:val="20"/>
          <w:szCs w:val="20"/>
        </w:rPr>
        <w:t>Sınav Süresi: 40 Dakikadır. | Başarılar Dilerim. KonuVakti.com | TestVakti.net | Turkcetestvakti.com</w:t>
      </w:r>
    </w:p>
    <w:p w14:paraId="6F3C1D6E" w14:textId="77777777" w:rsidR="004375D6" w:rsidRPr="00C50BD6" w:rsidRDefault="00000000">
      <w:pPr>
        <w:spacing w:before="200" w:after="80"/>
        <w:jc w:val="center"/>
        <w:rPr>
          <w:sz w:val="20"/>
          <w:szCs w:val="20"/>
        </w:rPr>
      </w:pPr>
      <w:r w:rsidRPr="00C50BD6">
        <w:rPr>
          <w:rFonts w:ascii="Segoe UI Emoji" w:hAnsi="Segoe UI Emoji"/>
          <w:b/>
          <w:sz w:val="20"/>
          <w:szCs w:val="20"/>
        </w:rPr>
        <w:lastRenderedPageBreak/>
        <w:t xml:space="preserve">🔑 </w:t>
      </w:r>
      <w:r w:rsidRPr="00C50BD6">
        <w:rPr>
          <w:rFonts w:ascii="Aptos" w:hAnsi="Aptos"/>
          <w:b/>
          <w:sz w:val="20"/>
          <w:szCs w:val="20"/>
        </w:rPr>
        <w:t>Öğretmenim İçin Cevap Anahtarı</w:t>
      </w:r>
    </w:p>
    <w:p w14:paraId="7041EB29" w14:textId="77777777" w:rsidR="004375D6" w:rsidRPr="00C50BD6" w:rsidRDefault="00000000">
      <w:pPr>
        <w:spacing w:before="40" w:after="40"/>
        <w:rPr>
          <w:sz w:val="20"/>
          <w:szCs w:val="20"/>
        </w:rPr>
      </w:pPr>
      <w:r w:rsidRPr="00C50BD6">
        <w:rPr>
          <w:rFonts w:ascii="Aptos" w:hAnsi="Aptos"/>
          <w:b/>
          <w:sz w:val="20"/>
          <w:szCs w:val="20"/>
        </w:rPr>
        <w:t>1. Soru:</w:t>
      </w:r>
      <w:r w:rsidRPr="00C50BD6">
        <w:rPr>
          <w:rFonts w:ascii="Aptos" w:hAnsi="Aptos"/>
          <w:sz w:val="20"/>
          <w:szCs w:val="20"/>
        </w:rPr>
        <w:t xml:space="preserve"> "Dönüm noktası" söz öbeğinin tahmini: Bir olayın, durumun gelişiminde yeni bir doğrultu, yeni bir dönem başlatan önemli aşama veya olay. Cümle: "Liseye başlaması hayatında önemli bir dönüm noktası oldu." (Tahmin 10 Puan, Cümle 5 Puan; Toplam 15 Puan)</w:t>
      </w:r>
    </w:p>
    <w:p w14:paraId="2BE77ACF" w14:textId="77777777" w:rsidR="004375D6" w:rsidRPr="00C50BD6" w:rsidRDefault="00000000">
      <w:pPr>
        <w:spacing w:before="40" w:after="40"/>
        <w:rPr>
          <w:sz w:val="20"/>
          <w:szCs w:val="20"/>
        </w:rPr>
      </w:pPr>
      <w:r w:rsidRPr="00C50BD6">
        <w:rPr>
          <w:rFonts w:ascii="Aptos" w:hAnsi="Aptos"/>
          <w:b/>
          <w:sz w:val="20"/>
          <w:szCs w:val="20"/>
        </w:rPr>
        <w:t>2. Soru:</w:t>
      </w:r>
      <w:r w:rsidRPr="00C50BD6">
        <w:rPr>
          <w:rFonts w:ascii="Aptos" w:hAnsi="Aptos"/>
          <w:sz w:val="20"/>
          <w:szCs w:val="20"/>
        </w:rPr>
        <w:t xml:space="preserve"> İnsanlar taş tabletler, kurutulmuş kil levhalar ve hayvan derisinden yapılan parşömenleri kullanmışlardır. Kâğıt hafif ve taşınması kolay olduğu için kitapların çoğalmasını sağlamış, böylece bilim ve sanat geniş kitlelere ulaşıp tüm insanlığın ortak malı hâline gelmiştir. (15 Puan)</w:t>
      </w:r>
    </w:p>
    <w:p w14:paraId="6A5F14DD" w14:textId="77777777" w:rsidR="004375D6" w:rsidRPr="00C50BD6" w:rsidRDefault="00000000">
      <w:pPr>
        <w:spacing w:before="40" w:after="40"/>
        <w:rPr>
          <w:sz w:val="20"/>
          <w:szCs w:val="20"/>
        </w:rPr>
      </w:pPr>
      <w:r w:rsidRPr="00C50BD6">
        <w:rPr>
          <w:rFonts w:ascii="Aptos" w:hAnsi="Aptos"/>
          <w:b/>
          <w:sz w:val="20"/>
          <w:szCs w:val="20"/>
        </w:rPr>
        <w:t>3. Soru:</w:t>
      </w:r>
      <w:r w:rsidRPr="00C50BD6">
        <w:rPr>
          <w:rFonts w:ascii="Aptos" w:hAnsi="Aptos"/>
          <w:sz w:val="20"/>
          <w:szCs w:val="20"/>
        </w:rPr>
        <w:t xml:space="preserve"> Metnin anahtar kelimeleri: Kâğıt, Bilgi / Uygarlık, Kitap / Bilim. (Her doğru anahtar kelime 5 Puan; toplam 15 Puan)</w:t>
      </w:r>
    </w:p>
    <w:p w14:paraId="5CB04EEE" w14:textId="77777777" w:rsidR="004375D6" w:rsidRPr="00C50BD6" w:rsidRDefault="00000000">
      <w:pPr>
        <w:spacing w:before="40" w:after="40"/>
        <w:rPr>
          <w:sz w:val="20"/>
          <w:szCs w:val="20"/>
        </w:rPr>
      </w:pPr>
      <w:r w:rsidRPr="00342C94">
        <w:rPr>
          <w:rFonts w:ascii="Aptos" w:hAnsi="Aptos"/>
          <w:b/>
          <w:bCs/>
          <w:sz w:val="20"/>
          <w:szCs w:val="20"/>
        </w:rPr>
        <w:t>4. Soru:</w:t>
      </w:r>
      <w:r w:rsidRPr="00C50BD6">
        <w:rPr>
          <w:rFonts w:ascii="Aptos" w:hAnsi="Aptos"/>
          <w:sz w:val="20"/>
          <w:szCs w:val="20"/>
        </w:rPr>
        <w:t xml:space="preserve"> (Her doğru kelime 5 Puan; toplam 15 Puan)</w:t>
      </w:r>
      <w:r w:rsidRPr="00C50BD6">
        <w:rPr>
          <w:rFonts w:ascii="Aptos" w:hAnsi="Aptos"/>
          <w:sz w:val="20"/>
          <w:szCs w:val="20"/>
        </w:rPr>
        <w:br/>
        <w:t>• Parşömen (Üzerine yazı yazmak veya resim yapmak için hazırlanan hayvan derisi)</w:t>
      </w:r>
      <w:r w:rsidRPr="00C50BD6">
        <w:rPr>
          <w:rFonts w:ascii="Aptos" w:hAnsi="Aptos"/>
          <w:sz w:val="20"/>
          <w:szCs w:val="20"/>
        </w:rPr>
        <w:br/>
        <w:t>• Uygarlık (Bir ülkenin veya toplumun ulaştığı bilgi, bilim, sanat ve düşünce düzeyi; medeniyet)</w:t>
      </w:r>
      <w:r w:rsidRPr="00C50BD6">
        <w:rPr>
          <w:rFonts w:ascii="Aptos" w:hAnsi="Aptos"/>
          <w:sz w:val="20"/>
          <w:szCs w:val="20"/>
        </w:rPr>
        <w:br/>
        <w:t>• Lif (Bitki ve ağaç dokularını oluşturan çok ince lif veya iplikçik)</w:t>
      </w:r>
    </w:p>
    <w:p w14:paraId="72D0E8D5" w14:textId="77777777" w:rsidR="004375D6" w:rsidRPr="00C50BD6" w:rsidRDefault="00000000">
      <w:pPr>
        <w:spacing w:before="40" w:after="40"/>
        <w:rPr>
          <w:sz w:val="20"/>
          <w:szCs w:val="20"/>
        </w:rPr>
      </w:pPr>
      <w:r w:rsidRPr="00C50BD6">
        <w:rPr>
          <w:rFonts w:ascii="Aptos" w:hAnsi="Aptos"/>
          <w:b/>
          <w:sz w:val="20"/>
          <w:szCs w:val="20"/>
        </w:rPr>
        <w:t>5. Soru: (Toplam 15 Puan)</w:t>
      </w:r>
      <w:r w:rsidRPr="00C50BD6">
        <w:rPr>
          <w:rFonts w:ascii="Aptos" w:hAnsi="Aptos"/>
          <w:sz w:val="20"/>
          <w:szCs w:val="20"/>
        </w:rPr>
        <w:br/>
        <w:t xml:space="preserve">a) Noktalama: Kütüphane görevlisi </w:t>
      </w:r>
      <w:proofErr w:type="gramStart"/>
      <w:r w:rsidRPr="00C50BD6">
        <w:rPr>
          <w:rFonts w:ascii="Aptos" w:hAnsi="Aptos"/>
          <w:sz w:val="20"/>
          <w:szCs w:val="20"/>
        </w:rPr>
        <w:t>( ,</w:t>
      </w:r>
      <w:proofErr w:type="gramEnd"/>
      <w:r w:rsidRPr="00C50BD6">
        <w:rPr>
          <w:rFonts w:ascii="Aptos" w:hAnsi="Aptos"/>
          <w:sz w:val="20"/>
          <w:szCs w:val="20"/>
        </w:rPr>
        <w:t xml:space="preserve"> ) öğrencilere seslendi ( : ) ( “ ) Kitaplar geçmiş ile gelecek arasında kurulmuş birer köprüdür ( . ) </w:t>
      </w:r>
      <w:proofErr w:type="gramStart"/>
      <w:r w:rsidRPr="00C50BD6">
        <w:rPr>
          <w:rFonts w:ascii="Aptos" w:hAnsi="Aptos"/>
          <w:sz w:val="20"/>
          <w:szCs w:val="20"/>
        </w:rPr>
        <w:t>( ”</w:t>
      </w:r>
      <w:proofErr w:type="gramEnd"/>
      <w:r w:rsidRPr="00C50BD6">
        <w:rPr>
          <w:rFonts w:ascii="Aptos" w:hAnsi="Aptos"/>
          <w:sz w:val="20"/>
          <w:szCs w:val="20"/>
        </w:rPr>
        <w:t xml:space="preserve"> ) (Her doğru işaret 2 Puan; toplam 10 Puan)</w:t>
      </w:r>
      <w:r w:rsidRPr="00C50BD6">
        <w:rPr>
          <w:rFonts w:ascii="Aptos" w:hAnsi="Aptos"/>
          <w:sz w:val="20"/>
          <w:szCs w:val="20"/>
        </w:rPr>
        <w:br/>
        <w:t>b) Yazım Kuralı: Bağlaç olan "da" ayrı yazılmalıdır: "Kütüphanedeki eski kitaplar da bizim için çok kıymetli birer hazinedir." (5 Puan)</w:t>
      </w:r>
    </w:p>
    <w:p w14:paraId="5381348E" w14:textId="77777777" w:rsidR="004375D6" w:rsidRPr="00C50BD6" w:rsidRDefault="00000000">
      <w:pPr>
        <w:spacing w:before="40" w:after="40"/>
        <w:rPr>
          <w:sz w:val="20"/>
          <w:szCs w:val="20"/>
        </w:rPr>
      </w:pPr>
      <w:r w:rsidRPr="00C50BD6">
        <w:rPr>
          <w:rFonts w:ascii="Aptos" w:hAnsi="Aptos"/>
          <w:b/>
          <w:sz w:val="20"/>
          <w:szCs w:val="20"/>
        </w:rPr>
        <w:t>6. Soru: Yazma Değerlendirme Baremi (25 Puan)</w:t>
      </w:r>
      <w:r w:rsidRPr="00C50BD6">
        <w:rPr>
          <w:rFonts w:ascii="Aptos" w:hAnsi="Aptos"/>
          <w:sz w:val="20"/>
          <w:szCs w:val="20"/>
        </w:rPr>
        <w:br/>
        <w:t>• Konuya uygunluk ve içerik bütünlüğü: 8 Puan</w:t>
      </w:r>
      <w:r w:rsidRPr="00C50BD6">
        <w:rPr>
          <w:rFonts w:ascii="Aptos" w:hAnsi="Aptos"/>
          <w:sz w:val="20"/>
          <w:szCs w:val="20"/>
        </w:rPr>
        <w:br/>
        <w:t>• Belirtilen anahtar sözcüklerin (en az üçünün) yerinde ve anlamına uygun kullanımı: 7 Puan</w:t>
      </w:r>
      <w:r w:rsidRPr="00C50BD6">
        <w:rPr>
          <w:rFonts w:ascii="Aptos" w:hAnsi="Aptos"/>
          <w:sz w:val="20"/>
          <w:szCs w:val="20"/>
        </w:rPr>
        <w:br/>
        <w:t>• Yazım ve noktalama kurallarına uygunluk: 5 Puan</w:t>
      </w:r>
      <w:r w:rsidRPr="00C50BD6">
        <w:rPr>
          <w:rFonts w:ascii="Aptos" w:hAnsi="Aptos"/>
          <w:sz w:val="20"/>
          <w:szCs w:val="20"/>
        </w:rPr>
        <w:br/>
        <w:t>• Sayfa düzeni ve uygun başlık seçimi: 5 Puan</w:t>
      </w:r>
    </w:p>
    <w:p w14:paraId="1ECA0B1F" w14:textId="77777777" w:rsidR="004375D6" w:rsidRPr="00C50BD6" w:rsidRDefault="00000000">
      <w:pPr>
        <w:spacing w:before="120" w:after="40"/>
        <w:jc w:val="right"/>
        <w:rPr>
          <w:sz w:val="20"/>
          <w:szCs w:val="20"/>
        </w:rPr>
      </w:pPr>
      <w:r w:rsidRPr="00C50BD6">
        <w:rPr>
          <w:rFonts w:ascii="Aptos" w:hAnsi="Aptos"/>
          <w:b/>
          <w:sz w:val="20"/>
          <w:szCs w:val="20"/>
        </w:rPr>
        <w:t>KonuVakti.com | TestVakti.net | Turkcetestvakti.com</w:t>
      </w:r>
    </w:p>
    <w:sectPr w:rsidR="004375D6" w:rsidRPr="00C50BD6"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92083241">
    <w:abstractNumId w:val="8"/>
  </w:num>
  <w:num w:numId="2" w16cid:durableId="726299255">
    <w:abstractNumId w:val="6"/>
  </w:num>
  <w:num w:numId="3" w16cid:durableId="2092269349">
    <w:abstractNumId w:val="5"/>
  </w:num>
  <w:num w:numId="4" w16cid:durableId="311065079">
    <w:abstractNumId w:val="4"/>
  </w:num>
  <w:num w:numId="5" w16cid:durableId="1441490556">
    <w:abstractNumId w:val="7"/>
  </w:num>
  <w:num w:numId="6" w16cid:durableId="920985830">
    <w:abstractNumId w:val="3"/>
  </w:num>
  <w:num w:numId="7" w16cid:durableId="483086722">
    <w:abstractNumId w:val="2"/>
  </w:num>
  <w:num w:numId="8" w16cid:durableId="933322661">
    <w:abstractNumId w:val="1"/>
  </w:num>
  <w:num w:numId="9" w16cid:durableId="1844469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2C94"/>
    <w:rsid w:val="004375D6"/>
    <w:rsid w:val="00916F86"/>
    <w:rsid w:val="00AA1D8D"/>
    <w:rsid w:val="00B47730"/>
    <w:rsid w:val="00C50BD6"/>
    <w:rsid w:val="00CB0664"/>
    <w:rsid w:val="00CD3D15"/>
    <w:rsid w:val="00D41E8B"/>
    <w:rsid w:val="00E22D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DB4E23"/>
  <w14:defaultImageDpi w14:val="300"/>
  <w15:docId w15:val="{337C1D1F-575B-43AA-AC82-6783FA91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2026-10-23T07:47:00Z</dcterms:modified>
  <cp:category/>
</cp:coreProperties>
</file>