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D4C6A1" w14:textId="77777777" w:rsidR="007420EE" w:rsidRPr="00EC3545" w:rsidRDefault="00000000">
      <w:pPr>
        <w:spacing w:after="40"/>
        <w:jc w:val="center"/>
        <w:rPr>
          <w:sz w:val="20"/>
          <w:szCs w:val="20"/>
        </w:rPr>
      </w:pPr>
      <w:r w:rsidRPr="00EC3545">
        <w:rPr>
          <w:rFonts w:ascii="Aptos" w:hAnsi="Aptos"/>
          <w:b/>
          <w:sz w:val="20"/>
          <w:szCs w:val="20"/>
        </w:rPr>
        <w:t>................................................................ ORTAOKULU</w:t>
      </w:r>
    </w:p>
    <w:p w14:paraId="51D4FFDB" w14:textId="77777777" w:rsidR="007420EE" w:rsidRPr="00EC3545" w:rsidRDefault="00000000">
      <w:pPr>
        <w:spacing w:after="80"/>
        <w:jc w:val="center"/>
        <w:rPr>
          <w:sz w:val="20"/>
          <w:szCs w:val="20"/>
        </w:rPr>
      </w:pPr>
      <w:r w:rsidRPr="00EC3545">
        <w:rPr>
          <w:rFonts w:ascii="Aptos" w:hAnsi="Aptos"/>
          <w:b/>
          <w:sz w:val="20"/>
          <w:szCs w:val="20"/>
        </w:rPr>
        <w:t>2026-2027 EĞİTİM ÖĞRETİM YILI TÜRKÇE DERSİ 6. SINIF 1. DÖNEM 1. ORTAK YAZILI SINAVI (2. SENARYO)</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654"/>
        <w:gridCol w:w="2835"/>
      </w:tblGrid>
      <w:tr w:rsidR="0042009C" w:rsidRPr="00EC3545" w14:paraId="3DADC4FC" w14:textId="77777777">
        <w:trPr>
          <w:jc w:val="center"/>
        </w:trPr>
        <w:tc>
          <w:tcPr>
            <w:tcW w:w="7654" w:type="dxa"/>
          </w:tcPr>
          <w:p w14:paraId="73684794" w14:textId="77777777" w:rsidR="0042009C" w:rsidRPr="00EC3545" w:rsidRDefault="0042009C">
            <w:pPr>
              <w:spacing w:before="40" w:after="40"/>
              <w:rPr>
                <w:sz w:val="20"/>
                <w:szCs w:val="20"/>
              </w:rPr>
            </w:pPr>
            <w:proofErr w:type="spellStart"/>
            <w:r w:rsidRPr="00EC3545">
              <w:rPr>
                <w:rFonts w:ascii="Aptos" w:hAnsi="Aptos"/>
                <w:b/>
                <w:sz w:val="20"/>
                <w:szCs w:val="20"/>
              </w:rPr>
              <w:t>Adı</w:t>
            </w:r>
            <w:proofErr w:type="spellEnd"/>
            <w:r w:rsidRPr="00EC3545">
              <w:rPr>
                <w:rFonts w:ascii="Aptos" w:hAnsi="Aptos"/>
                <w:b/>
                <w:sz w:val="20"/>
                <w:szCs w:val="20"/>
              </w:rPr>
              <w:t xml:space="preserve"> </w:t>
            </w:r>
            <w:proofErr w:type="spellStart"/>
            <w:r w:rsidRPr="00EC3545">
              <w:rPr>
                <w:rFonts w:ascii="Aptos" w:hAnsi="Aptos"/>
                <w:b/>
                <w:sz w:val="20"/>
                <w:szCs w:val="20"/>
              </w:rPr>
              <w:t>Soyadı</w:t>
            </w:r>
            <w:proofErr w:type="spellEnd"/>
            <w:r w:rsidRPr="00EC3545">
              <w:rPr>
                <w:rFonts w:ascii="Aptos" w:hAnsi="Aptos"/>
                <w:b/>
                <w:sz w:val="20"/>
                <w:szCs w:val="20"/>
              </w:rPr>
              <w:t>:</w:t>
            </w:r>
          </w:p>
        </w:tc>
        <w:tc>
          <w:tcPr>
            <w:tcW w:w="2835" w:type="dxa"/>
            <w:vMerge w:val="restart"/>
          </w:tcPr>
          <w:p w14:paraId="028EDC80" w14:textId="77777777" w:rsidR="0042009C" w:rsidRPr="00EC3545" w:rsidRDefault="0042009C">
            <w:pPr>
              <w:spacing w:before="40" w:after="40"/>
              <w:rPr>
                <w:sz w:val="20"/>
                <w:szCs w:val="20"/>
              </w:rPr>
            </w:pPr>
            <w:proofErr w:type="spellStart"/>
            <w:r w:rsidRPr="00EC3545">
              <w:rPr>
                <w:rFonts w:ascii="Aptos" w:hAnsi="Aptos"/>
                <w:b/>
                <w:sz w:val="20"/>
                <w:szCs w:val="20"/>
              </w:rPr>
              <w:t>Aldığı</w:t>
            </w:r>
            <w:proofErr w:type="spellEnd"/>
            <w:r w:rsidRPr="00EC3545">
              <w:rPr>
                <w:rFonts w:ascii="Aptos" w:hAnsi="Aptos"/>
                <w:b/>
                <w:sz w:val="20"/>
                <w:szCs w:val="20"/>
              </w:rPr>
              <w:t xml:space="preserve"> Not:</w:t>
            </w:r>
          </w:p>
        </w:tc>
      </w:tr>
      <w:tr w:rsidR="0042009C" w:rsidRPr="00EC3545" w14:paraId="48387173" w14:textId="77777777">
        <w:trPr>
          <w:jc w:val="center"/>
        </w:trPr>
        <w:tc>
          <w:tcPr>
            <w:tcW w:w="7654" w:type="dxa"/>
          </w:tcPr>
          <w:p w14:paraId="4E6AD103" w14:textId="77777777" w:rsidR="0042009C" w:rsidRPr="00EC3545" w:rsidRDefault="0042009C">
            <w:pPr>
              <w:spacing w:before="40" w:after="40"/>
              <w:rPr>
                <w:sz w:val="20"/>
                <w:szCs w:val="20"/>
              </w:rPr>
            </w:pPr>
            <w:proofErr w:type="spellStart"/>
            <w:r w:rsidRPr="00EC3545">
              <w:rPr>
                <w:rFonts w:ascii="Aptos" w:hAnsi="Aptos"/>
                <w:b/>
                <w:sz w:val="20"/>
                <w:szCs w:val="20"/>
              </w:rPr>
              <w:t>Sınıfı</w:t>
            </w:r>
            <w:proofErr w:type="spellEnd"/>
            <w:r w:rsidRPr="00EC3545">
              <w:rPr>
                <w:rFonts w:ascii="Aptos" w:hAnsi="Aptos"/>
                <w:b/>
                <w:sz w:val="20"/>
                <w:szCs w:val="20"/>
              </w:rPr>
              <w:t xml:space="preserve"> / No:</w:t>
            </w:r>
          </w:p>
        </w:tc>
        <w:tc>
          <w:tcPr>
            <w:tcW w:w="2835" w:type="dxa"/>
            <w:vMerge/>
          </w:tcPr>
          <w:p w14:paraId="72E14C49" w14:textId="77777777" w:rsidR="0042009C" w:rsidRPr="00EC3545" w:rsidRDefault="0042009C">
            <w:pPr>
              <w:spacing w:before="40" w:after="40"/>
              <w:rPr>
                <w:sz w:val="20"/>
                <w:szCs w:val="20"/>
              </w:rPr>
            </w:pPr>
          </w:p>
        </w:tc>
      </w:tr>
    </w:tbl>
    <w:p w14:paraId="38651607" w14:textId="77777777" w:rsidR="007420EE" w:rsidRPr="00EC3545" w:rsidRDefault="00000000">
      <w:pPr>
        <w:spacing w:before="120" w:after="40"/>
        <w:rPr>
          <w:sz w:val="20"/>
          <w:szCs w:val="20"/>
        </w:rPr>
      </w:pPr>
      <w:r w:rsidRPr="00EC3545">
        <w:rPr>
          <w:rFonts w:ascii="Aptos" w:hAnsi="Aptos"/>
          <w:b/>
          <w:sz w:val="20"/>
          <w:szCs w:val="20"/>
        </w:rPr>
        <w:t>A. OKUMA VE ANLAMA ÇALIŞMASI</w:t>
      </w:r>
    </w:p>
    <w:p w14:paraId="190AEECD" w14:textId="77777777" w:rsidR="007420EE" w:rsidRPr="00EC3545" w:rsidRDefault="00000000">
      <w:pPr>
        <w:spacing w:after="80"/>
        <w:rPr>
          <w:sz w:val="20"/>
          <w:szCs w:val="20"/>
        </w:rPr>
      </w:pPr>
      <w:r w:rsidRPr="00EC3545">
        <w:rPr>
          <w:rFonts w:ascii="Aptos" w:hAnsi="Aptos"/>
          <w:i/>
          <w:sz w:val="20"/>
          <w:szCs w:val="20"/>
        </w:rPr>
        <w:t>(Aşağıdaki 1, 2 ve 3. soruları metne göre cevaplayınız.)</w:t>
      </w:r>
    </w:p>
    <w:p w14:paraId="5377E34C" w14:textId="77777777" w:rsidR="007420EE" w:rsidRPr="00EC3545" w:rsidRDefault="00000000">
      <w:pPr>
        <w:spacing w:before="40" w:after="40"/>
        <w:jc w:val="center"/>
        <w:rPr>
          <w:sz w:val="20"/>
          <w:szCs w:val="20"/>
        </w:rPr>
      </w:pPr>
      <w:r w:rsidRPr="00EC3545">
        <w:rPr>
          <w:rFonts w:ascii="Aptos" w:hAnsi="Aptos"/>
          <w:b/>
          <w:sz w:val="20"/>
          <w:szCs w:val="20"/>
        </w:rPr>
        <w:t>GÖKYÜZÜNÜN MİMARLARI: KUŞ YUVALARI</w:t>
      </w:r>
    </w:p>
    <w:p w14:paraId="3957B69F" w14:textId="77777777" w:rsidR="007420EE" w:rsidRPr="00EC3545" w:rsidRDefault="00000000">
      <w:pPr>
        <w:spacing w:after="80"/>
        <w:jc w:val="both"/>
        <w:rPr>
          <w:sz w:val="20"/>
          <w:szCs w:val="20"/>
        </w:rPr>
      </w:pPr>
      <w:r w:rsidRPr="00EC3545">
        <w:rPr>
          <w:rFonts w:ascii="Aptos" w:hAnsi="Aptos"/>
          <w:sz w:val="20"/>
          <w:szCs w:val="20"/>
        </w:rPr>
        <w:t>Kuşlar, doğanın en usta mimarlarıdır. İlkbahar mevsimi başladığında hemen her kuş türü, yavrularını soğuktan ve yırtıcı hayvanlardan korumak için eşsiz bir çabayla yuva yapmaya girişir. Kırlangıçlar nehir kenarlarından topladıkları çamurları tükürükleriyle harç yaparak binaların saçaklarına sağlam yuvalar kurarlar. Ağaçkakanlar sert gagalarıyla kurumuş ağaç gövdelerini oyarak kendilerine güvenli odacıklar açarlar. Çulhakuşu ise incecik otları ve pamuksu lifleri adeta bir dantel gibi örerek rüzgârda sallanan korunaklı torba yuvalar inşa eder. Kuşların hiçbir eğitim almadan sergilediği bu olağanüstü mühendislik becerisi, doğadaki kusursuz dengenin ve yaşam mücadelesinin en etkileyici kanıtlarından biridir.</w:t>
      </w:r>
    </w:p>
    <w:p w14:paraId="7505CDB2" w14:textId="77777777" w:rsidR="007420EE" w:rsidRPr="00EC3545" w:rsidRDefault="00000000">
      <w:pPr>
        <w:spacing w:before="80" w:after="20"/>
        <w:rPr>
          <w:sz w:val="20"/>
          <w:szCs w:val="20"/>
        </w:rPr>
      </w:pPr>
      <w:r w:rsidRPr="00EC3545">
        <w:rPr>
          <w:rFonts w:ascii="Aptos" w:hAnsi="Aptos"/>
          <w:b/>
          <w:sz w:val="20"/>
          <w:szCs w:val="20"/>
        </w:rPr>
        <w:t xml:space="preserve">SORU 1: </w:t>
      </w:r>
      <w:r w:rsidRPr="00EC3545">
        <w:rPr>
          <w:rFonts w:ascii="Aptos" w:hAnsi="Aptos"/>
          <w:sz w:val="20"/>
          <w:szCs w:val="20"/>
        </w:rPr>
        <w:t>(Kazanım: T.O.6.6. Metnin yüzey anlamını belirleyebilme.) (15 Puan)</w:t>
      </w:r>
    </w:p>
    <w:p w14:paraId="7AB120FE" w14:textId="77777777" w:rsidR="007420EE" w:rsidRPr="00EC3545" w:rsidRDefault="00000000">
      <w:pPr>
        <w:spacing w:after="40"/>
        <w:rPr>
          <w:sz w:val="20"/>
          <w:szCs w:val="20"/>
        </w:rPr>
      </w:pPr>
      <w:r w:rsidRPr="00EC3545">
        <w:rPr>
          <w:rFonts w:ascii="Aptos" w:hAnsi="Aptos"/>
          <w:b/>
          <w:sz w:val="20"/>
          <w:szCs w:val="20"/>
        </w:rPr>
        <w:t>Kuşlar ilkbahar geldiğinde yuva yapmaya neden girişirler ve kırlangıçlar yuvalarını hangi malzemelerle nasıl inşa ederler? Metne göre yazınız.</w:t>
      </w:r>
    </w:p>
    <w:p w14:paraId="784BAFE0" w14:textId="77777777" w:rsidR="007420EE" w:rsidRPr="00EC3545" w:rsidRDefault="007420EE">
      <w:pPr>
        <w:spacing w:after="80"/>
        <w:rPr>
          <w:sz w:val="20"/>
          <w:szCs w:val="20"/>
        </w:rPr>
      </w:pPr>
    </w:p>
    <w:p w14:paraId="0AA70B1B" w14:textId="77777777" w:rsidR="0042009C" w:rsidRPr="00EC3545" w:rsidRDefault="0042009C">
      <w:pPr>
        <w:spacing w:after="80"/>
        <w:rPr>
          <w:sz w:val="20"/>
          <w:szCs w:val="20"/>
        </w:rPr>
      </w:pPr>
    </w:p>
    <w:p w14:paraId="4561BF7C" w14:textId="77777777" w:rsidR="007420EE" w:rsidRPr="00EC3545" w:rsidRDefault="007420EE">
      <w:pPr>
        <w:spacing w:after="80"/>
        <w:rPr>
          <w:sz w:val="20"/>
          <w:szCs w:val="20"/>
        </w:rPr>
      </w:pPr>
    </w:p>
    <w:p w14:paraId="51FBC61F" w14:textId="77777777" w:rsidR="007420EE" w:rsidRPr="00EC3545" w:rsidRDefault="00000000">
      <w:pPr>
        <w:spacing w:before="40" w:after="20"/>
        <w:rPr>
          <w:sz w:val="20"/>
          <w:szCs w:val="20"/>
        </w:rPr>
      </w:pPr>
      <w:r w:rsidRPr="00EC3545">
        <w:rPr>
          <w:rFonts w:ascii="Aptos" w:hAnsi="Aptos"/>
          <w:b/>
          <w:sz w:val="20"/>
          <w:szCs w:val="20"/>
        </w:rPr>
        <w:t xml:space="preserve">SORU 2: </w:t>
      </w:r>
      <w:r w:rsidRPr="00EC3545">
        <w:rPr>
          <w:rFonts w:ascii="Aptos" w:hAnsi="Aptos"/>
          <w:sz w:val="20"/>
          <w:szCs w:val="20"/>
        </w:rPr>
        <w:t>(Kazanım: T.O.6.6. Metnin yüzey anlamını belirleyebilme.) (15 Puan)</w:t>
      </w:r>
    </w:p>
    <w:p w14:paraId="42EC7771" w14:textId="77777777" w:rsidR="007420EE" w:rsidRPr="00EC3545" w:rsidRDefault="00000000">
      <w:pPr>
        <w:spacing w:after="40"/>
        <w:rPr>
          <w:sz w:val="20"/>
          <w:szCs w:val="20"/>
        </w:rPr>
      </w:pPr>
      <w:r w:rsidRPr="00EC3545">
        <w:rPr>
          <w:rFonts w:ascii="Aptos" w:hAnsi="Aptos"/>
          <w:b/>
          <w:sz w:val="20"/>
          <w:szCs w:val="20"/>
        </w:rPr>
        <w:t>Ağaçkakanlar ve çulhakuşları yuvalarını nasıl oluşturmaktadır? Metinden hareketle açıklayınız.</w:t>
      </w:r>
    </w:p>
    <w:p w14:paraId="04AEFE46" w14:textId="77777777" w:rsidR="007420EE" w:rsidRPr="00EC3545" w:rsidRDefault="007420EE">
      <w:pPr>
        <w:spacing w:after="80"/>
        <w:rPr>
          <w:sz w:val="20"/>
          <w:szCs w:val="20"/>
        </w:rPr>
      </w:pPr>
    </w:p>
    <w:p w14:paraId="485D7D33" w14:textId="77777777" w:rsidR="0042009C" w:rsidRPr="00EC3545" w:rsidRDefault="0042009C">
      <w:pPr>
        <w:spacing w:after="80"/>
        <w:rPr>
          <w:sz w:val="20"/>
          <w:szCs w:val="20"/>
        </w:rPr>
      </w:pPr>
    </w:p>
    <w:p w14:paraId="4598E917" w14:textId="77777777" w:rsidR="007420EE" w:rsidRPr="00EC3545" w:rsidRDefault="007420EE">
      <w:pPr>
        <w:spacing w:after="80"/>
        <w:rPr>
          <w:sz w:val="20"/>
          <w:szCs w:val="20"/>
        </w:rPr>
      </w:pPr>
    </w:p>
    <w:p w14:paraId="1632EFD9" w14:textId="77777777" w:rsidR="007420EE" w:rsidRPr="00EC3545" w:rsidRDefault="00000000">
      <w:pPr>
        <w:spacing w:before="40" w:after="20"/>
        <w:rPr>
          <w:sz w:val="20"/>
          <w:szCs w:val="20"/>
        </w:rPr>
      </w:pPr>
      <w:r w:rsidRPr="00EC3545">
        <w:rPr>
          <w:rFonts w:ascii="Aptos" w:hAnsi="Aptos"/>
          <w:b/>
          <w:sz w:val="20"/>
          <w:szCs w:val="20"/>
        </w:rPr>
        <w:t xml:space="preserve">SORU 3: </w:t>
      </w:r>
      <w:r w:rsidRPr="00EC3545">
        <w:rPr>
          <w:rFonts w:ascii="Aptos" w:hAnsi="Aptos"/>
          <w:sz w:val="20"/>
          <w:szCs w:val="20"/>
        </w:rPr>
        <w:t>(Kazanım: T.O.6.16. Bilgilendirici metinde anahtar kelimeleri belirlemeye yönelik çözümleme yapabilme.) (15 Puan)</w:t>
      </w:r>
    </w:p>
    <w:p w14:paraId="3B281F2A" w14:textId="77777777" w:rsidR="007420EE" w:rsidRPr="00EC3545" w:rsidRDefault="00000000">
      <w:pPr>
        <w:spacing w:after="40"/>
        <w:rPr>
          <w:sz w:val="20"/>
          <w:szCs w:val="20"/>
        </w:rPr>
      </w:pPr>
      <w:r w:rsidRPr="00EC3545">
        <w:rPr>
          <w:rFonts w:ascii="Aptos" w:hAnsi="Aptos"/>
          <w:b/>
          <w:sz w:val="20"/>
          <w:szCs w:val="20"/>
        </w:rPr>
        <w:t>Okuduğunuz bilgilendirici metnin ana fikrini ve konusunu en iyi yansıtan üç anahtar kelimeyi aşağıya yazınız.</w:t>
      </w:r>
    </w:p>
    <w:p w14:paraId="0D40651A" w14:textId="77777777" w:rsidR="007420EE" w:rsidRPr="00EC3545" w:rsidRDefault="007420EE">
      <w:pPr>
        <w:spacing w:after="80"/>
        <w:rPr>
          <w:sz w:val="20"/>
          <w:szCs w:val="20"/>
        </w:rPr>
      </w:pPr>
    </w:p>
    <w:p w14:paraId="7A735DEC" w14:textId="77777777" w:rsidR="0042009C" w:rsidRPr="00EC3545" w:rsidRDefault="0042009C">
      <w:pPr>
        <w:spacing w:after="80"/>
        <w:rPr>
          <w:sz w:val="20"/>
          <w:szCs w:val="20"/>
        </w:rPr>
      </w:pPr>
    </w:p>
    <w:p w14:paraId="36E731E1" w14:textId="77777777" w:rsidR="0042009C" w:rsidRPr="00EC3545" w:rsidRDefault="0042009C">
      <w:pPr>
        <w:spacing w:after="80"/>
        <w:rPr>
          <w:sz w:val="20"/>
          <w:szCs w:val="20"/>
        </w:rPr>
      </w:pPr>
    </w:p>
    <w:p w14:paraId="5E71440D" w14:textId="77777777" w:rsidR="007420EE" w:rsidRPr="00EC3545" w:rsidRDefault="00000000">
      <w:pPr>
        <w:spacing w:before="80" w:after="40"/>
        <w:rPr>
          <w:sz w:val="20"/>
          <w:szCs w:val="20"/>
        </w:rPr>
      </w:pPr>
      <w:r w:rsidRPr="00EC3545">
        <w:rPr>
          <w:rFonts w:ascii="Aptos" w:hAnsi="Aptos"/>
          <w:b/>
          <w:sz w:val="20"/>
          <w:szCs w:val="20"/>
        </w:rPr>
        <w:t>B. SÖZ VARLIĞI ÇALIŞMASI</w:t>
      </w:r>
    </w:p>
    <w:p w14:paraId="3A4C9338" w14:textId="77777777" w:rsidR="007420EE" w:rsidRPr="00EC3545" w:rsidRDefault="00000000">
      <w:pPr>
        <w:spacing w:before="40" w:after="20"/>
        <w:rPr>
          <w:sz w:val="20"/>
          <w:szCs w:val="20"/>
        </w:rPr>
      </w:pPr>
      <w:r w:rsidRPr="00EC3545">
        <w:rPr>
          <w:rFonts w:ascii="Aptos" w:hAnsi="Aptos"/>
          <w:b/>
          <w:sz w:val="20"/>
          <w:szCs w:val="20"/>
        </w:rPr>
        <w:t xml:space="preserve">SORU 4: </w:t>
      </w:r>
      <w:r w:rsidRPr="00EC3545">
        <w:rPr>
          <w:rFonts w:ascii="Aptos" w:hAnsi="Aptos"/>
          <w:sz w:val="20"/>
          <w:szCs w:val="20"/>
        </w:rPr>
        <w:t>(Kazanım: T.O.6.21. Metinden hareketle söz varlığını geliştirmeye yönelik çözümleme yapabilme.) (15 Puan)</w:t>
      </w:r>
    </w:p>
    <w:p w14:paraId="26B8A5C9" w14:textId="77777777" w:rsidR="007420EE" w:rsidRPr="00EC3545" w:rsidRDefault="00000000">
      <w:pPr>
        <w:spacing w:after="40"/>
        <w:rPr>
          <w:b/>
          <w:bCs/>
          <w:sz w:val="20"/>
          <w:szCs w:val="20"/>
        </w:rPr>
      </w:pPr>
      <w:r w:rsidRPr="00EC3545">
        <w:rPr>
          <w:rFonts w:ascii="Aptos" w:hAnsi="Aptos"/>
          <w:b/>
          <w:bCs/>
          <w:sz w:val="20"/>
          <w:szCs w:val="20"/>
        </w:rPr>
        <w:t>Metinde geçen bazı kelimelerin anlamları aşağıda verilmiştir. Anlamlarından hareketle bu kelimeleri metinden bularak uygun kutulara yazınız.</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88"/>
        <w:gridCol w:w="3712"/>
      </w:tblGrid>
      <w:tr w:rsidR="007420EE" w:rsidRPr="00EC3545" w14:paraId="4CF4AF24" w14:textId="77777777" w:rsidTr="00EC3545">
        <w:trPr>
          <w:jc w:val="center"/>
        </w:trPr>
        <w:tc>
          <w:tcPr>
            <w:tcW w:w="7088" w:type="dxa"/>
          </w:tcPr>
          <w:p w14:paraId="14BCCCB7" w14:textId="77777777" w:rsidR="00D5104F" w:rsidRPr="00EC3545" w:rsidRDefault="00000000">
            <w:pPr>
              <w:spacing w:before="60" w:after="60"/>
              <w:rPr>
                <w:sz w:val="20"/>
                <w:szCs w:val="20"/>
              </w:rPr>
            </w:pPr>
            <w:proofErr w:type="spellStart"/>
            <w:r w:rsidRPr="00EC3545">
              <w:rPr>
                <w:rFonts w:ascii="Aptos" w:hAnsi="Aptos"/>
                <w:b/>
                <w:sz w:val="20"/>
                <w:szCs w:val="20"/>
              </w:rPr>
              <w:t>Metinde</w:t>
            </w:r>
            <w:proofErr w:type="spellEnd"/>
            <w:r w:rsidRPr="00EC3545">
              <w:rPr>
                <w:rFonts w:ascii="Aptos" w:hAnsi="Aptos"/>
                <w:b/>
                <w:sz w:val="20"/>
                <w:szCs w:val="20"/>
              </w:rPr>
              <w:t xml:space="preserve"> </w:t>
            </w:r>
            <w:proofErr w:type="spellStart"/>
            <w:r w:rsidRPr="00EC3545">
              <w:rPr>
                <w:rFonts w:ascii="Aptos" w:hAnsi="Aptos"/>
                <w:b/>
                <w:sz w:val="20"/>
                <w:szCs w:val="20"/>
              </w:rPr>
              <w:t>Geçen</w:t>
            </w:r>
            <w:proofErr w:type="spellEnd"/>
            <w:r w:rsidRPr="00EC3545">
              <w:rPr>
                <w:rFonts w:ascii="Aptos" w:hAnsi="Aptos"/>
                <w:b/>
                <w:sz w:val="20"/>
                <w:szCs w:val="20"/>
              </w:rPr>
              <w:t xml:space="preserve"> </w:t>
            </w:r>
            <w:proofErr w:type="spellStart"/>
            <w:r w:rsidRPr="00EC3545">
              <w:rPr>
                <w:rFonts w:ascii="Aptos" w:hAnsi="Aptos"/>
                <w:b/>
                <w:sz w:val="20"/>
                <w:szCs w:val="20"/>
              </w:rPr>
              <w:t>Kelimelerin</w:t>
            </w:r>
            <w:proofErr w:type="spellEnd"/>
            <w:r w:rsidRPr="00EC3545">
              <w:rPr>
                <w:rFonts w:ascii="Aptos" w:hAnsi="Aptos"/>
                <w:b/>
                <w:sz w:val="20"/>
                <w:szCs w:val="20"/>
              </w:rPr>
              <w:t xml:space="preserve"> </w:t>
            </w:r>
            <w:proofErr w:type="spellStart"/>
            <w:r w:rsidRPr="00EC3545">
              <w:rPr>
                <w:rFonts w:ascii="Aptos" w:hAnsi="Aptos"/>
                <w:b/>
                <w:sz w:val="20"/>
                <w:szCs w:val="20"/>
              </w:rPr>
              <w:t>Anlamları</w:t>
            </w:r>
            <w:proofErr w:type="spellEnd"/>
          </w:p>
        </w:tc>
        <w:tc>
          <w:tcPr>
            <w:tcW w:w="3712" w:type="dxa"/>
          </w:tcPr>
          <w:p w14:paraId="2A0640E7" w14:textId="77777777" w:rsidR="00D5104F" w:rsidRPr="00EC3545" w:rsidRDefault="00000000">
            <w:pPr>
              <w:spacing w:before="60" w:after="60"/>
              <w:rPr>
                <w:sz w:val="20"/>
                <w:szCs w:val="20"/>
              </w:rPr>
            </w:pPr>
            <w:r w:rsidRPr="00EC3545">
              <w:rPr>
                <w:rFonts w:ascii="Aptos" w:hAnsi="Aptos"/>
                <w:b/>
                <w:sz w:val="20"/>
                <w:szCs w:val="20"/>
              </w:rPr>
              <w:t>Metindeki Kelime (5'er Puan)</w:t>
            </w:r>
          </w:p>
        </w:tc>
      </w:tr>
      <w:tr w:rsidR="007420EE" w:rsidRPr="00EC3545" w14:paraId="18225B13" w14:textId="77777777" w:rsidTr="00EC3545">
        <w:trPr>
          <w:jc w:val="center"/>
        </w:trPr>
        <w:tc>
          <w:tcPr>
            <w:tcW w:w="7088" w:type="dxa"/>
          </w:tcPr>
          <w:p w14:paraId="61EFCE05" w14:textId="77777777" w:rsidR="00D5104F" w:rsidRPr="00EC3545" w:rsidRDefault="00000000">
            <w:pPr>
              <w:spacing w:before="60" w:after="60"/>
              <w:rPr>
                <w:sz w:val="20"/>
                <w:szCs w:val="20"/>
              </w:rPr>
            </w:pPr>
            <w:r w:rsidRPr="00EC3545">
              <w:rPr>
                <w:rFonts w:ascii="Aptos" w:hAnsi="Aptos"/>
                <w:sz w:val="20"/>
                <w:szCs w:val="20"/>
              </w:rPr>
              <w:t>Yapıları tasarlayan ve yapımını yöneten kimse; ustalıkla yuva kuran.</w:t>
            </w:r>
          </w:p>
        </w:tc>
        <w:tc>
          <w:tcPr>
            <w:tcW w:w="3712" w:type="dxa"/>
          </w:tcPr>
          <w:p w14:paraId="47BF7CC5" w14:textId="77777777" w:rsidR="00D5104F" w:rsidRPr="00EC3545" w:rsidRDefault="00D5104F">
            <w:pPr>
              <w:spacing w:before="60" w:after="60"/>
              <w:rPr>
                <w:sz w:val="20"/>
                <w:szCs w:val="20"/>
              </w:rPr>
            </w:pPr>
          </w:p>
        </w:tc>
      </w:tr>
      <w:tr w:rsidR="007420EE" w:rsidRPr="00EC3545" w14:paraId="4A7E4881" w14:textId="77777777" w:rsidTr="00EC3545">
        <w:trPr>
          <w:jc w:val="center"/>
        </w:trPr>
        <w:tc>
          <w:tcPr>
            <w:tcW w:w="7088" w:type="dxa"/>
          </w:tcPr>
          <w:p w14:paraId="790CA2A5" w14:textId="77777777" w:rsidR="00D5104F" w:rsidRPr="00EC3545" w:rsidRDefault="00000000">
            <w:pPr>
              <w:spacing w:before="60" w:after="60"/>
              <w:rPr>
                <w:sz w:val="20"/>
                <w:szCs w:val="20"/>
              </w:rPr>
            </w:pPr>
            <w:r w:rsidRPr="00EC3545">
              <w:rPr>
                <w:rFonts w:ascii="Aptos" w:hAnsi="Aptos"/>
                <w:sz w:val="20"/>
                <w:szCs w:val="20"/>
              </w:rPr>
              <w:t>Tehlikelerden uzak, emin, korunaklı (yer).</w:t>
            </w:r>
          </w:p>
        </w:tc>
        <w:tc>
          <w:tcPr>
            <w:tcW w:w="3712" w:type="dxa"/>
          </w:tcPr>
          <w:p w14:paraId="74C87D5D" w14:textId="77777777" w:rsidR="00D5104F" w:rsidRPr="00EC3545" w:rsidRDefault="00D5104F">
            <w:pPr>
              <w:spacing w:before="60" w:after="60"/>
              <w:rPr>
                <w:sz w:val="20"/>
                <w:szCs w:val="20"/>
              </w:rPr>
            </w:pPr>
          </w:p>
        </w:tc>
      </w:tr>
      <w:tr w:rsidR="007420EE" w:rsidRPr="00EC3545" w14:paraId="4D631DD3" w14:textId="77777777" w:rsidTr="00EC3545">
        <w:trPr>
          <w:jc w:val="center"/>
        </w:trPr>
        <w:tc>
          <w:tcPr>
            <w:tcW w:w="7088" w:type="dxa"/>
          </w:tcPr>
          <w:p w14:paraId="69B0501B" w14:textId="77777777" w:rsidR="00D5104F" w:rsidRPr="00EC3545" w:rsidRDefault="00000000">
            <w:pPr>
              <w:spacing w:before="60" w:after="60"/>
              <w:rPr>
                <w:sz w:val="20"/>
                <w:szCs w:val="20"/>
              </w:rPr>
            </w:pPr>
            <w:r w:rsidRPr="00EC3545">
              <w:rPr>
                <w:rFonts w:ascii="Aptos" w:hAnsi="Aptos"/>
                <w:sz w:val="20"/>
                <w:szCs w:val="20"/>
              </w:rPr>
              <w:t>Zorlu doğa koşullarına ve darbelere karşı koyabilen, güçlü.</w:t>
            </w:r>
          </w:p>
        </w:tc>
        <w:tc>
          <w:tcPr>
            <w:tcW w:w="3712" w:type="dxa"/>
          </w:tcPr>
          <w:p w14:paraId="2BFE1472" w14:textId="77777777" w:rsidR="00D5104F" w:rsidRPr="00EC3545" w:rsidRDefault="00D5104F">
            <w:pPr>
              <w:spacing w:before="60" w:after="60"/>
              <w:rPr>
                <w:sz w:val="20"/>
                <w:szCs w:val="20"/>
              </w:rPr>
            </w:pPr>
          </w:p>
        </w:tc>
      </w:tr>
    </w:tbl>
    <w:p w14:paraId="6E7BFB45" w14:textId="77777777" w:rsidR="0042009C" w:rsidRPr="00EC3545" w:rsidRDefault="0042009C">
      <w:pPr>
        <w:spacing w:before="80" w:after="20"/>
        <w:rPr>
          <w:rFonts w:ascii="Aptos" w:hAnsi="Aptos"/>
          <w:b/>
          <w:sz w:val="20"/>
          <w:szCs w:val="20"/>
        </w:rPr>
      </w:pPr>
    </w:p>
    <w:p w14:paraId="25637B2E" w14:textId="77777777" w:rsidR="0042009C" w:rsidRPr="00EC3545" w:rsidRDefault="0042009C">
      <w:pPr>
        <w:spacing w:before="80" w:after="20"/>
        <w:rPr>
          <w:rFonts w:ascii="Aptos" w:hAnsi="Aptos"/>
          <w:b/>
          <w:sz w:val="20"/>
          <w:szCs w:val="20"/>
        </w:rPr>
      </w:pPr>
    </w:p>
    <w:p w14:paraId="747969F3" w14:textId="77777777" w:rsidR="0042009C" w:rsidRPr="00EC3545" w:rsidRDefault="0042009C">
      <w:pPr>
        <w:spacing w:before="80" w:after="20"/>
        <w:rPr>
          <w:rFonts w:ascii="Aptos" w:hAnsi="Aptos"/>
          <w:b/>
          <w:sz w:val="20"/>
          <w:szCs w:val="20"/>
        </w:rPr>
      </w:pPr>
    </w:p>
    <w:p w14:paraId="70E29219" w14:textId="77777777" w:rsidR="0042009C" w:rsidRPr="00EC3545" w:rsidRDefault="0042009C">
      <w:pPr>
        <w:spacing w:before="80" w:after="20"/>
        <w:rPr>
          <w:rFonts w:ascii="Aptos" w:hAnsi="Aptos"/>
          <w:b/>
          <w:sz w:val="20"/>
          <w:szCs w:val="20"/>
        </w:rPr>
      </w:pPr>
    </w:p>
    <w:p w14:paraId="3F0BCEFB" w14:textId="77777777" w:rsidR="0042009C" w:rsidRPr="00EC3545" w:rsidRDefault="0042009C">
      <w:pPr>
        <w:spacing w:before="80" w:after="20"/>
        <w:rPr>
          <w:rFonts w:ascii="Aptos" w:hAnsi="Aptos"/>
          <w:b/>
          <w:sz w:val="20"/>
          <w:szCs w:val="20"/>
        </w:rPr>
      </w:pPr>
    </w:p>
    <w:p w14:paraId="43103D70" w14:textId="77777777" w:rsidR="0042009C" w:rsidRPr="00EC3545" w:rsidRDefault="0042009C">
      <w:pPr>
        <w:spacing w:before="80" w:after="20"/>
        <w:rPr>
          <w:rFonts w:ascii="Aptos" w:hAnsi="Aptos"/>
          <w:b/>
          <w:sz w:val="20"/>
          <w:szCs w:val="20"/>
        </w:rPr>
      </w:pPr>
    </w:p>
    <w:p w14:paraId="6111CBC0" w14:textId="77777777" w:rsidR="0042009C" w:rsidRPr="00EC3545" w:rsidRDefault="0042009C">
      <w:pPr>
        <w:spacing w:before="80" w:after="20"/>
        <w:rPr>
          <w:rFonts w:ascii="Aptos" w:hAnsi="Aptos"/>
          <w:b/>
          <w:sz w:val="20"/>
          <w:szCs w:val="20"/>
        </w:rPr>
      </w:pPr>
    </w:p>
    <w:p w14:paraId="02C26B55" w14:textId="77777777" w:rsidR="007420EE" w:rsidRPr="00EC3545" w:rsidRDefault="00000000">
      <w:pPr>
        <w:spacing w:before="80" w:after="20"/>
        <w:rPr>
          <w:sz w:val="20"/>
          <w:szCs w:val="20"/>
        </w:rPr>
      </w:pPr>
      <w:r w:rsidRPr="00EC3545">
        <w:rPr>
          <w:rFonts w:ascii="Aptos" w:hAnsi="Aptos"/>
          <w:b/>
          <w:sz w:val="20"/>
          <w:szCs w:val="20"/>
        </w:rPr>
        <w:lastRenderedPageBreak/>
        <w:t xml:space="preserve">SORU 5: </w:t>
      </w:r>
      <w:r w:rsidRPr="00EC3545">
        <w:rPr>
          <w:rFonts w:ascii="Aptos" w:hAnsi="Aptos"/>
          <w:sz w:val="20"/>
          <w:szCs w:val="20"/>
        </w:rPr>
        <w:t>(Kazanım: T.Y.6.21. Yazım kuralları ve noktalama işaretlerini uygulayabilme.) (20 Puan)</w:t>
      </w:r>
    </w:p>
    <w:p w14:paraId="779C428A" w14:textId="77777777" w:rsidR="007420EE" w:rsidRPr="00EC3545" w:rsidRDefault="00000000">
      <w:pPr>
        <w:spacing w:after="40"/>
        <w:rPr>
          <w:sz w:val="20"/>
          <w:szCs w:val="20"/>
        </w:rPr>
      </w:pPr>
      <w:r w:rsidRPr="00EC3545">
        <w:rPr>
          <w:rFonts w:ascii="Aptos" w:hAnsi="Aptos"/>
          <w:b/>
          <w:sz w:val="20"/>
          <w:szCs w:val="20"/>
        </w:rPr>
        <w:t xml:space="preserve">a) Aşağıdaki cümlede yay ayraçların </w:t>
      </w:r>
      <w:proofErr w:type="gramStart"/>
      <w:r w:rsidRPr="00EC3545">
        <w:rPr>
          <w:rFonts w:ascii="Aptos" w:hAnsi="Aptos"/>
          <w:b/>
          <w:sz w:val="20"/>
          <w:szCs w:val="20"/>
        </w:rPr>
        <w:t>( )</w:t>
      </w:r>
      <w:proofErr w:type="gramEnd"/>
      <w:r w:rsidRPr="00EC3545">
        <w:rPr>
          <w:rFonts w:ascii="Aptos" w:hAnsi="Aptos"/>
          <w:b/>
          <w:sz w:val="20"/>
          <w:szCs w:val="20"/>
        </w:rPr>
        <w:t xml:space="preserve"> içine uygun noktalama işaretlerini yerleştiriniz. (10 Puan)</w:t>
      </w:r>
      <w:r w:rsidRPr="00EC3545">
        <w:rPr>
          <w:rFonts w:ascii="Aptos" w:hAnsi="Aptos"/>
          <w:b/>
          <w:sz w:val="20"/>
          <w:szCs w:val="20"/>
        </w:rPr>
        <w:br/>
      </w:r>
      <w:r w:rsidRPr="00EC3545">
        <w:rPr>
          <w:rFonts w:ascii="Aptos" w:hAnsi="Aptos"/>
          <w:sz w:val="20"/>
          <w:szCs w:val="20"/>
        </w:rPr>
        <w:t xml:space="preserve">Öğretmenimiz </w:t>
      </w:r>
      <w:proofErr w:type="gramStart"/>
      <w:r w:rsidRPr="00EC3545">
        <w:rPr>
          <w:rFonts w:ascii="Aptos" w:hAnsi="Aptos"/>
          <w:sz w:val="20"/>
          <w:szCs w:val="20"/>
        </w:rPr>
        <w:t xml:space="preserve">(  </w:t>
      </w:r>
      <w:proofErr w:type="gramEnd"/>
      <w:r w:rsidRPr="00EC3545">
        <w:rPr>
          <w:rFonts w:ascii="Aptos" w:hAnsi="Aptos"/>
          <w:sz w:val="20"/>
          <w:szCs w:val="20"/>
        </w:rPr>
        <w:t xml:space="preserve"> ) bahçedeki ağacı göstererek (   ) (   ) Kuşlar yuvalarını ne kadar büyük bir sabırla örüyor (   ) (   ) dedi.</w:t>
      </w:r>
    </w:p>
    <w:p w14:paraId="40B19DD9" w14:textId="77777777" w:rsidR="0042009C" w:rsidRPr="00EC3545" w:rsidRDefault="0042009C">
      <w:pPr>
        <w:spacing w:before="40" w:after="40"/>
        <w:rPr>
          <w:rFonts w:ascii="Aptos" w:hAnsi="Aptos"/>
          <w:b/>
          <w:sz w:val="20"/>
          <w:szCs w:val="20"/>
        </w:rPr>
      </w:pPr>
    </w:p>
    <w:p w14:paraId="79016605" w14:textId="77777777" w:rsidR="007420EE" w:rsidRPr="00EC3545" w:rsidRDefault="00000000">
      <w:pPr>
        <w:spacing w:before="40" w:after="40"/>
        <w:rPr>
          <w:sz w:val="20"/>
          <w:szCs w:val="20"/>
        </w:rPr>
      </w:pPr>
      <w:r w:rsidRPr="00EC3545">
        <w:rPr>
          <w:rFonts w:ascii="Aptos" w:hAnsi="Aptos"/>
          <w:b/>
          <w:sz w:val="20"/>
          <w:szCs w:val="20"/>
        </w:rPr>
        <w:t xml:space="preserve">b) Aşağıdaki </w:t>
      </w:r>
      <w:proofErr w:type="spellStart"/>
      <w:r w:rsidRPr="00EC3545">
        <w:rPr>
          <w:rFonts w:ascii="Aptos" w:hAnsi="Aptos"/>
          <w:b/>
          <w:sz w:val="20"/>
          <w:szCs w:val="20"/>
        </w:rPr>
        <w:t>cümlelerde</w:t>
      </w:r>
      <w:proofErr w:type="spellEnd"/>
      <w:r w:rsidRPr="00EC3545">
        <w:rPr>
          <w:rFonts w:ascii="Aptos" w:hAnsi="Aptos"/>
          <w:b/>
          <w:sz w:val="20"/>
          <w:szCs w:val="20"/>
        </w:rPr>
        <w:t xml:space="preserve"> </w:t>
      </w:r>
      <w:proofErr w:type="spellStart"/>
      <w:r w:rsidRPr="00EC3545">
        <w:rPr>
          <w:rFonts w:ascii="Aptos" w:hAnsi="Aptos"/>
          <w:b/>
          <w:sz w:val="20"/>
          <w:szCs w:val="20"/>
        </w:rPr>
        <w:t>yer</w:t>
      </w:r>
      <w:proofErr w:type="spellEnd"/>
      <w:r w:rsidRPr="00EC3545">
        <w:rPr>
          <w:rFonts w:ascii="Aptos" w:hAnsi="Aptos"/>
          <w:b/>
          <w:sz w:val="20"/>
          <w:szCs w:val="20"/>
        </w:rPr>
        <w:t xml:space="preserve"> </w:t>
      </w:r>
      <w:proofErr w:type="spellStart"/>
      <w:r w:rsidRPr="00EC3545">
        <w:rPr>
          <w:rFonts w:ascii="Aptos" w:hAnsi="Aptos"/>
          <w:b/>
          <w:sz w:val="20"/>
          <w:szCs w:val="20"/>
        </w:rPr>
        <w:t>alan</w:t>
      </w:r>
      <w:proofErr w:type="spellEnd"/>
      <w:r w:rsidRPr="00EC3545">
        <w:rPr>
          <w:rFonts w:ascii="Aptos" w:hAnsi="Aptos"/>
          <w:b/>
          <w:sz w:val="20"/>
          <w:szCs w:val="20"/>
        </w:rPr>
        <w:t xml:space="preserve"> </w:t>
      </w:r>
      <w:proofErr w:type="spellStart"/>
      <w:r w:rsidRPr="00EC3545">
        <w:rPr>
          <w:rFonts w:ascii="Aptos" w:hAnsi="Aptos"/>
          <w:b/>
          <w:sz w:val="20"/>
          <w:szCs w:val="20"/>
        </w:rPr>
        <w:t>yazım</w:t>
      </w:r>
      <w:proofErr w:type="spellEnd"/>
      <w:r w:rsidRPr="00EC3545">
        <w:rPr>
          <w:rFonts w:ascii="Aptos" w:hAnsi="Aptos"/>
          <w:b/>
          <w:sz w:val="20"/>
          <w:szCs w:val="20"/>
        </w:rPr>
        <w:t xml:space="preserve"> yanlışlarını bularak altı çizili sözcüklerin doğru hâllerini yazınız. (10 Puan)</w:t>
      </w:r>
      <w:r w:rsidRPr="00EC3545">
        <w:rPr>
          <w:rFonts w:ascii="Aptos" w:hAnsi="Aptos"/>
          <w:b/>
          <w:sz w:val="20"/>
          <w:szCs w:val="20"/>
        </w:rPr>
        <w:br/>
      </w:r>
      <w:r w:rsidRPr="00EC3545">
        <w:rPr>
          <w:rFonts w:ascii="Aptos" w:hAnsi="Aptos"/>
          <w:sz w:val="20"/>
          <w:szCs w:val="20"/>
        </w:rPr>
        <w:t xml:space="preserve">1. Bahçede ki ulu çınarın dallarında kırlangıç yuvaları vardı.       </w:t>
      </w:r>
      <w:r w:rsidR="0042009C" w:rsidRPr="00EC3545">
        <w:rPr>
          <w:rFonts w:ascii="Aptos" w:hAnsi="Aptos"/>
          <w:sz w:val="20"/>
          <w:szCs w:val="20"/>
        </w:rPr>
        <w:t xml:space="preserve">   </w:t>
      </w:r>
      <w:r w:rsidRPr="00EC3545">
        <w:rPr>
          <w:rFonts w:ascii="Aptos" w:hAnsi="Aptos"/>
          <w:sz w:val="20"/>
          <w:szCs w:val="20"/>
        </w:rPr>
        <w:t xml:space="preserve">-&gt; </w:t>
      </w:r>
      <w:proofErr w:type="spellStart"/>
      <w:r w:rsidRPr="00EC3545">
        <w:rPr>
          <w:rFonts w:ascii="Aptos" w:hAnsi="Aptos"/>
          <w:sz w:val="20"/>
          <w:szCs w:val="20"/>
        </w:rPr>
        <w:t>Doğrusu</w:t>
      </w:r>
      <w:proofErr w:type="spellEnd"/>
      <w:r w:rsidRPr="00EC3545">
        <w:rPr>
          <w:rFonts w:ascii="Aptos" w:hAnsi="Aptos"/>
          <w:sz w:val="20"/>
          <w:szCs w:val="20"/>
        </w:rPr>
        <w:t>: .....................................</w:t>
      </w:r>
      <w:r w:rsidRPr="00EC3545">
        <w:rPr>
          <w:rFonts w:ascii="Aptos" w:hAnsi="Aptos"/>
          <w:sz w:val="20"/>
          <w:szCs w:val="20"/>
        </w:rPr>
        <w:br/>
        <w:t>2. Kuş gözlem kulübü 18 mart salı günü göl kenarına gidecek.      -&gt; Doğrusu: .....................................</w:t>
      </w:r>
    </w:p>
    <w:p w14:paraId="45B3C600" w14:textId="77777777" w:rsidR="0042009C" w:rsidRPr="00EC3545" w:rsidRDefault="0042009C">
      <w:pPr>
        <w:spacing w:before="80" w:after="40"/>
        <w:rPr>
          <w:rFonts w:ascii="Aptos" w:hAnsi="Aptos"/>
          <w:b/>
          <w:sz w:val="20"/>
          <w:szCs w:val="20"/>
        </w:rPr>
      </w:pPr>
    </w:p>
    <w:p w14:paraId="1CBFD554" w14:textId="77777777" w:rsidR="007420EE" w:rsidRPr="00EC3545" w:rsidRDefault="00000000">
      <w:pPr>
        <w:spacing w:before="80" w:after="40"/>
        <w:rPr>
          <w:sz w:val="20"/>
          <w:szCs w:val="20"/>
        </w:rPr>
      </w:pPr>
      <w:r w:rsidRPr="00EC3545">
        <w:rPr>
          <w:rFonts w:ascii="Aptos" w:hAnsi="Aptos"/>
          <w:b/>
          <w:sz w:val="20"/>
          <w:szCs w:val="20"/>
        </w:rPr>
        <w:t>C. METİN YAPISI VE DÜZENLEME ÇALIŞMASI (20 PUAN)</w:t>
      </w:r>
    </w:p>
    <w:p w14:paraId="0667BD81" w14:textId="77777777" w:rsidR="007420EE" w:rsidRPr="00EC3545" w:rsidRDefault="00000000">
      <w:pPr>
        <w:spacing w:before="40" w:after="20"/>
        <w:rPr>
          <w:sz w:val="20"/>
          <w:szCs w:val="20"/>
        </w:rPr>
      </w:pPr>
      <w:r w:rsidRPr="00EC3545">
        <w:rPr>
          <w:rFonts w:ascii="Aptos" w:hAnsi="Aptos"/>
          <w:b/>
          <w:sz w:val="20"/>
          <w:szCs w:val="20"/>
        </w:rPr>
        <w:t xml:space="preserve">SORU 6: </w:t>
      </w:r>
      <w:r w:rsidRPr="00EC3545">
        <w:rPr>
          <w:rFonts w:ascii="Aptos" w:hAnsi="Aptos"/>
          <w:sz w:val="20"/>
          <w:szCs w:val="20"/>
        </w:rPr>
        <w:t>(Kazanım: T.Y.6.3. Yazısında içerik ve yapıya yönelik seçimlerini yönetebilme.) (20 Puan)</w:t>
      </w:r>
    </w:p>
    <w:p w14:paraId="54DDA400" w14:textId="77777777" w:rsidR="007420EE" w:rsidRPr="00EC3545" w:rsidRDefault="00000000">
      <w:pPr>
        <w:spacing w:after="40"/>
        <w:rPr>
          <w:sz w:val="20"/>
          <w:szCs w:val="20"/>
        </w:rPr>
      </w:pPr>
      <w:r w:rsidRPr="00EC3545">
        <w:rPr>
          <w:rFonts w:ascii="Aptos" w:hAnsi="Aptos"/>
          <w:b/>
          <w:sz w:val="20"/>
          <w:szCs w:val="20"/>
        </w:rPr>
        <w:t>Aşağıda bir yavru leyleğin ilk uçuş deneyimini anlatan karışık cümleler verilmiştir. Cümleleri, olayların mantıksal oluş sırasına göre yay ayraçların içine 1, 2, 3 ve 4 yazarak sıralayınız.</w:t>
      </w:r>
      <w:r w:rsidRPr="00EC3545">
        <w:rPr>
          <w:rFonts w:ascii="Aptos" w:hAnsi="Aptos"/>
          <w:sz w:val="20"/>
          <w:szCs w:val="20"/>
        </w:rPr>
        <w:br/>
        <w:t>(   ) Kanatlarını birkaç kez çırptıktan sonra gökyüzünün serin rüzgârına kendini usulca bıraktı.</w:t>
      </w:r>
      <w:r w:rsidRPr="00EC3545">
        <w:rPr>
          <w:rFonts w:ascii="Aptos" w:hAnsi="Aptos"/>
          <w:sz w:val="20"/>
          <w:szCs w:val="20"/>
        </w:rPr>
        <w:br/>
        <w:t>(   ) Yuvada günlerdir uçma denemeleri yapan yavru leylek, bacanın kenarına kadar adım adım ilerledi.</w:t>
      </w:r>
      <w:r w:rsidRPr="00EC3545">
        <w:rPr>
          <w:rFonts w:ascii="Aptos" w:hAnsi="Aptos"/>
          <w:sz w:val="20"/>
          <w:szCs w:val="20"/>
        </w:rPr>
        <w:br/>
        <w:t>(   ) Gökyüzünde süzülürken aşağıdaki köy evlerinin ve yeşil tarlaların güzelliğini hayranlıkla seyretti.</w:t>
      </w:r>
      <w:r w:rsidRPr="00EC3545">
        <w:rPr>
          <w:rFonts w:ascii="Aptos" w:hAnsi="Aptos"/>
          <w:sz w:val="20"/>
          <w:szCs w:val="20"/>
        </w:rPr>
        <w:br/>
        <w:t>(   ) Derin bir nefes alıp annesinin cesaret verici bakışları altında boşluğa doğru ilk adımını attı.</w:t>
      </w:r>
    </w:p>
    <w:p w14:paraId="55E97F4C" w14:textId="77777777" w:rsidR="0042009C" w:rsidRPr="00EC3545" w:rsidRDefault="0042009C">
      <w:pPr>
        <w:spacing w:before="160" w:after="80"/>
        <w:jc w:val="right"/>
        <w:rPr>
          <w:rFonts w:ascii="Aptos" w:hAnsi="Aptos"/>
          <w:b/>
          <w:sz w:val="20"/>
          <w:szCs w:val="20"/>
        </w:rPr>
      </w:pPr>
    </w:p>
    <w:p w14:paraId="79C564A4" w14:textId="77777777" w:rsidR="0042009C" w:rsidRPr="00EC3545" w:rsidRDefault="0042009C">
      <w:pPr>
        <w:spacing w:before="160" w:after="80"/>
        <w:jc w:val="right"/>
        <w:rPr>
          <w:rFonts w:ascii="Aptos" w:hAnsi="Aptos"/>
          <w:b/>
          <w:sz w:val="20"/>
          <w:szCs w:val="20"/>
        </w:rPr>
      </w:pPr>
    </w:p>
    <w:p w14:paraId="24B2E635" w14:textId="77777777" w:rsidR="0042009C" w:rsidRPr="00EC3545" w:rsidRDefault="0042009C">
      <w:pPr>
        <w:spacing w:before="160" w:after="80"/>
        <w:jc w:val="right"/>
        <w:rPr>
          <w:rFonts w:ascii="Aptos" w:hAnsi="Aptos"/>
          <w:b/>
          <w:sz w:val="20"/>
          <w:szCs w:val="20"/>
        </w:rPr>
      </w:pPr>
    </w:p>
    <w:p w14:paraId="7E365831" w14:textId="77777777" w:rsidR="0042009C" w:rsidRPr="00EC3545" w:rsidRDefault="0042009C">
      <w:pPr>
        <w:spacing w:before="160" w:after="80"/>
        <w:jc w:val="right"/>
        <w:rPr>
          <w:rFonts w:ascii="Aptos" w:hAnsi="Aptos"/>
          <w:b/>
          <w:sz w:val="20"/>
          <w:szCs w:val="20"/>
        </w:rPr>
      </w:pPr>
    </w:p>
    <w:p w14:paraId="05E240F2" w14:textId="77777777" w:rsidR="0042009C" w:rsidRPr="00EC3545" w:rsidRDefault="0042009C">
      <w:pPr>
        <w:spacing w:before="160" w:after="80"/>
        <w:jc w:val="right"/>
        <w:rPr>
          <w:rFonts w:ascii="Aptos" w:hAnsi="Aptos"/>
          <w:b/>
          <w:sz w:val="20"/>
          <w:szCs w:val="20"/>
        </w:rPr>
      </w:pPr>
    </w:p>
    <w:p w14:paraId="53E2422E" w14:textId="77777777" w:rsidR="0042009C" w:rsidRPr="00EC3545" w:rsidRDefault="0042009C">
      <w:pPr>
        <w:spacing w:before="160" w:after="80"/>
        <w:jc w:val="right"/>
        <w:rPr>
          <w:rFonts w:ascii="Aptos" w:hAnsi="Aptos"/>
          <w:b/>
          <w:sz w:val="20"/>
          <w:szCs w:val="20"/>
        </w:rPr>
      </w:pPr>
    </w:p>
    <w:p w14:paraId="2A11B661" w14:textId="77777777" w:rsidR="0042009C" w:rsidRPr="00EC3545" w:rsidRDefault="0042009C">
      <w:pPr>
        <w:spacing w:before="160" w:after="80"/>
        <w:jc w:val="right"/>
        <w:rPr>
          <w:rFonts w:ascii="Aptos" w:hAnsi="Aptos"/>
          <w:b/>
          <w:sz w:val="20"/>
          <w:szCs w:val="20"/>
        </w:rPr>
      </w:pPr>
    </w:p>
    <w:p w14:paraId="048E6EA6" w14:textId="77777777" w:rsidR="0042009C" w:rsidRPr="00EC3545" w:rsidRDefault="0042009C">
      <w:pPr>
        <w:spacing w:before="160" w:after="80"/>
        <w:jc w:val="right"/>
        <w:rPr>
          <w:rFonts w:ascii="Aptos" w:hAnsi="Aptos"/>
          <w:b/>
          <w:sz w:val="20"/>
          <w:szCs w:val="20"/>
        </w:rPr>
      </w:pPr>
    </w:p>
    <w:p w14:paraId="67378DC0" w14:textId="77777777" w:rsidR="0042009C" w:rsidRPr="00EC3545" w:rsidRDefault="0042009C">
      <w:pPr>
        <w:spacing w:before="160" w:after="80"/>
        <w:jc w:val="right"/>
        <w:rPr>
          <w:rFonts w:ascii="Aptos" w:hAnsi="Aptos"/>
          <w:b/>
          <w:sz w:val="20"/>
          <w:szCs w:val="20"/>
        </w:rPr>
      </w:pPr>
    </w:p>
    <w:p w14:paraId="5945E879" w14:textId="77777777" w:rsidR="0042009C" w:rsidRPr="00EC3545" w:rsidRDefault="0042009C">
      <w:pPr>
        <w:spacing w:before="160" w:after="80"/>
        <w:jc w:val="right"/>
        <w:rPr>
          <w:rFonts w:ascii="Aptos" w:hAnsi="Aptos"/>
          <w:b/>
          <w:sz w:val="20"/>
          <w:szCs w:val="20"/>
        </w:rPr>
      </w:pPr>
    </w:p>
    <w:p w14:paraId="69F44F1C" w14:textId="77777777" w:rsidR="0042009C" w:rsidRDefault="0042009C">
      <w:pPr>
        <w:spacing w:before="160" w:after="80"/>
        <w:jc w:val="right"/>
        <w:rPr>
          <w:rFonts w:ascii="Aptos" w:hAnsi="Aptos"/>
          <w:b/>
          <w:sz w:val="20"/>
          <w:szCs w:val="20"/>
        </w:rPr>
      </w:pPr>
    </w:p>
    <w:p w14:paraId="220229DF" w14:textId="77777777" w:rsidR="00EC3545" w:rsidRPr="00EC3545" w:rsidRDefault="00EC3545">
      <w:pPr>
        <w:spacing w:before="160" w:after="80"/>
        <w:jc w:val="right"/>
        <w:rPr>
          <w:rFonts w:ascii="Aptos" w:hAnsi="Aptos"/>
          <w:b/>
          <w:sz w:val="20"/>
          <w:szCs w:val="20"/>
        </w:rPr>
      </w:pPr>
    </w:p>
    <w:p w14:paraId="5C8BC740" w14:textId="77777777" w:rsidR="0042009C" w:rsidRPr="00EC3545" w:rsidRDefault="0042009C">
      <w:pPr>
        <w:spacing w:before="160" w:after="80"/>
        <w:jc w:val="right"/>
        <w:rPr>
          <w:rFonts w:ascii="Aptos" w:hAnsi="Aptos"/>
          <w:b/>
          <w:sz w:val="20"/>
          <w:szCs w:val="20"/>
        </w:rPr>
      </w:pPr>
    </w:p>
    <w:p w14:paraId="7967D988" w14:textId="77777777" w:rsidR="0042009C" w:rsidRPr="00EC3545" w:rsidRDefault="0042009C">
      <w:pPr>
        <w:spacing w:before="160" w:after="80"/>
        <w:jc w:val="right"/>
        <w:rPr>
          <w:rFonts w:ascii="Aptos" w:hAnsi="Aptos"/>
          <w:b/>
          <w:sz w:val="20"/>
          <w:szCs w:val="20"/>
        </w:rPr>
      </w:pPr>
    </w:p>
    <w:p w14:paraId="20113D34" w14:textId="77777777" w:rsidR="0042009C" w:rsidRPr="00EC3545" w:rsidRDefault="0042009C">
      <w:pPr>
        <w:spacing w:before="160" w:after="80"/>
        <w:jc w:val="right"/>
        <w:rPr>
          <w:rFonts w:ascii="Aptos" w:hAnsi="Aptos"/>
          <w:b/>
          <w:sz w:val="20"/>
          <w:szCs w:val="20"/>
        </w:rPr>
      </w:pPr>
    </w:p>
    <w:p w14:paraId="5065C50A" w14:textId="77777777" w:rsidR="0042009C" w:rsidRPr="00EC3545" w:rsidRDefault="0042009C">
      <w:pPr>
        <w:spacing w:before="160" w:after="80"/>
        <w:jc w:val="right"/>
        <w:rPr>
          <w:rFonts w:ascii="Aptos" w:hAnsi="Aptos"/>
          <w:b/>
          <w:sz w:val="20"/>
          <w:szCs w:val="20"/>
        </w:rPr>
      </w:pPr>
    </w:p>
    <w:p w14:paraId="6B44DF9B" w14:textId="77777777" w:rsidR="0042009C" w:rsidRPr="00EC3545" w:rsidRDefault="0042009C">
      <w:pPr>
        <w:spacing w:before="160" w:after="80"/>
        <w:jc w:val="right"/>
        <w:rPr>
          <w:rFonts w:ascii="Aptos" w:hAnsi="Aptos"/>
          <w:b/>
          <w:sz w:val="20"/>
          <w:szCs w:val="20"/>
        </w:rPr>
      </w:pPr>
    </w:p>
    <w:p w14:paraId="4C432861" w14:textId="77777777" w:rsidR="0042009C" w:rsidRPr="00EC3545" w:rsidRDefault="0042009C">
      <w:pPr>
        <w:spacing w:before="160" w:after="80"/>
        <w:jc w:val="right"/>
        <w:rPr>
          <w:rFonts w:ascii="Aptos" w:hAnsi="Aptos"/>
          <w:b/>
          <w:sz w:val="20"/>
          <w:szCs w:val="20"/>
        </w:rPr>
      </w:pPr>
    </w:p>
    <w:p w14:paraId="477100CE" w14:textId="77777777" w:rsidR="0042009C" w:rsidRPr="00EC3545" w:rsidRDefault="0042009C">
      <w:pPr>
        <w:spacing w:before="160" w:after="80"/>
        <w:jc w:val="right"/>
        <w:rPr>
          <w:rFonts w:ascii="Aptos" w:hAnsi="Aptos"/>
          <w:b/>
          <w:sz w:val="20"/>
          <w:szCs w:val="20"/>
        </w:rPr>
      </w:pPr>
    </w:p>
    <w:p w14:paraId="5538CA6F" w14:textId="77777777" w:rsidR="0042009C" w:rsidRPr="00EC3545" w:rsidRDefault="0042009C">
      <w:pPr>
        <w:spacing w:before="160" w:after="80"/>
        <w:jc w:val="right"/>
        <w:rPr>
          <w:rFonts w:ascii="Aptos" w:hAnsi="Aptos"/>
          <w:b/>
          <w:sz w:val="20"/>
          <w:szCs w:val="20"/>
        </w:rPr>
      </w:pPr>
    </w:p>
    <w:p w14:paraId="7EBAD7DE" w14:textId="77777777" w:rsidR="0042009C" w:rsidRPr="00EC3545" w:rsidRDefault="0042009C">
      <w:pPr>
        <w:spacing w:before="160" w:after="80"/>
        <w:jc w:val="right"/>
        <w:rPr>
          <w:rFonts w:ascii="Aptos" w:hAnsi="Aptos"/>
          <w:b/>
          <w:sz w:val="20"/>
          <w:szCs w:val="20"/>
        </w:rPr>
      </w:pPr>
    </w:p>
    <w:p w14:paraId="60F84DCB" w14:textId="77777777" w:rsidR="0042009C" w:rsidRPr="00EC3545" w:rsidRDefault="0042009C">
      <w:pPr>
        <w:spacing w:before="160" w:after="80"/>
        <w:jc w:val="right"/>
        <w:rPr>
          <w:rFonts w:ascii="Aptos" w:hAnsi="Aptos"/>
          <w:b/>
          <w:sz w:val="20"/>
          <w:szCs w:val="20"/>
        </w:rPr>
      </w:pPr>
    </w:p>
    <w:p w14:paraId="30CD3F30" w14:textId="77777777" w:rsidR="007420EE" w:rsidRPr="00EC3545" w:rsidRDefault="00000000">
      <w:pPr>
        <w:spacing w:before="160" w:after="80"/>
        <w:jc w:val="right"/>
        <w:rPr>
          <w:sz w:val="20"/>
          <w:szCs w:val="20"/>
        </w:rPr>
      </w:pPr>
      <w:proofErr w:type="spellStart"/>
      <w:r w:rsidRPr="00EC3545">
        <w:rPr>
          <w:rFonts w:ascii="Aptos" w:hAnsi="Aptos"/>
          <w:b/>
          <w:sz w:val="20"/>
          <w:szCs w:val="20"/>
        </w:rPr>
        <w:t>Sınav</w:t>
      </w:r>
      <w:proofErr w:type="spellEnd"/>
      <w:r w:rsidRPr="00EC3545">
        <w:rPr>
          <w:rFonts w:ascii="Aptos" w:hAnsi="Aptos"/>
          <w:b/>
          <w:sz w:val="20"/>
          <w:szCs w:val="20"/>
        </w:rPr>
        <w:t xml:space="preserve"> </w:t>
      </w:r>
      <w:proofErr w:type="spellStart"/>
      <w:r w:rsidRPr="00EC3545">
        <w:rPr>
          <w:rFonts w:ascii="Aptos" w:hAnsi="Aptos"/>
          <w:b/>
          <w:sz w:val="20"/>
          <w:szCs w:val="20"/>
        </w:rPr>
        <w:t>Süresi</w:t>
      </w:r>
      <w:proofErr w:type="spellEnd"/>
      <w:r w:rsidRPr="00EC3545">
        <w:rPr>
          <w:rFonts w:ascii="Aptos" w:hAnsi="Aptos"/>
          <w:b/>
          <w:sz w:val="20"/>
          <w:szCs w:val="20"/>
        </w:rPr>
        <w:t xml:space="preserve">: 40 </w:t>
      </w:r>
      <w:proofErr w:type="spellStart"/>
      <w:r w:rsidRPr="00EC3545">
        <w:rPr>
          <w:rFonts w:ascii="Aptos" w:hAnsi="Aptos"/>
          <w:b/>
          <w:sz w:val="20"/>
          <w:szCs w:val="20"/>
        </w:rPr>
        <w:t>Dakikadır</w:t>
      </w:r>
      <w:proofErr w:type="spellEnd"/>
      <w:r w:rsidRPr="00EC3545">
        <w:rPr>
          <w:rFonts w:ascii="Aptos" w:hAnsi="Aptos"/>
          <w:b/>
          <w:sz w:val="20"/>
          <w:szCs w:val="20"/>
        </w:rPr>
        <w:t>. | Başarılar Dilerim. KonuVakti.com | TestVakti.net | Turkcetestvakti.com</w:t>
      </w:r>
    </w:p>
    <w:p w14:paraId="4CFDD121" w14:textId="77777777" w:rsidR="007420EE" w:rsidRPr="00EC3545" w:rsidRDefault="00000000">
      <w:pPr>
        <w:spacing w:before="200" w:after="80"/>
        <w:jc w:val="center"/>
        <w:rPr>
          <w:sz w:val="20"/>
          <w:szCs w:val="20"/>
        </w:rPr>
      </w:pPr>
      <w:r w:rsidRPr="00EC3545">
        <w:rPr>
          <w:rFonts w:ascii="Segoe UI Emoji" w:hAnsi="Segoe UI Emoji"/>
          <w:b/>
          <w:sz w:val="20"/>
          <w:szCs w:val="20"/>
        </w:rPr>
        <w:lastRenderedPageBreak/>
        <w:t xml:space="preserve">🔑 </w:t>
      </w:r>
      <w:r w:rsidRPr="00EC3545">
        <w:rPr>
          <w:rFonts w:ascii="Aptos" w:hAnsi="Aptos"/>
          <w:b/>
          <w:sz w:val="20"/>
          <w:szCs w:val="20"/>
        </w:rPr>
        <w:t>Öğretmenim İçin Cevap Anahtarı</w:t>
      </w:r>
    </w:p>
    <w:p w14:paraId="404CBDC6" w14:textId="77777777" w:rsidR="007420EE" w:rsidRPr="00EC3545" w:rsidRDefault="00000000" w:rsidP="0042009C">
      <w:pPr>
        <w:spacing w:before="40" w:after="40" w:line="360" w:lineRule="auto"/>
        <w:rPr>
          <w:sz w:val="20"/>
          <w:szCs w:val="20"/>
        </w:rPr>
      </w:pPr>
      <w:r w:rsidRPr="00EC3545">
        <w:rPr>
          <w:rFonts w:ascii="Aptos" w:hAnsi="Aptos"/>
          <w:b/>
          <w:sz w:val="20"/>
          <w:szCs w:val="20"/>
        </w:rPr>
        <w:t>1. Soru:</w:t>
      </w:r>
      <w:r w:rsidRPr="00EC3545">
        <w:rPr>
          <w:rFonts w:ascii="Aptos" w:hAnsi="Aptos"/>
          <w:sz w:val="20"/>
          <w:szCs w:val="20"/>
        </w:rPr>
        <w:t xml:space="preserve"> Kuşlar yavrularını soğuktan ve yırtıcı hayvanlardan korumak amacıyla yuva yaparlar. Kırlangıçlar, nehir kenarlarından topladıkları çamurları kendi tükürükleriyle harç hâline getirerek binaların saçaklarına sağlam yuvalar kurarlar. (15 Puan)</w:t>
      </w:r>
    </w:p>
    <w:p w14:paraId="5B192627" w14:textId="77777777" w:rsidR="007420EE" w:rsidRPr="00EC3545" w:rsidRDefault="00000000" w:rsidP="0042009C">
      <w:pPr>
        <w:spacing w:before="40" w:after="40" w:line="360" w:lineRule="auto"/>
        <w:rPr>
          <w:sz w:val="20"/>
          <w:szCs w:val="20"/>
        </w:rPr>
      </w:pPr>
      <w:r w:rsidRPr="00EC3545">
        <w:rPr>
          <w:rFonts w:ascii="Aptos" w:hAnsi="Aptos"/>
          <w:b/>
          <w:sz w:val="20"/>
          <w:szCs w:val="20"/>
        </w:rPr>
        <w:t>2. Soru:</w:t>
      </w:r>
      <w:r w:rsidRPr="00EC3545">
        <w:rPr>
          <w:rFonts w:ascii="Aptos" w:hAnsi="Aptos"/>
          <w:sz w:val="20"/>
          <w:szCs w:val="20"/>
        </w:rPr>
        <w:t xml:space="preserve"> Ağaçkakanlar sert gagalarıyla kurumuş ağaç gövdelerini oyup odacıklar açarak yuva yaparlar. Çulhakuşları ise ince otları ve pamuksu lifleri dantel gibi örerek rüzgârda sallanan torba şeklinde yuvalar oluştururlar. (15 Puan)</w:t>
      </w:r>
    </w:p>
    <w:p w14:paraId="6ED97C1C" w14:textId="77777777" w:rsidR="007420EE" w:rsidRPr="00EC3545" w:rsidRDefault="00000000" w:rsidP="0042009C">
      <w:pPr>
        <w:spacing w:before="40" w:after="40" w:line="360" w:lineRule="auto"/>
        <w:rPr>
          <w:sz w:val="20"/>
          <w:szCs w:val="20"/>
        </w:rPr>
      </w:pPr>
      <w:r w:rsidRPr="00EC3545">
        <w:rPr>
          <w:rFonts w:ascii="Aptos" w:hAnsi="Aptos"/>
          <w:b/>
          <w:sz w:val="20"/>
          <w:szCs w:val="20"/>
        </w:rPr>
        <w:t>3. Soru:</w:t>
      </w:r>
      <w:r w:rsidRPr="00EC3545">
        <w:rPr>
          <w:rFonts w:ascii="Aptos" w:hAnsi="Aptos"/>
          <w:sz w:val="20"/>
          <w:szCs w:val="20"/>
        </w:rPr>
        <w:t xml:space="preserve"> Metnin anahtar kelimeleri: Kuşlar / Yuva, Doğa / Mimarlık (Mühendislik), Emek / Yaşam Mücadelesi. (Her doğru anahtar kelime 5 Puan; toplam 15 Puan)</w:t>
      </w:r>
    </w:p>
    <w:p w14:paraId="287B2520" w14:textId="77777777" w:rsidR="007420EE" w:rsidRPr="00EC3545" w:rsidRDefault="00000000" w:rsidP="0042009C">
      <w:pPr>
        <w:spacing w:before="40" w:after="40" w:line="360" w:lineRule="auto"/>
        <w:rPr>
          <w:sz w:val="20"/>
          <w:szCs w:val="20"/>
        </w:rPr>
      </w:pPr>
      <w:r w:rsidRPr="00EC3545">
        <w:rPr>
          <w:rFonts w:ascii="Aptos" w:hAnsi="Aptos"/>
          <w:sz w:val="20"/>
          <w:szCs w:val="20"/>
        </w:rPr>
        <w:t>4. Soru: (Her doğru kelime 5 Puan; toplam 15 Puan)</w:t>
      </w:r>
      <w:r w:rsidRPr="00EC3545">
        <w:rPr>
          <w:rFonts w:ascii="Aptos" w:hAnsi="Aptos"/>
          <w:sz w:val="20"/>
          <w:szCs w:val="20"/>
        </w:rPr>
        <w:br/>
        <w:t>• Mimar (Yapıları tasarlayan ve yapımını yöneten kimse; ustalıkla yuva kuran)</w:t>
      </w:r>
      <w:r w:rsidRPr="00EC3545">
        <w:rPr>
          <w:rFonts w:ascii="Aptos" w:hAnsi="Aptos"/>
          <w:sz w:val="20"/>
          <w:szCs w:val="20"/>
        </w:rPr>
        <w:br/>
        <w:t>• Güvenli (Tehlikelerden uzak, emin, korunaklı yer)</w:t>
      </w:r>
      <w:r w:rsidRPr="00EC3545">
        <w:rPr>
          <w:rFonts w:ascii="Aptos" w:hAnsi="Aptos"/>
          <w:sz w:val="20"/>
          <w:szCs w:val="20"/>
        </w:rPr>
        <w:br/>
        <w:t>• Dayanıklı (Zorlu doğa koşullarına ve darbelere karşı koyabilen, güçlü)</w:t>
      </w:r>
    </w:p>
    <w:p w14:paraId="174C0648" w14:textId="77777777" w:rsidR="007420EE" w:rsidRPr="00EC3545" w:rsidRDefault="00000000" w:rsidP="0042009C">
      <w:pPr>
        <w:spacing w:before="40" w:after="40" w:line="360" w:lineRule="auto"/>
        <w:rPr>
          <w:sz w:val="20"/>
          <w:szCs w:val="20"/>
        </w:rPr>
      </w:pPr>
      <w:r w:rsidRPr="00EC3545">
        <w:rPr>
          <w:rFonts w:ascii="Aptos" w:hAnsi="Aptos"/>
          <w:b/>
          <w:sz w:val="20"/>
          <w:szCs w:val="20"/>
        </w:rPr>
        <w:t>5. Soru: (Toplam 20 Puan)</w:t>
      </w:r>
      <w:r w:rsidRPr="00EC3545">
        <w:rPr>
          <w:rFonts w:ascii="Aptos" w:hAnsi="Aptos"/>
          <w:sz w:val="20"/>
          <w:szCs w:val="20"/>
        </w:rPr>
        <w:br/>
        <w:t xml:space="preserve">a) Noktalama: Öğretmenimiz </w:t>
      </w:r>
      <w:proofErr w:type="gramStart"/>
      <w:r w:rsidRPr="00EC3545">
        <w:rPr>
          <w:rFonts w:ascii="Aptos" w:hAnsi="Aptos"/>
          <w:sz w:val="20"/>
          <w:szCs w:val="20"/>
        </w:rPr>
        <w:t>( ,</w:t>
      </w:r>
      <w:proofErr w:type="gramEnd"/>
      <w:r w:rsidRPr="00EC3545">
        <w:rPr>
          <w:rFonts w:ascii="Aptos" w:hAnsi="Aptos"/>
          <w:sz w:val="20"/>
          <w:szCs w:val="20"/>
        </w:rPr>
        <w:t xml:space="preserve"> ) bahçedeki ağacı göstererek ( : ) ( “ ) Kuşlar yuvalarını ne kadar büyük bir sabırla örüyor ( ! / . ) </w:t>
      </w:r>
      <w:proofErr w:type="gramStart"/>
      <w:r w:rsidRPr="00EC3545">
        <w:rPr>
          <w:rFonts w:ascii="Aptos" w:hAnsi="Aptos"/>
          <w:sz w:val="20"/>
          <w:szCs w:val="20"/>
        </w:rPr>
        <w:t>( ”</w:t>
      </w:r>
      <w:proofErr w:type="gramEnd"/>
      <w:r w:rsidRPr="00EC3545">
        <w:rPr>
          <w:rFonts w:ascii="Aptos" w:hAnsi="Aptos"/>
          <w:sz w:val="20"/>
          <w:szCs w:val="20"/>
        </w:rPr>
        <w:t xml:space="preserve"> ) dedi. (Her doğru işaret 2 Puan; toplam 10 Puan)</w:t>
      </w:r>
      <w:r w:rsidRPr="00EC3545">
        <w:rPr>
          <w:rFonts w:ascii="Aptos" w:hAnsi="Aptos"/>
          <w:sz w:val="20"/>
          <w:szCs w:val="20"/>
        </w:rPr>
        <w:br/>
        <w:t>b) Yazım Kuralı: 1. Sıfat yapan "-ki" bitişik yazılmalıdır: "Bahçedeki" (5 Puan)</w:t>
      </w:r>
      <w:r w:rsidRPr="00EC3545">
        <w:rPr>
          <w:rFonts w:ascii="Aptos" w:hAnsi="Aptos"/>
          <w:sz w:val="20"/>
          <w:szCs w:val="20"/>
        </w:rPr>
        <w:br/>
        <w:t>2. Belirli bir tarih bildirildiği için ay ve gün adları büyük harfle başlamalıdır: "18 Mart Salı" (5 Puan)</w:t>
      </w:r>
    </w:p>
    <w:p w14:paraId="5A99C0D6" w14:textId="77777777" w:rsidR="007420EE" w:rsidRPr="00EC3545" w:rsidRDefault="00000000" w:rsidP="0042009C">
      <w:pPr>
        <w:spacing w:before="40" w:after="40" w:line="360" w:lineRule="auto"/>
        <w:rPr>
          <w:sz w:val="20"/>
          <w:szCs w:val="20"/>
        </w:rPr>
      </w:pPr>
      <w:r w:rsidRPr="00EC3545">
        <w:rPr>
          <w:rFonts w:ascii="Aptos" w:hAnsi="Aptos"/>
          <w:b/>
          <w:sz w:val="20"/>
          <w:szCs w:val="20"/>
        </w:rPr>
        <w:t>6. Soru: (20 Puan)</w:t>
      </w:r>
      <w:r w:rsidRPr="00EC3545">
        <w:rPr>
          <w:rFonts w:ascii="Aptos" w:hAnsi="Aptos"/>
          <w:sz w:val="20"/>
          <w:szCs w:val="20"/>
        </w:rPr>
        <w:t xml:space="preserve"> Doğru mantıksal sıralama:</w:t>
      </w:r>
      <w:r w:rsidRPr="00EC3545">
        <w:rPr>
          <w:rFonts w:ascii="Aptos" w:hAnsi="Aptos"/>
          <w:sz w:val="20"/>
          <w:szCs w:val="20"/>
        </w:rPr>
        <w:br/>
        <w:t>( 3 ) Kanatlarını birkaç kez çırptıktan sonra gökyüzünün serin rüzgârına kendini usulca bıraktı.</w:t>
      </w:r>
      <w:r w:rsidRPr="00EC3545">
        <w:rPr>
          <w:rFonts w:ascii="Aptos" w:hAnsi="Aptos"/>
          <w:sz w:val="20"/>
          <w:szCs w:val="20"/>
        </w:rPr>
        <w:br/>
        <w:t>( 1 ) Yuvada günlerdir uçma denemeleri yapan yavru leylek, bacanın kenarına kadar adım adım ilerledi.</w:t>
      </w:r>
      <w:r w:rsidRPr="00EC3545">
        <w:rPr>
          <w:rFonts w:ascii="Aptos" w:hAnsi="Aptos"/>
          <w:sz w:val="20"/>
          <w:szCs w:val="20"/>
        </w:rPr>
        <w:br/>
        <w:t>( 4 ) Gökyüzünde süzülürken aşağıdaki köy evlerinin ve yeşil tarlaların güzelliğini hayranlıkla seyretti.</w:t>
      </w:r>
      <w:r w:rsidRPr="00EC3545">
        <w:rPr>
          <w:rFonts w:ascii="Aptos" w:hAnsi="Aptos"/>
          <w:sz w:val="20"/>
          <w:szCs w:val="20"/>
        </w:rPr>
        <w:br/>
        <w:t>( 2 ) Derin bir nefes alıp annesinin cesaret verici bakışları altında boşluğa doğru ilk adımını attı.</w:t>
      </w:r>
    </w:p>
    <w:p w14:paraId="5787B2EC" w14:textId="77777777" w:rsidR="007420EE" w:rsidRPr="00EC3545" w:rsidRDefault="00000000">
      <w:pPr>
        <w:spacing w:before="120" w:after="40"/>
        <w:jc w:val="right"/>
        <w:rPr>
          <w:sz w:val="20"/>
          <w:szCs w:val="20"/>
        </w:rPr>
      </w:pPr>
      <w:r w:rsidRPr="00EC3545">
        <w:rPr>
          <w:rFonts w:ascii="Aptos" w:hAnsi="Aptos"/>
          <w:b/>
          <w:sz w:val="20"/>
          <w:szCs w:val="20"/>
        </w:rPr>
        <w:t>KonuVakti.com | TestVakti.net | Turkcetestvakti.com</w:t>
      </w:r>
    </w:p>
    <w:sectPr w:rsidR="007420EE" w:rsidRPr="00EC3545" w:rsidSect="00034616">
      <w:pgSz w:w="12240" w:h="15840"/>
      <w:pgMar w:top="454" w:right="720" w:bottom="397"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1142311192">
    <w:abstractNumId w:val="8"/>
  </w:num>
  <w:num w:numId="2" w16cid:durableId="917981260">
    <w:abstractNumId w:val="6"/>
  </w:num>
  <w:num w:numId="3" w16cid:durableId="1827815266">
    <w:abstractNumId w:val="5"/>
  </w:num>
  <w:num w:numId="4" w16cid:durableId="1722093336">
    <w:abstractNumId w:val="4"/>
  </w:num>
  <w:num w:numId="5" w16cid:durableId="888491063">
    <w:abstractNumId w:val="7"/>
  </w:num>
  <w:num w:numId="6" w16cid:durableId="489177277">
    <w:abstractNumId w:val="3"/>
  </w:num>
  <w:num w:numId="7" w16cid:durableId="141123357">
    <w:abstractNumId w:val="2"/>
  </w:num>
  <w:num w:numId="8" w16cid:durableId="1176530234">
    <w:abstractNumId w:val="1"/>
  </w:num>
  <w:num w:numId="9" w16cid:durableId="2617651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2009C"/>
    <w:rsid w:val="006C405B"/>
    <w:rsid w:val="007420EE"/>
    <w:rsid w:val="00AA1D8D"/>
    <w:rsid w:val="00B47730"/>
    <w:rsid w:val="00CB0664"/>
    <w:rsid w:val="00CD3D15"/>
    <w:rsid w:val="00D5104F"/>
    <w:rsid w:val="00EC354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4E5B162"/>
  <w14:defaultImageDpi w14:val="300"/>
  <w15:docId w15:val="{485E029B-2080-47D7-B04E-56BB3F747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834</Words>
  <Characters>4759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Taner Gungor</cp:lastModifiedBy>
  <cp:revision>3</cp:revision>
  <dcterms:created xsi:type="dcterms:W3CDTF">2013-12-23T23:15:00Z</dcterms:created>
  <dcterms:modified xsi:type="dcterms:W3CDTF">2026-10-23T07:48:00Z</dcterms:modified>
  <cp:category/>
</cp:coreProperties>
</file>