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41A6" w14:textId="77777777" w:rsidR="008C6CEB" w:rsidRPr="00B1111F" w:rsidRDefault="00000000">
      <w:pPr>
        <w:spacing w:after="40"/>
        <w:jc w:val="center"/>
        <w:rPr>
          <w:sz w:val="20"/>
          <w:szCs w:val="20"/>
        </w:rPr>
      </w:pPr>
      <w:r w:rsidRPr="00B1111F">
        <w:rPr>
          <w:rFonts w:ascii="Aptos" w:hAnsi="Aptos"/>
          <w:b/>
          <w:sz w:val="20"/>
          <w:szCs w:val="20"/>
        </w:rPr>
        <w:t>................................................................ ORTAOKULU</w:t>
      </w:r>
    </w:p>
    <w:p w14:paraId="164D289E" w14:textId="77777777" w:rsidR="008C6CEB" w:rsidRPr="00B1111F" w:rsidRDefault="00000000">
      <w:pPr>
        <w:spacing w:after="80"/>
        <w:jc w:val="center"/>
        <w:rPr>
          <w:sz w:val="20"/>
          <w:szCs w:val="20"/>
        </w:rPr>
      </w:pPr>
      <w:r w:rsidRPr="00B1111F">
        <w:rPr>
          <w:rFonts w:ascii="Aptos" w:hAnsi="Aptos"/>
          <w:b/>
          <w:sz w:val="20"/>
          <w:szCs w:val="20"/>
        </w:rPr>
        <w:t>2026-2027 EĞİTİM ÖĞRETİM YILI TÜRKÇE DERSİ 6. SINIF 1. DÖNEM 1. ORTAK YAZILI SINAVI (1.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4018B1" w:rsidRPr="00B1111F" w14:paraId="41254968" w14:textId="77777777">
        <w:trPr>
          <w:jc w:val="center"/>
        </w:trPr>
        <w:tc>
          <w:tcPr>
            <w:tcW w:w="7654" w:type="dxa"/>
          </w:tcPr>
          <w:p w14:paraId="291BE86D" w14:textId="77777777" w:rsidR="004018B1" w:rsidRPr="00B1111F" w:rsidRDefault="004018B1">
            <w:pPr>
              <w:spacing w:before="40" w:after="40"/>
              <w:rPr>
                <w:sz w:val="20"/>
                <w:szCs w:val="20"/>
              </w:rPr>
            </w:pPr>
            <w:proofErr w:type="spellStart"/>
            <w:r w:rsidRPr="00B1111F">
              <w:rPr>
                <w:rFonts w:ascii="Aptos" w:hAnsi="Aptos"/>
                <w:b/>
                <w:sz w:val="20"/>
                <w:szCs w:val="20"/>
              </w:rPr>
              <w:t>Adı</w:t>
            </w:r>
            <w:proofErr w:type="spellEnd"/>
            <w:r w:rsidRPr="00B1111F">
              <w:rPr>
                <w:rFonts w:ascii="Aptos" w:hAnsi="Aptos"/>
                <w:b/>
                <w:sz w:val="20"/>
                <w:szCs w:val="20"/>
              </w:rPr>
              <w:t xml:space="preserve"> </w:t>
            </w:r>
            <w:proofErr w:type="spellStart"/>
            <w:r w:rsidRPr="00B1111F">
              <w:rPr>
                <w:rFonts w:ascii="Aptos" w:hAnsi="Aptos"/>
                <w:b/>
                <w:sz w:val="20"/>
                <w:szCs w:val="20"/>
              </w:rPr>
              <w:t>Soyadı</w:t>
            </w:r>
            <w:proofErr w:type="spellEnd"/>
            <w:r w:rsidRPr="00B1111F">
              <w:rPr>
                <w:rFonts w:ascii="Aptos" w:hAnsi="Aptos"/>
                <w:b/>
                <w:sz w:val="20"/>
                <w:szCs w:val="20"/>
              </w:rPr>
              <w:t>:</w:t>
            </w:r>
          </w:p>
        </w:tc>
        <w:tc>
          <w:tcPr>
            <w:tcW w:w="2835" w:type="dxa"/>
            <w:vMerge w:val="restart"/>
          </w:tcPr>
          <w:p w14:paraId="2EB06BD3" w14:textId="77777777" w:rsidR="004018B1" w:rsidRPr="00B1111F" w:rsidRDefault="004018B1">
            <w:pPr>
              <w:spacing w:before="40" w:after="40"/>
              <w:rPr>
                <w:sz w:val="20"/>
                <w:szCs w:val="20"/>
              </w:rPr>
            </w:pPr>
            <w:r w:rsidRPr="00B1111F">
              <w:rPr>
                <w:rFonts w:ascii="Aptos" w:hAnsi="Aptos"/>
                <w:b/>
                <w:sz w:val="20"/>
                <w:szCs w:val="20"/>
              </w:rPr>
              <w:t>Aldığı Not:</w:t>
            </w:r>
          </w:p>
        </w:tc>
      </w:tr>
      <w:tr w:rsidR="004018B1" w:rsidRPr="00B1111F" w14:paraId="61117AF0" w14:textId="77777777">
        <w:trPr>
          <w:jc w:val="center"/>
        </w:trPr>
        <w:tc>
          <w:tcPr>
            <w:tcW w:w="7654" w:type="dxa"/>
          </w:tcPr>
          <w:p w14:paraId="4E7DE6C2" w14:textId="77777777" w:rsidR="004018B1" w:rsidRPr="00B1111F" w:rsidRDefault="004018B1">
            <w:pPr>
              <w:spacing w:before="40" w:after="40"/>
              <w:rPr>
                <w:sz w:val="20"/>
                <w:szCs w:val="20"/>
              </w:rPr>
            </w:pPr>
            <w:proofErr w:type="spellStart"/>
            <w:r w:rsidRPr="00B1111F">
              <w:rPr>
                <w:rFonts w:ascii="Aptos" w:hAnsi="Aptos"/>
                <w:b/>
                <w:sz w:val="20"/>
                <w:szCs w:val="20"/>
              </w:rPr>
              <w:t>Sınıfı</w:t>
            </w:r>
            <w:proofErr w:type="spellEnd"/>
            <w:r w:rsidRPr="00B1111F">
              <w:rPr>
                <w:rFonts w:ascii="Aptos" w:hAnsi="Aptos"/>
                <w:b/>
                <w:sz w:val="20"/>
                <w:szCs w:val="20"/>
              </w:rPr>
              <w:t xml:space="preserve"> / No:</w:t>
            </w:r>
          </w:p>
        </w:tc>
        <w:tc>
          <w:tcPr>
            <w:tcW w:w="2835" w:type="dxa"/>
            <w:vMerge/>
          </w:tcPr>
          <w:p w14:paraId="4F0A815C" w14:textId="77777777" w:rsidR="004018B1" w:rsidRPr="00B1111F" w:rsidRDefault="004018B1">
            <w:pPr>
              <w:spacing w:before="40" w:after="40"/>
              <w:rPr>
                <w:sz w:val="20"/>
                <w:szCs w:val="20"/>
              </w:rPr>
            </w:pPr>
          </w:p>
        </w:tc>
      </w:tr>
    </w:tbl>
    <w:p w14:paraId="76A64531" w14:textId="77777777" w:rsidR="008C6CEB" w:rsidRPr="00B1111F" w:rsidRDefault="00000000">
      <w:pPr>
        <w:spacing w:before="120" w:after="40"/>
        <w:rPr>
          <w:sz w:val="20"/>
          <w:szCs w:val="20"/>
        </w:rPr>
      </w:pPr>
      <w:r w:rsidRPr="00B1111F">
        <w:rPr>
          <w:rFonts w:ascii="Aptos" w:hAnsi="Aptos"/>
          <w:b/>
          <w:sz w:val="20"/>
          <w:szCs w:val="20"/>
        </w:rPr>
        <w:t>A. OKUMA VE ANLAMA ÇALIŞMASI</w:t>
      </w:r>
    </w:p>
    <w:p w14:paraId="63B95A3E" w14:textId="77777777" w:rsidR="008C6CEB" w:rsidRPr="00B1111F" w:rsidRDefault="00000000">
      <w:pPr>
        <w:spacing w:after="80"/>
        <w:rPr>
          <w:sz w:val="20"/>
          <w:szCs w:val="20"/>
        </w:rPr>
      </w:pPr>
      <w:r w:rsidRPr="00B1111F">
        <w:rPr>
          <w:rFonts w:ascii="Aptos" w:hAnsi="Aptos"/>
          <w:i/>
          <w:sz w:val="20"/>
          <w:szCs w:val="20"/>
        </w:rPr>
        <w:t>(Aşağıdaki 1, 2 ve 3. soruları metne göre cevaplayınız.)</w:t>
      </w:r>
    </w:p>
    <w:p w14:paraId="58C7D6A9" w14:textId="77777777" w:rsidR="008C6CEB" w:rsidRPr="00B1111F" w:rsidRDefault="00000000">
      <w:pPr>
        <w:spacing w:before="40" w:after="40"/>
        <w:jc w:val="center"/>
        <w:rPr>
          <w:sz w:val="20"/>
          <w:szCs w:val="20"/>
        </w:rPr>
      </w:pPr>
      <w:r w:rsidRPr="00B1111F">
        <w:rPr>
          <w:rFonts w:ascii="Aptos" w:hAnsi="Aptos"/>
          <w:b/>
          <w:sz w:val="20"/>
          <w:szCs w:val="20"/>
        </w:rPr>
        <w:t>TOPRAĞIN VE EMEĞİN ŞİİRİ</w:t>
      </w:r>
    </w:p>
    <w:p w14:paraId="0582FEF2" w14:textId="77777777" w:rsidR="008C6CEB" w:rsidRPr="00B1111F" w:rsidRDefault="00000000">
      <w:pPr>
        <w:spacing w:after="80"/>
        <w:jc w:val="both"/>
        <w:rPr>
          <w:sz w:val="20"/>
          <w:szCs w:val="20"/>
        </w:rPr>
      </w:pPr>
      <w:r w:rsidRPr="00B1111F">
        <w:rPr>
          <w:rFonts w:ascii="Aptos" w:hAnsi="Aptos"/>
          <w:sz w:val="20"/>
          <w:szCs w:val="20"/>
        </w:rPr>
        <w:t xml:space="preserve">Anadolu’nun bozkırında çömlekçilik mesleğiyle tanınan Avanos’ta sabahın ilk ışıklarıyla birlikte çarklar dönmeye başlardı. On iki yaşındaki Yusuf, okul çıkışlarında dedesi Halil Usta’nın yanına koşar, çamurun biçim alışını gözlerini ayırmadan izlerdi. Halil Usta, killi toprağı suyla yoğururken torununa dönüp şöyle dedi: "Evlat, bu çamur sadece su ve topraktan ibaret değildir. Ona asıl şekil veren ustanın sabrı ve parmaklarının ucundaki </w:t>
      </w:r>
      <w:r w:rsidRPr="00B1111F">
        <w:rPr>
          <w:rFonts w:ascii="Aptos" w:hAnsi="Aptos"/>
          <w:b/>
          <w:sz w:val="20"/>
          <w:szCs w:val="20"/>
        </w:rPr>
        <w:t>maharettir</w:t>
      </w:r>
      <w:r w:rsidRPr="00B1111F">
        <w:rPr>
          <w:rFonts w:ascii="Aptos" w:hAnsi="Aptos"/>
          <w:sz w:val="20"/>
          <w:szCs w:val="20"/>
        </w:rPr>
        <w:t>. Emek harcanmadan ortaya çıkan hiçbir eser kalıcı olamaz." Yusuf bir gün dedesinin yokluğunda heyecanla çarkın başına oturdu. İlk denemesinde çamur dağıldı, ikincisinde eğri büğrü bir testi oldu. Tam vazgeçecekken dedesinin sözlerini hatırladı; sabırla, derin bir nefes alarak yeniden başladı ve pürüzsüz küçük bir vazo yapmayı başardı. Halil Usta atölyeye girdiğinde vazoyu gördü, gururla gülümsedi.</w:t>
      </w:r>
    </w:p>
    <w:p w14:paraId="0D7B2C76" w14:textId="77777777" w:rsidR="008C6CEB" w:rsidRPr="00B1111F" w:rsidRDefault="00000000">
      <w:pPr>
        <w:spacing w:before="80" w:after="20"/>
        <w:rPr>
          <w:sz w:val="20"/>
          <w:szCs w:val="20"/>
        </w:rPr>
      </w:pPr>
      <w:r w:rsidRPr="00B1111F">
        <w:rPr>
          <w:rFonts w:ascii="Aptos" w:hAnsi="Aptos"/>
          <w:b/>
          <w:sz w:val="20"/>
          <w:szCs w:val="20"/>
        </w:rPr>
        <w:t xml:space="preserve">SORU 1: </w:t>
      </w:r>
      <w:r w:rsidRPr="00B1111F">
        <w:rPr>
          <w:rFonts w:ascii="Aptos" w:hAnsi="Aptos"/>
          <w:sz w:val="20"/>
          <w:szCs w:val="20"/>
        </w:rPr>
        <w:t>(Kazanım: T.O.6.5. Metinde geçen anlamını bilmediği söz varlığı unsurlarının anlamını tahmin edebilme.) (15 Puan)</w:t>
      </w:r>
    </w:p>
    <w:p w14:paraId="4965543A" w14:textId="77777777" w:rsidR="008C6CEB" w:rsidRPr="00B1111F" w:rsidRDefault="00000000">
      <w:pPr>
        <w:spacing w:after="40"/>
        <w:rPr>
          <w:sz w:val="20"/>
          <w:szCs w:val="20"/>
        </w:rPr>
      </w:pPr>
      <w:r w:rsidRPr="00B1111F">
        <w:rPr>
          <w:rFonts w:ascii="Aptos" w:hAnsi="Aptos"/>
          <w:b/>
          <w:sz w:val="20"/>
          <w:szCs w:val="20"/>
        </w:rPr>
        <w:t>Metinde koyu yazılmış "maharettir" sözcüğünün anlamını metnin bağlamından hareketle tahmin edip yazınız. Tahmininizi bir cümle içinde kullanınız.</w:t>
      </w:r>
    </w:p>
    <w:p w14:paraId="4F5D1919" w14:textId="77777777" w:rsidR="008C6CEB" w:rsidRPr="00B1111F" w:rsidRDefault="008C6CEB">
      <w:pPr>
        <w:spacing w:after="80"/>
        <w:rPr>
          <w:sz w:val="20"/>
          <w:szCs w:val="20"/>
        </w:rPr>
      </w:pPr>
    </w:p>
    <w:p w14:paraId="4198C0BA" w14:textId="77777777" w:rsidR="00294940" w:rsidRPr="00B1111F" w:rsidRDefault="00294940">
      <w:pPr>
        <w:spacing w:after="80"/>
        <w:rPr>
          <w:sz w:val="20"/>
          <w:szCs w:val="20"/>
        </w:rPr>
      </w:pPr>
    </w:p>
    <w:p w14:paraId="1C2687F3" w14:textId="77777777" w:rsidR="008C6CEB" w:rsidRPr="00B1111F" w:rsidRDefault="008C6CEB">
      <w:pPr>
        <w:spacing w:after="80"/>
        <w:rPr>
          <w:sz w:val="20"/>
          <w:szCs w:val="20"/>
        </w:rPr>
      </w:pPr>
    </w:p>
    <w:p w14:paraId="0D3A29BB" w14:textId="77777777" w:rsidR="008C6CEB" w:rsidRPr="00B1111F" w:rsidRDefault="00000000">
      <w:pPr>
        <w:spacing w:before="40" w:after="20"/>
        <w:rPr>
          <w:sz w:val="20"/>
          <w:szCs w:val="20"/>
        </w:rPr>
      </w:pPr>
      <w:r w:rsidRPr="00B1111F">
        <w:rPr>
          <w:rFonts w:ascii="Aptos" w:hAnsi="Aptos"/>
          <w:b/>
          <w:sz w:val="20"/>
          <w:szCs w:val="20"/>
        </w:rPr>
        <w:t xml:space="preserve">SORU 2: </w:t>
      </w:r>
      <w:r w:rsidRPr="00B1111F">
        <w:rPr>
          <w:rFonts w:ascii="Aptos" w:hAnsi="Aptos"/>
          <w:sz w:val="20"/>
          <w:szCs w:val="20"/>
        </w:rPr>
        <w:t>(Kazanım: T.O.6.6. Metnin yüzey anlamını belirleyebilme.) (15 Puan)</w:t>
      </w:r>
    </w:p>
    <w:p w14:paraId="0B5FA41C" w14:textId="77777777" w:rsidR="008C6CEB" w:rsidRPr="00B1111F" w:rsidRDefault="00000000">
      <w:pPr>
        <w:spacing w:after="40"/>
        <w:rPr>
          <w:sz w:val="20"/>
          <w:szCs w:val="20"/>
        </w:rPr>
      </w:pPr>
      <w:r w:rsidRPr="00B1111F">
        <w:rPr>
          <w:rFonts w:ascii="Aptos" w:hAnsi="Aptos"/>
          <w:b/>
          <w:sz w:val="20"/>
          <w:szCs w:val="20"/>
        </w:rPr>
        <w:t>Halil Usta çamuru yoğururken torununa çamura asıl şekil veren şeyin ne olduğunu söylemiştir? Metne göre yazınız.</w:t>
      </w:r>
    </w:p>
    <w:p w14:paraId="6F2769FC" w14:textId="77777777" w:rsidR="008C6CEB" w:rsidRPr="00B1111F" w:rsidRDefault="008C6CEB">
      <w:pPr>
        <w:spacing w:after="80"/>
        <w:rPr>
          <w:sz w:val="20"/>
          <w:szCs w:val="20"/>
        </w:rPr>
      </w:pPr>
    </w:p>
    <w:p w14:paraId="5619E201" w14:textId="77777777" w:rsidR="00294940" w:rsidRPr="00B1111F" w:rsidRDefault="00294940">
      <w:pPr>
        <w:spacing w:after="80"/>
        <w:rPr>
          <w:sz w:val="20"/>
          <w:szCs w:val="20"/>
        </w:rPr>
      </w:pPr>
    </w:p>
    <w:p w14:paraId="3A002B23" w14:textId="77777777" w:rsidR="008C6CEB" w:rsidRPr="00B1111F" w:rsidRDefault="008C6CEB">
      <w:pPr>
        <w:spacing w:after="80"/>
        <w:rPr>
          <w:sz w:val="20"/>
          <w:szCs w:val="20"/>
        </w:rPr>
      </w:pPr>
    </w:p>
    <w:p w14:paraId="3383B156" w14:textId="77777777" w:rsidR="008C6CEB" w:rsidRPr="00B1111F" w:rsidRDefault="00000000">
      <w:pPr>
        <w:spacing w:before="40" w:after="20"/>
        <w:rPr>
          <w:sz w:val="20"/>
          <w:szCs w:val="20"/>
        </w:rPr>
      </w:pPr>
      <w:r w:rsidRPr="00B1111F">
        <w:rPr>
          <w:rFonts w:ascii="Aptos" w:hAnsi="Aptos"/>
          <w:b/>
          <w:sz w:val="20"/>
          <w:szCs w:val="20"/>
        </w:rPr>
        <w:t xml:space="preserve">SORU 3: </w:t>
      </w:r>
      <w:r w:rsidRPr="00B1111F">
        <w:rPr>
          <w:rFonts w:ascii="Aptos" w:hAnsi="Aptos"/>
          <w:sz w:val="20"/>
          <w:szCs w:val="20"/>
        </w:rPr>
        <w:t>(Kazanım: T.O.6.6. Metnin yüzey anlamını belirleyebilme.) (15 Puan)</w:t>
      </w:r>
    </w:p>
    <w:p w14:paraId="5E36FEFE" w14:textId="77777777" w:rsidR="008C6CEB" w:rsidRPr="00B1111F" w:rsidRDefault="00000000">
      <w:pPr>
        <w:spacing w:after="40"/>
        <w:rPr>
          <w:sz w:val="20"/>
          <w:szCs w:val="20"/>
        </w:rPr>
      </w:pPr>
      <w:r w:rsidRPr="00B1111F">
        <w:rPr>
          <w:rFonts w:ascii="Aptos" w:hAnsi="Aptos"/>
          <w:b/>
          <w:sz w:val="20"/>
          <w:szCs w:val="20"/>
        </w:rPr>
        <w:t>Yusuf çarkın başına geçtiğinde ilk denemelerinde neler yaşamıştır ve vazoyu yapmayı nasıl başarmıştır? Metinden hareketle açıklayınız.</w:t>
      </w:r>
    </w:p>
    <w:p w14:paraId="7EE12C70" w14:textId="77777777" w:rsidR="008C6CEB" w:rsidRPr="00B1111F" w:rsidRDefault="008C6CEB">
      <w:pPr>
        <w:spacing w:after="80"/>
        <w:rPr>
          <w:sz w:val="20"/>
          <w:szCs w:val="20"/>
        </w:rPr>
      </w:pPr>
    </w:p>
    <w:p w14:paraId="1F72C08C" w14:textId="77777777" w:rsidR="00294940" w:rsidRPr="00B1111F" w:rsidRDefault="00294940">
      <w:pPr>
        <w:spacing w:after="80"/>
        <w:rPr>
          <w:sz w:val="20"/>
          <w:szCs w:val="20"/>
        </w:rPr>
      </w:pPr>
    </w:p>
    <w:p w14:paraId="10517814" w14:textId="77777777" w:rsidR="008C6CEB" w:rsidRPr="00B1111F" w:rsidRDefault="008C6CEB">
      <w:pPr>
        <w:spacing w:after="80"/>
        <w:rPr>
          <w:sz w:val="20"/>
          <w:szCs w:val="20"/>
        </w:rPr>
      </w:pPr>
    </w:p>
    <w:p w14:paraId="20785A1B" w14:textId="77777777" w:rsidR="008C6CEB" w:rsidRPr="00B1111F" w:rsidRDefault="00000000">
      <w:pPr>
        <w:spacing w:before="80" w:after="40"/>
        <w:rPr>
          <w:sz w:val="20"/>
          <w:szCs w:val="20"/>
        </w:rPr>
      </w:pPr>
      <w:r w:rsidRPr="00B1111F">
        <w:rPr>
          <w:rFonts w:ascii="Aptos" w:hAnsi="Aptos"/>
          <w:b/>
          <w:sz w:val="20"/>
          <w:szCs w:val="20"/>
        </w:rPr>
        <w:t>B. SÖZ VARLIĞI ÇALIŞMASI</w:t>
      </w:r>
    </w:p>
    <w:p w14:paraId="4425722F" w14:textId="77777777" w:rsidR="008C6CEB" w:rsidRPr="00B1111F" w:rsidRDefault="00000000">
      <w:pPr>
        <w:spacing w:before="40" w:after="20"/>
        <w:rPr>
          <w:sz w:val="20"/>
          <w:szCs w:val="20"/>
        </w:rPr>
      </w:pPr>
      <w:r w:rsidRPr="00B1111F">
        <w:rPr>
          <w:rFonts w:ascii="Aptos" w:hAnsi="Aptos"/>
          <w:b/>
          <w:sz w:val="20"/>
          <w:szCs w:val="20"/>
        </w:rPr>
        <w:t xml:space="preserve">SORU 4: </w:t>
      </w:r>
      <w:r w:rsidRPr="00B1111F">
        <w:rPr>
          <w:rFonts w:ascii="Aptos" w:hAnsi="Aptos"/>
          <w:sz w:val="20"/>
          <w:szCs w:val="20"/>
        </w:rPr>
        <w:t>(Kazanım: T.O.6.21. Metinden hareketle söz varlığını geliştirmeye yönelik çözümleme yapabilme.) (15 Puan)</w:t>
      </w:r>
    </w:p>
    <w:p w14:paraId="6B9A4DA3" w14:textId="77777777" w:rsidR="008C6CEB" w:rsidRPr="00B1111F" w:rsidRDefault="00000000">
      <w:pPr>
        <w:spacing w:after="40"/>
        <w:rPr>
          <w:b/>
          <w:bCs/>
          <w:sz w:val="20"/>
          <w:szCs w:val="20"/>
        </w:rPr>
      </w:pPr>
      <w:r w:rsidRPr="00B1111F">
        <w:rPr>
          <w:rFonts w:ascii="Aptos" w:hAnsi="Aptos"/>
          <w:b/>
          <w:bCs/>
          <w:sz w:val="20"/>
          <w:szCs w:val="20"/>
        </w:rPr>
        <w:t>Metinde geçen bazı kelimelerin anlamları aşağıda verilmiştir. Anlamlarından hareketle bu kelimeleri metinden bularak uygun kutulara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3570"/>
      </w:tblGrid>
      <w:tr w:rsidR="008C6CEB" w:rsidRPr="00B1111F" w14:paraId="48A72298" w14:textId="77777777" w:rsidTr="00B1111F">
        <w:trPr>
          <w:jc w:val="center"/>
        </w:trPr>
        <w:tc>
          <w:tcPr>
            <w:tcW w:w="7230" w:type="dxa"/>
          </w:tcPr>
          <w:p w14:paraId="19A15AE2" w14:textId="77777777" w:rsidR="00D50CA9" w:rsidRPr="00B1111F" w:rsidRDefault="00000000">
            <w:pPr>
              <w:spacing w:before="60" w:after="60"/>
              <w:rPr>
                <w:sz w:val="20"/>
                <w:szCs w:val="20"/>
              </w:rPr>
            </w:pPr>
            <w:proofErr w:type="spellStart"/>
            <w:r w:rsidRPr="00B1111F">
              <w:rPr>
                <w:rFonts w:ascii="Aptos" w:hAnsi="Aptos"/>
                <w:b/>
                <w:sz w:val="20"/>
                <w:szCs w:val="20"/>
              </w:rPr>
              <w:t>Metinde</w:t>
            </w:r>
            <w:proofErr w:type="spellEnd"/>
            <w:r w:rsidRPr="00B1111F">
              <w:rPr>
                <w:rFonts w:ascii="Aptos" w:hAnsi="Aptos"/>
                <w:b/>
                <w:sz w:val="20"/>
                <w:szCs w:val="20"/>
              </w:rPr>
              <w:t xml:space="preserve"> </w:t>
            </w:r>
            <w:proofErr w:type="spellStart"/>
            <w:r w:rsidRPr="00B1111F">
              <w:rPr>
                <w:rFonts w:ascii="Aptos" w:hAnsi="Aptos"/>
                <w:b/>
                <w:sz w:val="20"/>
                <w:szCs w:val="20"/>
              </w:rPr>
              <w:t>Geçen</w:t>
            </w:r>
            <w:proofErr w:type="spellEnd"/>
            <w:r w:rsidRPr="00B1111F">
              <w:rPr>
                <w:rFonts w:ascii="Aptos" w:hAnsi="Aptos"/>
                <w:b/>
                <w:sz w:val="20"/>
                <w:szCs w:val="20"/>
              </w:rPr>
              <w:t xml:space="preserve"> </w:t>
            </w:r>
            <w:proofErr w:type="spellStart"/>
            <w:r w:rsidRPr="00B1111F">
              <w:rPr>
                <w:rFonts w:ascii="Aptos" w:hAnsi="Aptos"/>
                <w:b/>
                <w:sz w:val="20"/>
                <w:szCs w:val="20"/>
              </w:rPr>
              <w:t>Kelimelerin</w:t>
            </w:r>
            <w:proofErr w:type="spellEnd"/>
            <w:r w:rsidRPr="00B1111F">
              <w:rPr>
                <w:rFonts w:ascii="Aptos" w:hAnsi="Aptos"/>
                <w:b/>
                <w:sz w:val="20"/>
                <w:szCs w:val="20"/>
              </w:rPr>
              <w:t xml:space="preserve"> </w:t>
            </w:r>
            <w:proofErr w:type="spellStart"/>
            <w:r w:rsidRPr="00B1111F">
              <w:rPr>
                <w:rFonts w:ascii="Aptos" w:hAnsi="Aptos"/>
                <w:b/>
                <w:sz w:val="20"/>
                <w:szCs w:val="20"/>
              </w:rPr>
              <w:t>Anlamları</w:t>
            </w:r>
            <w:proofErr w:type="spellEnd"/>
          </w:p>
        </w:tc>
        <w:tc>
          <w:tcPr>
            <w:tcW w:w="3570" w:type="dxa"/>
          </w:tcPr>
          <w:p w14:paraId="5E283C88" w14:textId="77777777" w:rsidR="00D50CA9" w:rsidRPr="00B1111F" w:rsidRDefault="00000000">
            <w:pPr>
              <w:spacing w:before="60" w:after="60"/>
              <w:rPr>
                <w:sz w:val="20"/>
                <w:szCs w:val="20"/>
              </w:rPr>
            </w:pPr>
            <w:r w:rsidRPr="00B1111F">
              <w:rPr>
                <w:rFonts w:ascii="Aptos" w:hAnsi="Aptos"/>
                <w:b/>
                <w:sz w:val="20"/>
                <w:szCs w:val="20"/>
              </w:rPr>
              <w:t>Metindeki Kelime (5'er Puan)</w:t>
            </w:r>
          </w:p>
        </w:tc>
      </w:tr>
      <w:tr w:rsidR="008C6CEB" w:rsidRPr="00B1111F" w14:paraId="5FD4F1D7" w14:textId="77777777" w:rsidTr="00B1111F">
        <w:trPr>
          <w:jc w:val="center"/>
        </w:trPr>
        <w:tc>
          <w:tcPr>
            <w:tcW w:w="7230" w:type="dxa"/>
          </w:tcPr>
          <w:p w14:paraId="4EE6FE5B" w14:textId="77777777" w:rsidR="00D50CA9" w:rsidRPr="00B1111F" w:rsidRDefault="00000000">
            <w:pPr>
              <w:spacing w:before="60" w:after="60"/>
              <w:rPr>
                <w:sz w:val="20"/>
                <w:szCs w:val="20"/>
              </w:rPr>
            </w:pPr>
            <w:r w:rsidRPr="00B1111F">
              <w:rPr>
                <w:rFonts w:ascii="Aptos" w:hAnsi="Aptos"/>
                <w:sz w:val="20"/>
                <w:szCs w:val="20"/>
              </w:rPr>
              <w:t>Usta bir zanaatkârın yanında mesleği öğrenen kimse.</w:t>
            </w:r>
          </w:p>
        </w:tc>
        <w:tc>
          <w:tcPr>
            <w:tcW w:w="3570" w:type="dxa"/>
          </w:tcPr>
          <w:p w14:paraId="0EB8BA6F" w14:textId="77777777" w:rsidR="00D50CA9" w:rsidRPr="00B1111F" w:rsidRDefault="00D50CA9">
            <w:pPr>
              <w:spacing w:before="60" w:after="60"/>
              <w:rPr>
                <w:sz w:val="20"/>
                <w:szCs w:val="20"/>
              </w:rPr>
            </w:pPr>
          </w:p>
        </w:tc>
      </w:tr>
      <w:tr w:rsidR="008C6CEB" w:rsidRPr="00B1111F" w14:paraId="6E56E5C6" w14:textId="77777777" w:rsidTr="00B1111F">
        <w:trPr>
          <w:jc w:val="center"/>
        </w:trPr>
        <w:tc>
          <w:tcPr>
            <w:tcW w:w="7230" w:type="dxa"/>
          </w:tcPr>
          <w:p w14:paraId="074EA3D2" w14:textId="77777777" w:rsidR="00D50CA9" w:rsidRPr="00B1111F" w:rsidRDefault="00000000">
            <w:pPr>
              <w:spacing w:before="60" w:after="60"/>
              <w:rPr>
                <w:sz w:val="20"/>
                <w:szCs w:val="20"/>
              </w:rPr>
            </w:pPr>
            <w:r w:rsidRPr="00B1111F">
              <w:rPr>
                <w:rFonts w:ascii="Aptos" w:hAnsi="Aptos"/>
                <w:sz w:val="20"/>
                <w:szCs w:val="20"/>
              </w:rPr>
              <w:t>Bir sanatı veya işi gereği gibi yapabilme yeteneği, ustalık, marifet.</w:t>
            </w:r>
          </w:p>
        </w:tc>
        <w:tc>
          <w:tcPr>
            <w:tcW w:w="3570" w:type="dxa"/>
          </w:tcPr>
          <w:p w14:paraId="6EEF532D" w14:textId="77777777" w:rsidR="00D50CA9" w:rsidRPr="00B1111F" w:rsidRDefault="00D50CA9">
            <w:pPr>
              <w:spacing w:before="60" w:after="60"/>
              <w:rPr>
                <w:sz w:val="20"/>
                <w:szCs w:val="20"/>
              </w:rPr>
            </w:pPr>
          </w:p>
        </w:tc>
      </w:tr>
      <w:tr w:rsidR="008C6CEB" w:rsidRPr="00B1111F" w14:paraId="16E1839E" w14:textId="77777777" w:rsidTr="00B1111F">
        <w:trPr>
          <w:jc w:val="center"/>
        </w:trPr>
        <w:tc>
          <w:tcPr>
            <w:tcW w:w="7230" w:type="dxa"/>
          </w:tcPr>
          <w:p w14:paraId="16B9C3A9" w14:textId="77777777" w:rsidR="00D50CA9" w:rsidRPr="00B1111F" w:rsidRDefault="00000000">
            <w:pPr>
              <w:spacing w:before="60" w:after="60"/>
              <w:rPr>
                <w:sz w:val="20"/>
                <w:szCs w:val="20"/>
              </w:rPr>
            </w:pPr>
            <w:r w:rsidRPr="00B1111F">
              <w:rPr>
                <w:rFonts w:ascii="Aptos" w:hAnsi="Aptos"/>
                <w:sz w:val="20"/>
                <w:szCs w:val="20"/>
              </w:rPr>
              <w:t>Killi topraktan yapılıp fırında pişirilmiş toprak kap.</w:t>
            </w:r>
          </w:p>
        </w:tc>
        <w:tc>
          <w:tcPr>
            <w:tcW w:w="3570" w:type="dxa"/>
          </w:tcPr>
          <w:p w14:paraId="6F93DF11" w14:textId="77777777" w:rsidR="00D50CA9" w:rsidRPr="00B1111F" w:rsidRDefault="00D50CA9">
            <w:pPr>
              <w:spacing w:before="60" w:after="60"/>
              <w:rPr>
                <w:sz w:val="20"/>
                <w:szCs w:val="20"/>
              </w:rPr>
            </w:pPr>
          </w:p>
        </w:tc>
      </w:tr>
    </w:tbl>
    <w:p w14:paraId="6483025D" w14:textId="77777777" w:rsidR="00294940" w:rsidRPr="00B1111F" w:rsidRDefault="00294940">
      <w:pPr>
        <w:spacing w:before="80" w:after="20"/>
        <w:rPr>
          <w:rFonts w:ascii="Aptos" w:hAnsi="Aptos"/>
          <w:b/>
          <w:sz w:val="20"/>
          <w:szCs w:val="20"/>
        </w:rPr>
      </w:pPr>
    </w:p>
    <w:p w14:paraId="10FE8BF2" w14:textId="77777777" w:rsidR="00294940" w:rsidRPr="00B1111F" w:rsidRDefault="00294940">
      <w:pPr>
        <w:spacing w:before="80" w:after="20"/>
        <w:rPr>
          <w:rFonts w:ascii="Aptos" w:hAnsi="Aptos"/>
          <w:b/>
          <w:sz w:val="20"/>
          <w:szCs w:val="20"/>
        </w:rPr>
      </w:pPr>
    </w:p>
    <w:p w14:paraId="104B7472" w14:textId="77777777" w:rsidR="00294940" w:rsidRPr="00B1111F" w:rsidRDefault="00294940">
      <w:pPr>
        <w:spacing w:before="80" w:after="20"/>
        <w:rPr>
          <w:rFonts w:ascii="Aptos" w:hAnsi="Aptos"/>
          <w:b/>
          <w:sz w:val="20"/>
          <w:szCs w:val="20"/>
        </w:rPr>
      </w:pPr>
    </w:p>
    <w:p w14:paraId="39BEEF5D" w14:textId="77777777" w:rsidR="00294940" w:rsidRPr="00B1111F" w:rsidRDefault="00294940">
      <w:pPr>
        <w:spacing w:before="80" w:after="20"/>
        <w:rPr>
          <w:rFonts w:ascii="Aptos" w:hAnsi="Aptos"/>
          <w:b/>
          <w:sz w:val="20"/>
          <w:szCs w:val="20"/>
        </w:rPr>
      </w:pPr>
    </w:p>
    <w:p w14:paraId="6CF1943B" w14:textId="77777777" w:rsidR="00294940" w:rsidRPr="00B1111F" w:rsidRDefault="00294940">
      <w:pPr>
        <w:spacing w:before="80" w:after="20"/>
        <w:rPr>
          <w:rFonts w:ascii="Aptos" w:hAnsi="Aptos"/>
          <w:b/>
          <w:sz w:val="20"/>
          <w:szCs w:val="20"/>
        </w:rPr>
      </w:pPr>
    </w:p>
    <w:p w14:paraId="0AD08649" w14:textId="77777777" w:rsidR="008C6CEB" w:rsidRPr="00B1111F" w:rsidRDefault="00000000">
      <w:pPr>
        <w:spacing w:before="80" w:after="20"/>
        <w:rPr>
          <w:sz w:val="20"/>
          <w:szCs w:val="20"/>
        </w:rPr>
      </w:pPr>
      <w:r w:rsidRPr="00B1111F">
        <w:rPr>
          <w:rFonts w:ascii="Aptos" w:hAnsi="Aptos"/>
          <w:b/>
          <w:sz w:val="20"/>
          <w:szCs w:val="20"/>
        </w:rPr>
        <w:lastRenderedPageBreak/>
        <w:t xml:space="preserve">SORU 5: </w:t>
      </w:r>
      <w:r w:rsidRPr="00B1111F">
        <w:rPr>
          <w:rFonts w:ascii="Aptos" w:hAnsi="Aptos"/>
          <w:sz w:val="20"/>
          <w:szCs w:val="20"/>
        </w:rPr>
        <w:t>(Kazanım: T.Y.6.21. Yazım kuralları ve noktalama işaretlerini uygulayabilme.) (15 Puan)</w:t>
      </w:r>
    </w:p>
    <w:p w14:paraId="7CBC52E4" w14:textId="77777777" w:rsidR="008C6CEB" w:rsidRPr="00B1111F" w:rsidRDefault="00000000">
      <w:pPr>
        <w:spacing w:after="40"/>
        <w:rPr>
          <w:sz w:val="20"/>
          <w:szCs w:val="20"/>
        </w:rPr>
      </w:pPr>
      <w:r w:rsidRPr="00B1111F">
        <w:rPr>
          <w:rFonts w:ascii="Aptos" w:hAnsi="Aptos"/>
          <w:b/>
          <w:sz w:val="20"/>
          <w:szCs w:val="20"/>
        </w:rPr>
        <w:t xml:space="preserve">a) Aşağıdaki cümlede yay ayraçların </w:t>
      </w:r>
      <w:proofErr w:type="gramStart"/>
      <w:r w:rsidRPr="00B1111F">
        <w:rPr>
          <w:rFonts w:ascii="Aptos" w:hAnsi="Aptos"/>
          <w:b/>
          <w:sz w:val="20"/>
          <w:szCs w:val="20"/>
        </w:rPr>
        <w:t>( )</w:t>
      </w:r>
      <w:proofErr w:type="gramEnd"/>
      <w:r w:rsidRPr="00B1111F">
        <w:rPr>
          <w:rFonts w:ascii="Aptos" w:hAnsi="Aptos"/>
          <w:b/>
          <w:sz w:val="20"/>
          <w:szCs w:val="20"/>
        </w:rPr>
        <w:t xml:space="preserve"> içine uygun noktalama işaretlerini yerleştiriniz. (10 Puan)</w:t>
      </w:r>
      <w:r w:rsidRPr="00B1111F">
        <w:rPr>
          <w:rFonts w:ascii="Aptos" w:hAnsi="Aptos"/>
          <w:b/>
          <w:sz w:val="20"/>
          <w:szCs w:val="20"/>
        </w:rPr>
        <w:br/>
      </w:r>
      <w:r w:rsidRPr="00B1111F">
        <w:rPr>
          <w:rFonts w:ascii="Aptos" w:hAnsi="Aptos"/>
          <w:sz w:val="20"/>
          <w:szCs w:val="20"/>
        </w:rPr>
        <w:t xml:space="preserve">Halil Usta </w:t>
      </w:r>
      <w:proofErr w:type="gramStart"/>
      <w:r w:rsidRPr="00B1111F">
        <w:rPr>
          <w:rFonts w:ascii="Aptos" w:hAnsi="Aptos"/>
          <w:sz w:val="20"/>
          <w:szCs w:val="20"/>
        </w:rPr>
        <w:t xml:space="preserve">(  </w:t>
      </w:r>
      <w:proofErr w:type="gramEnd"/>
      <w:r w:rsidRPr="00B1111F">
        <w:rPr>
          <w:rFonts w:ascii="Aptos" w:hAnsi="Aptos"/>
          <w:sz w:val="20"/>
          <w:szCs w:val="20"/>
        </w:rPr>
        <w:t xml:space="preserve"> ) tezgâha yaklaştı ve (   ) (   ) Sabırla çalışan insan (   ) emeğinin karşılığını elbet alır (   ) dedi (   )</w:t>
      </w:r>
    </w:p>
    <w:p w14:paraId="5FC4F3C1" w14:textId="77777777" w:rsidR="00294940" w:rsidRPr="00B1111F" w:rsidRDefault="00294940">
      <w:pPr>
        <w:spacing w:before="40" w:after="40"/>
        <w:rPr>
          <w:rFonts w:ascii="Aptos" w:hAnsi="Aptos"/>
          <w:b/>
          <w:sz w:val="20"/>
          <w:szCs w:val="20"/>
        </w:rPr>
      </w:pPr>
    </w:p>
    <w:p w14:paraId="21C827EE" w14:textId="77777777" w:rsidR="008C6CEB" w:rsidRPr="00B1111F" w:rsidRDefault="00000000" w:rsidP="00294940">
      <w:pPr>
        <w:spacing w:before="40" w:after="0" w:line="360" w:lineRule="auto"/>
        <w:rPr>
          <w:sz w:val="20"/>
          <w:szCs w:val="20"/>
        </w:rPr>
      </w:pPr>
      <w:r w:rsidRPr="00B1111F">
        <w:rPr>
          <w:rFonts w:ascii="Aptos" w:hAnsi="Aptos"/>
          <w:b/>
          <w:sz w:val="20"/>
          <w:szCs w:val="20"/>
        </w:rPr>
        <w:t xml:space="preserve">b) Aşağıdaki </w:t>
      </w:r>
      <w:proofErr w:type="spellStart"/>
      <w:r w:rsidRPr="00B1111F">
        <w:rPr>
          <w:rFonts w:ascii="Aptos" w:hAnsi="Aptos"/>
          <w:b/>
          <w:sz w:val="20"/>
          <w:szCs w:val="20"/>
        </w:rPr>
        <w:t>cümlede</w:t>
      </w:r>
      <w:proofErr w:type="spellEnd"/>
      <w:r w:rsidRPr="00B1111F">
        <w:rPr>
          <w:rFonts w:ascii="Aptos" w:hAnsi="Aptos"/>
          <w:b/>
          <w:sz w:val="20"/>
          <w:szCs w:val="20"/>
        </w:rPr>
        <w:t xml:space="preserve"> </w:t>
      </w:r>
      <w:proofErr w:type="spellStart"/>
      <w:r w:rsidRPr="00B1111F">
        <w:rPr>
          <w:rFonts w:ascii="Aptos" w:hAnsi="Aptos"/>
          <w:b/>
          <w:sz w:val="20"/>
          <w:szCs w:val="20"/>
        </w:rPr>
        <w:t>yer</w:t>
      </w:r>
      <w:proofErr w:type="spellEnd"/>
      <w:r w:rsidRPr="00B1111F">
        <w:rPr>
          <w:rFonts w:ascii="Aptos" w:hAnsi="Aptos"/>
          <w:b/>
          <w:sz w:val="20"/>
          <w:szCs w:val="20"/>
        </w:rPr>
        <w:t xml:space="preserve"> </w:t>
      </w:r>
      <w:proofErr w:type="spellStart"/>
      <w:r w:rsidRPr="00B1111F">
        <w:rPr>
          <w:rFonts w:ascii="Aptos" w:hAnsi="Aptos"/>
          <w:b/>
          <w:sz w:val="20"/>
          <w:szCs w:val="20"/>
        </w:rPr>
        <w:t>alan</w:t>
      </w:r>
      <w:proofErr w:type="spellEnd"/>
      <w:r w:rsidRPr="00B1111F">
        <w:rPr>
          <w:rFonts w:ascii="Aptos" w:hAnsi="Aptos"/>
          <w:b/>
          <w:sz w:val="20"/>
          <w:szCs w:val="20"/>
        </w:rPr>
        <w:t xml:space="preserve"> </w:t>
      </w:r>
      <w:proofErr w:type="spellStart"/>
      <w:r w:rsidRPr="00B1111F">
        <w:rPr>
          <w:rFonts w:ascii="Aptos" w:hAnsi="Aptos"/>
          <w:b/>
          <w:sz w:val="20"/>
          <w:szCs w:val="20"/>
        </w:rPr>
        <w:t>yazım</w:t>
      </w:r>
      <w:proofErr w:type="spellEnd"/>
      <w:r w:rsidRPr="00B1111F">
        <w:rPr>
          <w:rFonts w:ascii="Aptos" w:hAnsi="Aptos"/>
          <w:b/>
          <w:sz w:val="20"/>
          <w:szCs w:val="20"/>
        </w:rPr>
        <w:t xml:space="preserve"> yanlışını bularak cümlenin doğru hâlini altındaki çizgiye yazınız. (5 Puan)</w:t>
      </w:r>
      <w:r w:rsidRPr="00B1111F">
        <w:rPr>
          <w:rFonts w:ascii="Aptos" w:hAnsi="Aptos"/>
          <w:b/>
          <w:sz w:val="20"/>
          <w:szCs w:val="20"/>
        </w:rPr>
        <w:br/>
      </w:r>
      <w:r w:rsidRPr="00B1111F">
        <w:rPr>
          <w:rFonts w:ascii="Aptos" w:hAnsi="Aptos"/>
          <w:sz w:val="20"/>
          <w:szCs w:val="20"/>
        </w:rPr>
        <w:t>"Yusuf'da dedesi gibi avanos çömlekçiliğini geleceğe taşımak istiyordu."</w:t>
      </w:r>
      <w:r w:rsidRPr="00B1111F">
        <w:rPr>
          <w:rFonts w:ascii="Aptos" w:hAnsi="Aptos"/>
          <w:sz w:val="20"/>
          <w:szCs w:val="20"/>
        </w:rPr>
        <w:br/>
        <w:t>Doğrusu: .........................................................................................................................</w:t>
      </w:r>
    </w:p>
    <w:p w14:paraId="16B08FC2" w14:textId="77777777" w:rsidR="00294940" w:rsidRPr="00B1111F" w:rsidRDefault="00294940">
      <w:pPr>
        <w:spacing w:before="80" w:after="40"/>
        <w:rPr>
          <w:rFonts w:ascii="Aptos" w:hAnsi="Aptos"/>
          <w:b/>
          <w:sz w:val="20"/>
          <w:szCs w:val="20"/>
        </w:rPr>
      </w:pPr>
    </w:p>
    <w:p w14:paraId="0E87C518" w14:textId="77777777" w:rsidR="008C6CEB" w:rsidRPr="00B1111F" w:rsidRDefault="00000000">
      <w:pPr>
        <w:spacing w:before="80" w:after="40"/>
        <w:rPr>
          <w:sz w:val="20"/>
          <w:szCs w:val="20"/>
        </w:rPr>
      </w:pPr>
      <w:r w:rsidRPr="00B1111F">
        <w:rPr>
          <w:rFonts w:ascii="Aptos" w:hAnsi="Aptos"/>
          <w:b/>
          <w:sz w:val="20"/>
          <w:szCs w:val="20"/>
        </w:rPr>
        <w:t>C. YAZMA ÇALIŞMASI (25 PUAN)</w:t>
      </w:r>
    </w:p>
    <w:p w14:paraId="09A0E55E" w14:textId="77777777" w:rsidR="008C6CEB" w:rsidRPr="00B1111F" w:rsidRDefault="00000000">
      <w:pPr>
        <w:spacing w:before="40" w:after="20"/>
        <w:rPr>
          <w:sz w:val="20"/>
          <w:szCs w:val="20"/>
        </w:rPr>
      </w:pPr>
      <w:r w:rsidRPr="00B1111F">
        <w:rPr>
          <w:rFonts w:ascii="Aptos" w:hAnsi="Aptos"/>
          <w:b/>
          <w:sz w:val="20"/>
          <w:szCs w:val="20"/>
        </w:rPr>
        <w:t xml:space="preserve">SORU 6: </w:t>
      </w:r>
      <w:r w:rsidRPr="00B1111F">
        <w:rPr>
          <w:rFonts w:ascii="Aptos" w:hAnsi="Aptos"/>
          <w:sz w:val="20"/>
          <w:szCs w:val="20"/>
        </w:rPr>
        <w:t>(Kazanım: T.Y.6.18. Yazısını zenginleştirecek biçimde söz varlığını kullanabilme.)</w:t>
      </w:r>
    </w:p>
    <w:p w14:paraId="7C8BEABC" w14:textId="77777777" w:rsidR="008C6CEB" w:rsidRPr="00B1111F" w:rsidRDefault="00000000">
      <w:pPr>
        <w:spacing w:after="40"/>
        <w:rPr>
          <w:sz w:val="20"/>
          <w:szCs w:val="20"/>
        </w:rPr>
      </w:pPr>
      <w:r w:rsidRPr="00B1111F">
        <w:rPr>
          <w:rFonts w:ascii="Aptos" w:hAnsi="Aptos"/>
          <w:b/>
          <w:sz w:val="20"/>
          <w:szCs w:val="20"/>
        </w:rPr>
        <w:t>Aşağıda verilen konuda duygu ve düşüncelerinizi anlatan bir paragraf yazınız. Yazınızda "alın teri, ustalık, sabır, zanaat" sözcüklerinden en az üç tanesini anlamına uygun olarak kullanınız. Yazınıza uygun bir başlık koymayı, yazım ve noktalama kurallarına uymayı unutmayınız.</w:t>
      </w:r>
    </w:p>
    <w:p w14:paraId="1EB93937" w14:textId="77777777" w:rsidR="008C6CEB" w:rsidRPr="00B1111F" w:rsidRDefault="00000000">
      <w:pPr>
        <w:spacing w:before="40" w:after="40"/>
        <w:rPr>
          <w:sz w:val="20"/>
          <w:szCs w:val="20"/>
        </w:rPr>
      </w:pPr>
      <w:r w:rsidRPr="00B1111F">
        <w:rPr>
          <w:rFonts w:ascii="Aptos" w:hAnsi="Aptos"/>
          <w:b/>
          <w:sz w:val="20"/>
          <w:szCs w:val="20"/>
        </w:rPr>
        <w:t xml:space="preserve">KONU: </w:t>
      </w:r>
      <w:r w:rsidRPr="00B1111F">
        <w:rPr>
          <w:rFonts w:ascii="Aptos" w:hAnsi="Aptos"/>
          <w:sz w:val="20"/>
          <w:szCs w:val="20"/>
        </w:rPr>
        <w:t>"Geleneksel el sanatlarını ve meslekleri yaşatmanın önemi."</w:t>
      </w:r>
    </w:p>
    <w:p w14:paraId="42D4C3D4" w14:textId="77777777" w:rsidR="008C6CEB" w:rsidRPr="00B1111F" w:rsidRDefault="008C6CEB">
      <w:pPr>
        <w:spacing w:after="120"/>
        <w:rPr>
          <w:rFonts w:ascii="Aptos" w:hAnsi="Aptos"/>
          <w:b/>
          <w:sz w:val="20"/>
          <w:szCs w:val="20"/>
        </w:rPr>
      </w:pPr>
    </w:p>
    <w:p w14:paraId="7769757A" w14:textId="77777777" w:rsidR="00294940" w:rsidRPr="00B1111F" w:rsidRDefault="00294940">
      <w:pPr>
        <w:spacing w:after="120"/>
        <w:rPr>
          <w:sz w:val="20"/>
          <w:szCs w:val="20"/>
        </w:rPr>
      </w:pPr>
    </w:p>
    <w:p w14:paraId="23CCC4E1" w14:textId="77777777" w:rsidR="008C6CEB" w:rsidRPr="00B1111F" w:rsidRDefault="008C6CEB">
      <w:pPr>
        <w:spacing w:after="120"/>
        <w:rPr>
          <w:sz w:val="20"/>
          <w:szCs w:val="20"/>
        </w:rPr>
      </w:pPr>
    </w:p>
    <w:p w14:paraId="01A9B373" w14:textId="77777777" w:rsidR="008C6CEB" w:rsidRPr="00B1111F" w:rsidRDefault="008C6CEB">
      <w:pPr>
        <w:spacing w:after="120"/>
        <w:rPr>
          <w:sz w:val="20"/>
          <w:szCs w:val="20"/>
        </w:rPr>
      </w:pPr>
    </w:p>
    <w:p w14:paraId="6655EFBB" w14:textId="77777777" w:rsidR="00294940" w:rsidRPr="00B1111F" w:rsidRDefault="00294940">
      <w:pPr>
        <w:spacing w:after="120"/>
        <w:rPr>
          <w:sz w:val="20"/>
          <w:szCs w:val="20"/>
        </w:rPr>
      </w:pPr>
    </w:p>
    <w:p w14:paraId="09DAD88B" w14:textId="77777777" w:rsidR="00294940" w:rsidRPr="00B1111F" w:rsidRDefault="00294940">
      <w:pPr>
        <w:spacing w:after="120"/>
        <w:rPr>
          <w:sz w:val="20"/>
          <w:szCs w:val="20"/>
        </w:rPr>
      </w:pPr>
    </w:p>
    <w:p w14:paraId="2BB1F1E3" w14:textId="77777777" w:rsidR="00294940" w:rsidRPr="00B1111F" w:rsidRDefault="00294940">
      <w:pPr>
        <w:spacing w:after="120"/>
        <w:rPr>
          <w:sz w:val="20"/>
          <w:szCs w:val="20"/>
        </w:rPr>
      </w:pPr>
    </w:p>
    <w:p w14:paraId="64995D71" w14:textId="77777777" w:rsidR="00294940" w:rsidRPr="00B1111F" w:rsidRDefault="00294940">
      <w:pPr>
        <w:spacing w:after="120"/>
        <w:rPr>
          <w:sz w:val="20"/>
          <w:szCs w:val="20"/>
        </w:rPr>
      </w:pPr>
    </w:p>
    <w:p w14:paraId="6AA298EE" w14:textId="77777777" w:rsidR="00294940" w:rsidRPr="00B1111F" w:rsidRDefault="00294940">
      <w:pPr>
        <w:spacing w:after="120"/>
        <w:rPr>
          <w:sz w:val="20"/>
          <w:szCs w:val="20"/>
        </w:rPr>
      </w:pPr>
    </w:p>
    <w:p w14:paraId="7AD1DD57" w14:textId="77777777" w:rsidR="00294940" w:rsidRPr="00B1111F" w:rsidRDefault="00294940">
      <w:pPr>
        <w:spacing w:after="120"/>
        <w:rPr>
          <w:sz w:val="20"/>
          <w:szCs w:val="20"/>
        </w:rPr>
      </w:pPr>
    </w:p>
    <w:p w14:paraId="60254E9C" w14:textId="77777777" w:rsidR="00294940" w:rsidRPr="00B1111F" w:rsidRDefault="00294940">
      <w:pPr>
        <w:spacing w:after="120"/>
        <w:rPr>
          <w:sz w:val="20"/>
          <w:szCs w:val="20"/>
        </w:rPr>
      </w:pPr>
    </w:p>
    <w:p w14:paraId="1245A831" w14:textId="77777777" w:rsidR="00294940" w:rsidRPr="00B1111F" w:rsidRDefault="00294940">
      <w:pPr>
        <w:spacing w:after="120"/>
        <w:rPr>
          <w:sz w:val="20"/>
          <w:szCs w:val="20"/>
        </w:rPr>
      </w:pPr>
    </w:p>
    <w:p w14:paraId="15521A66" w14:textId="77777777" w:rsidR="00294940" w:rsidRPr="00B1111F" w:rsidRDefault="00294940">
      <w:pPr>
        <w:spacing w:after="120"/>
        <w:rPr>
          <w:sz w:val="20"/>
          <w:szCs w:val="20"/>
        </w:rPr>
      </w:pPr>
    </w:p>
    <w:p w14:paraId="09CB702F" w14:textId="77777777" w:rsidR="00294940" w:rsidRPr="00B1111F" w:rsidRDefault="00294940">
      <w:pPr>
        <w:spacing w:after="120"/>
        <w:rPr>
          <w:sz w:val="20"/>
          <w:szCs w:val="20"/>
        </w:rPr>
      </w:pPr>
    </w:p>
    <w:p w14:paraId="5C9B663B" w14:textId="77777777" w:rsidR="00294940" w:rsidRPr="00B1111F" w:rsidRDefault="00294940">
      <w:pPr>
        <w:spacing w:after="120"/>
        <w:rPr>
          <w:sz w:val="20"/>
          <w:szCs w:val="20"/>
        </w:rPr>
      </w:pPr>
    </w:p>
    <w:p w14:paraId="50ADD740" w14:textId="77777777" w:rsidR="00294940" w:rsidRPr="00B1111F" w:rsidRDefault="00294940">
      <w:pPr>
        <w:spacing w:after="120"/>
        <w:rPr>
          <w:sz w:val="20"/>
          <w:szCs w:val="20"/>
        </w:rPr>
      </w:pPr>
    </w:p>
    <w:p w14:paraId="382788B8" w14:textId="77777777" w:rsidR="00294940" w:rsidRPr="00B1111F" w:rsidRDefault="00294940">
      <w:pPr>
        <w:spacing w:after="120"/>
        <w:rPr>
          <w:sz w:val="20"/>
          <w:szCs w:val="20"/>
        </w:rPr>
      </w:pPr>
    </w:p>
    <w:p w14:paraId="5FB4C5D8" w14:textId="77777777" w:rsidR="00294940" w:rsidRPr="00B1111F" w:rsidRDefault="00294940">
      <w:pPr>
        <w:spacing w:after="120"/>
        <w:rPr>
          <w:sz w:val="20"/>
          <w:szCs w:val="20"/>
        </w:rPr>
      </w:pPr>
    </w:p>
    <w:p w14:paraId="3516E8DB" w14:textId="77777777" w:rsidR="00294940" w:rsidRPr="00B1111F" w:rsidRDefault="00294940">
      <w:pPr>
        <w:spacing w:after="120"/>
        <w:rPr>
          <w:sz w:val="20"/>
          <w:szCs w:val="20"/>
        </w:rPr>
      </w:pPr>
    </w:p>
    <w:p w14:paraId="4AEFD6ED" w14:textId="77777777" w:rsidR="00294940" w:rsidRPr="00B1111F" w:rsidRDefault="00294940">
      <w:pPr>
        <w:spacing w:after="120"/>
        <w:rPr>
          <w:sz w:val="20"/>
          <w:szCs w:val="20"/>
        </w:rPr>
      </w:pPr>
    </w:p>
    <w:p w14:paraId="6E1512DE" w14:textId="77777777" w:rsidR="00294940" w:rsidRPr="00B1111F" w:rsidRDefault="00294940">
      <w:pPr>
        <w:spacing w:after="120"/>
        <w:rPr>
          <w:sz w:val="20"/>
          <w:szCs w:val="20"/>
        </w:rPr>
      </w:pPr>
    </w:p>
    <w:p w14:paraId="3981C782" w14:textId="77777777" w:rsidR="00294940" w:rsidRPr="00B1111F" w:rsidRDefault="00294940">
      <w:pPr>
        <w:spacing w:after="120"/>
        <w:rPr>
          <w:sz w:val="20"/>
          <w:szCs w:val="20"/>
        </w:rPr>
      </w:pPr>
    </w:p>
    <w:p w14:paraId="42CF9F9E" w14:textId="77777777" w:rsidR="00294940" w:rsidRPr="00B1111F" w:rsidRDefault="00294940">
      <w:pPr>
        <w:spacing w:after="120"/>
        <w:rPr>
          <w:sz w:val="20"/>
          <w:szCs w:val="20"/>
        </w:rPr>
      </w:pPr>
    </w:p>
    <w:p w14:paraId="322B3EA0" w14:textId="77777777" w:rsidR="008C6CEB" w:rsidRPr="00B1111F" w:rsidRDefault="008C6CEB">
      <w:pPr>
        <w:spacing w:after="120"/>
        <w:rPr>
          <w:sz w:val="20"/>
          <w:szCs w:val="20"/>
        </w:rPr>
      </w:pPr>
    </w:p>
    <w:p w14:paraId="400E4BE1" w14:textId="77777777" w:rsidR="008C6CEB" w:rsidRPr="00B1111F" w:rsidRDefault="008C6CEB">
      <w:pPr>
        <w:spacing w:after="120"/>
        <w:rPr>
          <w:sz w:val="20"/>
          <w:szCs w:val="20"/>
        </w:rPr>
      </w:pPr>
    </w:p>
    <w:p w14:paraId="7F81C2B6" w14:textId="77777777" w:rsidR="008C6CEB" w:rsidRPr="00B1111F" w:rsidRDefault="00000000">
      <w:pPr>
        <w:spacing w:before="120" w:after="80"/>
        <w:jc w:val="right"/>
        <w:rPr>
          <w:sz w:val="20"/>
          <w:szCs w:val="20"/>
        </w:rPr>
      </w:pPr>
      <w:r w:rsidRPr="00B1111F">
        <w:rPr>
          <w:rFonts w:ascii="Aptos" w:hAnsi="Aptos"/>
          <w:b/>
          <w:sz w:val="20"/>
          <w:szCs w:val="20"/>
        </w:rPr>
        <w:t>Sınav Süresi: 40 Dakikadır. | Başarılar Dilerim. KonuVakti.com | TestVakti.net | Turkcetestvakti.com</w:t>
      </w:r>
    </w:p>
    <w:p w14:paraId="3017C75D" w14:textId="77777777" w:rsidR="008C6CEB" w:rsidRPr="00B1111F" w:rsidRDefault="00000000">
      <w:pPr>
        <w:spacing w:before="200" w:after="80"/>
        <w:jc w:val="center"/>
        <w:rPr>
          <w:sz w:val="20"/>
          <w:szCs w:val="20"/>
        </w:rPr>
      </w:pPr>
      <w:r w:rsidRPr="00B1111F">
        <w:rPr>
          <w:rFonts w:ascii="Segoe UI Emoji" w:hAnsi="Segoe UI Emoji"/>
          <w:b/>
          <w:sz w:val="20"/>
          <w:szCs w:val="20"/>
        </w:rPr>
        <w:lastRenderedPageBreak/>
        <w:t xml:space="preserve">🔑 </w:t>
      </w:r>
      <w:r w:rsidRPr="00B1111F">
        <w:rPr>
          <w:rFonts w:ascii="Aptos" w:hAnsi="Aptos"/>
          <w:b/>
          <w:sz w:val="20"/>
          <w:szCs w:val="20"/>
        </w:rPr>
        <w:t>Öğretmenim İçin Cevap Anahtarı</w:t>
      </w:r>
    </w:p>
    <w:p w14:paraId="1B480F62" w14:textId="77777777" w:rsidR="008C6CEB" w:rsidRPr="00B1111F" w:rsidRDefault="00000000" w:rsidP="00294940">
      <w:pPr>
        <w:spacing w:before="40" w:after="40" w:line="360" w:lineRule="auto"/>
        <w:rPr>
          <w:sz w:val="20"/>
          <w:szCs w:val="20"/>
        </w:rPr>
      </w:pPr>
      <w:r w:rsidRPr="00B1111F">
        <w:rPr>
          <w:rFonts w:ascii="Aptos" w:hAnsi="Aptos"/>
          <w:b/>
          <w:sz w:val="20"/>
          <w:szCs w:val="20"/>
        </w:rPr>
        <w:t>1. Soru:</w:t>
      </w:r>
      <w:r w:rsidRPr="00B1111F">
        <w:rPr>
          <w:rFonts w:ascii="Aptos" w:hAnsi="Aptos"/>
          <w:sz w:val="20"/>
          <w:szCs w:val="20"/>
        </w:rPr>
        <w:t xml:space="preserve"> "Maharet" sözcüğünün tahmini: El yatkınlığı, beceri, ustalık, hüner, bir işi ustalıkla yapabilme yeteneği. Cümle: "Aşçımız yemek yapmadaki maharetiyle herkesi büyüledi." (Tahmin 10 Puan, Cümle 5 Puan; Toplam 15 Puan)</w:t>
      </w:r>
    </w:p>
    <w:p w14:paraId="3682D8DA" w14:textId="77777777" w:rsidR="008C6CEB" w:rsidRPr="00B1111F" w:rsidRDefault="00000000" w:rsidP="00294940">
      <w:pPr>
        <w:spacing w:before="40" w:after="40" w:line="360" w:lineRule="auto"/>
        <w:rPr>
          <w:sz w:val="20"/>
          <w:szCs w:val="20"/>
        </w:rPr>
      </w:pPr>
      <w:r w:rsidRPr="00B1111F">
        <w:rPr>
          <w:rFonts w:ascii="Aptos" w:hAnsi="Aptos"/>
          <w:b/>
          <w:sz w:val="20"/>
          <w:szCs w:val="20"/>
        </w:rPr>
        <w:t>2. Soru:</w:t>
      </w:r>
      <w:r w:rsidRPr="00B1111F">
        <w:rPr>
          <w:rFonts w:ascii="Aptos" w:hAnsi="Aptos"/>
          <w:sz w:val="20"/>
          <w:szCs w:val="20"/>
        </w:rPr>
        <w:t xml:space="preserve"> Halil Usta çamura asıl şekil veren şeyin su ve toprak değil; ustanın sabrı ve parmaklarının ucundaki maharet olduğunu, emek harcanmadan hiçbir eserin kalıcı olamayacağını söylemiştir. (15 Puan)</w:t>
      </w:r>
    </w:p>
    <w:p w14:paraId="54C5EA27" w14:textId="77777777" w:rsidR="008C6CEB" w:rsidRPr="00B1111F" w:rsidRDefault="00000000" w:rsidP="00294940">
      <w:pPr>
        <w:spacing w:before="40" w:after="40" w:line="360" w:lineRule="auto"/>
        <w:rPr>
          <w:sz w:val="20"/>
          <w:szCs w:val="20"/>
        </w:rPr>
      </w:pPr>
      <w:r w:rsidRPr="00B1111F">
        <w:rPr>
          <w:rFonts w:ascii="Aptos" w:hAnsi="Aptos"/>
          <w:b/>
          <w:sz w:val="20"/>
          <w:szCs w:val="20"/>
        </w:rPr>
        <w:t>3. Soru:</w:t>
      </w:r>
      <w:r w:rsidRPr="00B1111F">
        <w:rPr>
          <w:rFonts w:ascii="Aptos" w:hAnsi="Aptos"/>
          <w:sz w:val="20"/>
          <w:szCs w:val="20"/>
        </w:rPr>
        <w:t xml:space="preserve"> Yusuf ilk denemesinde çamuru dağıtmış, ikinci denemesinde ise eğri büğrü bir testi yapmıştır. Ancak dedesinin sabır ve emekle ilgili sözlerini hatırlayarak derin bir nefes almış, yılmadan yeniden denemiş ve pürüzsüz küçük bir vazo yapmayı başarmıştır. (15 Puan)</w:t>
      </w:r>
    </w:p>
    <w:p w14:paraId="47B4B488" w14:textId="77777777" w:rsidR="008C6CEB" w:rsidRPr="00B1111F" w:rsidRDefault="00000000" w:rsidP="00294940">
      <w:pPr>
        <w:spacing w:before="40" w:after="40" w:line="360" w:lineRule="auto"/>
        <w:rPr>
          <w:sz w:val="20"/>
          <w:szCs w:val="20"/>
        </w:rPr>
      </w:pPr>
      <w:r w:rsidRPr="00B1111F">
        <w:rPr>
          <w:rFonts w:ascii="Aptos" w:hAnsi="Aptos"/>
          <w:b/>
          <w:bCs/>
          <w:sz w:val="20"/>
          <w:szCs w:val="20"/>
        </w:rPr>
        <w:t>4. Soru:</w:t>
      </w:r>
      <w:r w:rsidRPr="00B1111F">
        <w:rPr>
          <w:rFonts w:ascii="Aptos" w:hAnsi="Aptos"/>
          <w:sz w:val="20"/>
          <w:szCs w:val="20"/>
        </w:rPr>
        <w:t xml:space="preserve"> (Her doğru kelime 5 Puan; toplam 15 Puan)</w:t>
      </w:r>
      <w:r w:rsidRPr="00B1111F">
        <w:rPr>
          <w:rFonts w:ascii="Aptos" w:hAnsi="Aptos"/>
          <w:sz w:val="20"/>
          <w:szCs w:val="20"/>
        </w:rPr>
        <w:br/>
        <w:t>• Çırak (Usta bir zanaatkârın yanında mesleği öğrenen kimse)</w:t>
      </w:r>
      <w:r w:rsidRPr="00B1111F">
        <w:rPr>
          <w:rFonts w:ascii="Aptos" w:hAnsi="Aptos"/>
          <w:sz w:val="20"/>
          <w:szCs w:val="20"/>
        </w:rPr>
        <w:br/>
        <w:t>• Hüner / Ustalık (Bir sanatı veya işi gereği gibi yapabilme yeteneği)</w:t>
      </w:r>
      <w:r w:rsidRPr="00B1111F">
        <w:rPr>
          <w:rFonts w:ascii="Aptos" w:hAnsi="Aptos"/>
          <w:sz w:val="20"/>
          <w:szCs w:val="20"/>
        </w:rPr>
        <w:br/>
        <w:t>• Çömlek (Killi topraktan yapılıp fırında pişirilmiş toprak kap)</w:t>
      </w:r>
    </w:p>
    <w:p w14:paraId="7A7EA17D" w14:textId="77777777" w:rsidR="008C6CEB" w:rsidRPr="00B1111F" w:rsidRDefault="00000000" w:rsidP="00294940">
      <w:pPr>
        <w:spacing w:before="40" w:after="40" w:line="360" w:lineRule="auto"/>
        <w:rPr>
          <w:sz w:val="20"/>
          <w:szCs w:val="20"/>
        </w:rPr>
      </w:pPr>
      <w:r w:rsidRPr="00B1111F">
        <w:rPr>
          <w:rFonts w:ascii="Aptos" w:hAnsi="Aptos"/>
          <w:b/>
          <w:sz w:val="20"/>
          <w:szCs w:val="20"/>
        </w:rPr>
        <w:t>5. Soru: (Toplam 15 Puan)</w:t>
      </w:r>
      <w:r w:rsidRPr="00B1111F">
        <w:rPr>
          <w:rFonts w:ascii="Aptos" w:hAnsi="Aptos"/>
          <w:sz w:val="20"/>
          <w:szCs w:val="20"/>
        </w:rPr>
        <w:br/>
        <w:t xml:space="preserve">a) Noktalama: Halil Usta </w:t>
      </w:r>
      <w:proofErr w:type="gramStart"/>
      <w:r w:rsidRPr="00B1111F">
        <w:rPr>
          <w:rFonts w:ascii="Aptos" w:hAnsi="Aptos"/>
          <w:sz w:val="20"/>
          <w:szCs w:val="20"/>
        </w:rPr>
        <w:t>( ,</w:t>
      </w:r>
      <w:proofErr w:type="gramEnd"/>
      <w:r w:rsidRPr="00B1111F">
        <w:rPr>
          <w:rFonts w:ascii="Aptos" w:hAnsi="Aptos"/>
          <w:sz w:val="20"/>
          <w:szCs w:val="20"/>
        </w:rPr>
        <w:t xml:space="preserve"> ) tezgâha yaklaştı ve ( : ) ( “ ) Sabırla çalışan insan ( , ) emeğinin karşılığını elbet alır ( . ) </w:t>
      </w:r>
      <w:proofErr w:type="gramStart"/>
      <w:r w:rsidRPr="00B1111F">
        <w:rPr>
          <w:rFonts w:ascii="Aptos" w:hAnsi="Aptos"/>
          <w:sz w:val="20"/>
          <w:szCs w:val="20"/>
        </w:rPr>
        <w:t>( ”</w:t>
      </w:r>
      <w:proofErr w:type="gramEnd"/>
      <w:r w:rsidRPr="00B1111F">
        <w:rPr>
          <w:rFonts w:ascii="Aptos" w:hAnsi="Aptos"/>
          <w:sz w:val="20"/>
          <w:szCs w:val="20"/>
        </w:rPr>
        <w:t xml:space="preserve"> ) dedi ( . ) (Her doğru işaret ~1,5 puan; toplam 10 Puan)</w:t>
      </w:r>
      <w:r w:rsidRPr="00B1111F">
        <w:rPr>
          <w:rFonts w:ascii="Aptos" w:hAnsi="Aptos"/>
          <w:sz w:val="20"/>
          <w:szCs w:val="20"/>
        </w:rPr>
        <w:br/>
        <w:t>b) Yazım Kuralı: Bağlaç olan "da" ayrı ve özel isim olan yer adı büyük harfle başlamalıdır: "Yusuf da dedesi gibi Avanos çömlekçiliğini geleceğe taşımak istiyordu." (5 Puan)</w:t>
      </w:r>
    </w:p>
    <w:p w14:paraId="670641AD" w14:textId="77777777" w:rsidR="008C6CEB" w:rsidRPr="00B1111F" w:rsidRDefault="00000000" w:rsidP="00294940">
      <w:pPr>
        <w:spacing w:before="40" w:after="40" w:line="360" w:lineRule="auto"/>
        <w:rPr>
          <w:sz w:val="20"/>
          <w:szCs w:val="20"/>
        </w:rPr>
      </w:pPr>
      <w:r w:rsidRPr="00B1111F">
        <w:rPr>
          <w:rFonts w:ascii="Aptos" w:hAnsi="Aptos"/>
          <w:b/>
          <w:sz w:val="20"/>
          <w:szCs w:val="20"/>
        </w:rPr>
        <w:t>6. Soru: Yazma Değerlendirme Baremi (25 Puan)</w:t>
      </w:r>
      <w:r w:rsidRPr="00B1111F">
        <w:rPr>
          <w:rFonts w:ascii="Aptos" w:hAnsi="Aptos"/>
          <w:sz w:val="20"/>
          <w:szCs w:val="20"/>
        </w:rPr>
        <w:br/>
        <w:t>• Konuya uygunluk ve içerik bütünlüğü: 8 Puan</w:t>
      </w:r>
      <w:r w:rsidRPr="00B1111F">
        <w:rPr>
          <w:rFonts w:ascii="Aptos" w:hAnsi="Aptos"/>
          <w:sz w:val="20"/>
          <w:szCs w:val="20"/>
        </w:rPr>
        <w:br/>
        <w:t>• Belirtilen anahtar sözcüklerin (en az üçünün) yerinde ve anlamına uygun kullanımı: 7 Puan</w:t>
      </w:r>
      <w:r w:rsidRPr="00B1111F">
        <w:rPr>
          <w:rFonts w:ascii="Aptos" w:hAnsi="Aptos"/>
          <w:sz w:val="20"/>
          <w:szCs w:val="20"/>
        </w:rPr>
        <w:br/>
        <w:t>• Yazım ve noktalama kurallarına uygunluk: 5 Puan</w:t>
      </w:r>
      <w:r w:rsidRPr="00B1111F">
        <w:rPr>
          <w:rFonts w:ascii="Aptos" w:hAnsi="Aptos"/>
          <w:sz w:val="20"/>
          <w:szCs w:val="20"/>
        </w:rPr>
        <w:br/>
        <w:t>• Sayfa düzeni ve uygun başlık seçimi: 5 Puan</w:t>
      </w:r>
    </w:p>
    <w:p w14:paraId="7612810E" w14:textId="77777777" w:rsidR="008C6CEB" w:rsidRPr="00B1111F" w:rsidRDefault="00000000">
      <w:pPr>
        <w:spacing w:before="120" w:after="40"/>
        <w:jc w:val="right"/>
        <w:rPr>
          <w:sz w:val="20"/>
          <w:szCs w:val="20"/>
        </w:rPr>
      </w:pPr>
      <w:r w:rsidRPr="00B1111F">
        <w:rPr>
          <w:rFonts w:ascii="Aptos" w:hAnsi="Aptos"/>
          <w:b/>
          <w:sz w:val="20"/>
          <w:szCs w:val="20"/>
        </w:rPr>
        <w:t>KonuVakti.com | TestVakti.net | Turkcetestvakti.com</w:t>
      </w:r>
    </w:p>
    <w:sectPr w:rsidR="008C6CEB" w:rsidRPr="00B1111F"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917980294">
    <w:abstractNumId w:val="8"/>
  </w:num>
  <w:num w:numId="2" w16cid:durableId="1216741637">
    <w:abstractNumId w:val="6"/>
  </w:num>
  <w:num w:numId="3" w16cid:durableId="566886600">
    <w:abstractNumId w:val="5"/>
  </w:num>
  <w:num w:numId="4" w16cid:durableId="1614050596">
    <w:abstractNumId w:val="4"/>
  </w:num>
  <w:num w:numId="5" w16cid:durableId="609044631">
    <w:abstractNumId w:val="7"/>
  </w:num>
  <w:num w:numId="6" w16cid:durableId="2002853888">
    <w:abstractNumId w:val="3"/>
  </w:num>
  <w:num w:numId="7" w16cid:durableId="504705252">
    <w:abstractNumId w:val="2"/>
  </w:num>
  <w:num w:numId="8" w16cid:durableId="1631738710">
    <w:abstractNumId w:val="1"/>
  </w:num>
  <w:num w:numId="9" w16cid:durableId="1664158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4940"/>
    <w:rsid w:val="0029639D"/>
    <w:rsid w:val="00326F90"/>
    <w:rsid w:val="004018B1"/>
    <w:rsid w:val="006C405B"/>
    <w:rsid w:val="008A1F43"/>
    <w:rsid w:val="008C6CEB"/>
    <w:rsid w:val="00AA1D8D"/>
    <w:rsid w:val="00B1111F"/>
    <w:rsid w:val="00B47730"/>
    <w:rsid w:val="00CB0664"/>
    <w:rsid w:val="00CD3D15"/>
    <w:rsid w:val="00D50C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5B3D43"/>
  <w14:defaultImageDpi w14:val="300"/>
  <w15:docId w15:val="{485E029B-2080-47D7-B04E-56BB3F74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5</cp:revision>
  <dcterms:created xsi:type="dcterms:W3CDTF">2013-12-23T23:15:00Z</dcterms:created>
  <dcterms:modified xsi:type="dcterms:W3CDTF">2026-10-23T12:45:00Z</dcterms:modified>
  <cp:category/>
</cp:coreProperties>
</file>