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9B737" w14:textId="77777777" w:rsidR="00BF04D8" w:rsidRPr="007A41DE" w:rsidRDefault="00000000">
      <w:pPr>
        <w:spacing w:after="40"/>
        <w:jc w:val="center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>................................................................ ORTAOKULU</w:t>
      </w:r>
    </w:p>
    <w:p w14:paraId="13C69A3E" w14:textId="77777777" w:rsidR="00BF04D8" w:rsidRPr="007A41DE" w:rsidRDefault="00000000">
      <w:pPr>
        <w:spacing w:after="80"/>
        <w:jc w:val="center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>2026-2027 EĞİTİM ÖĞRETİM YILI TÜRKÇE DERSİ 5. SINIF 1. DÖNEM 1. ORTAK YAZILI SINAVI (6. SENARYO)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54"/>
        <w:gridCol w:w="2835"/>
      </w:tblGrid>
      <w:tr w:rsidR="00BF04D8" w:rsidRPr="007A41DE" w14:paraId="7D5B2DC6" w14:textId="77777777">
        <w:trPr>
          <w:jc w:val="center"/>
        </w:trPr>
        <w:tc>
          <w:tcPr>
            <w:tcW w:w="7654" w:type="dxa"/>
          </w:tcPr>
          <w:p w14:paraId="4517E728" w14:textId="77777777" w:rsidR="00BF04D8" w:rsidRPr="007A41DE" w:rsidRDefault="00000000">
            <w:pPr>
              <w:spacing w:before="40" w:after="40"/>
              <w:rPr>
                <w:sz w:val="20"/>
                <w:szCs w:val="20"/>
              </w:rPr>
            </w:pPr>
            <w:proofErr w:type="spellStart"/>
            <w:r w:rsidRPr="007A41DE">
              <w:rPr>
                <w:rFonts w:ascii="Aptos" w:hAnsi="Aptos"/>
                <w:b/>
                <w:sz w:val="20"/>
                <w:szCs w:val="20"/>
              </w:rPr>
              <w:t>Adı</w:t>
            </w:r>
            <w:proofErr w:type="spellEnd"/>
            <w:r w:rsidRPr="007A41DE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proofErr w:type="spellStart"/>
            <w:r w:rsidRPr="007A41DE">
              <w:rPr>
                <w:rFonts w:ascii="Aptos" w:hAnsi="Aptos"/>
                <w:b/>
                <w:sz w:val="20"/>
                <w:szCs w:val="20"/>
              </w:rPr>
              <w:t>Soyadı</w:t>
            </w:r>
            <w:proofErr w:type="spellEnd"/>
            <w:r w:rsidRPr="007A41DE">
              <w:rPr>
                <w:rFonts w:ascii="Aptos" w:hAnsi="Aptos"/>
                <w:b/>
                <w:sz w:val="20"/>
                <w:szCs w:val="20"/>
              </w:rPr>
              <w:t>:</w:t>
            </w:r>
          </w:p>
        </w:tc>
        <w:tc>
          <w:tcPr>
            <w:tcW w:w="2835" w:type="dxa"/>
          </w:tcPr>
          <w:p w14:paraId="410BD0EF" w14:textId="77777777" w:rsidR="00BF04D8" w:rsidRPr="007A41DE" w:rsidRDefault="00000000">
            <w:pPr>
              <w:spacing w:before="40" w:after="40"/>
              <w:rPr>
                <w:sz w:val="20"/>
                <w:szCs w:val="20"/>
              </w:rPr>
            </w:pPr>
            <w:proofErr w:type="spellStart"/>
            <w:r w:rsidRPr="007A41DE">
              <w:rPr>
                <w:rFonts w:ascii="Aptos" w:hAnsi="Aptos"/>
                <w:b/>
                <w:sz w:val="20"/>
                <w:szCs w:val="20"/>
              </w:rPr>
              <w:t>Aldığı</w:t>
            </w:r>
            <w:proofErr w:type="spellEnd"/>
            <w:r w:rsidRPr="007A41DE">
              <w:rPr>
                <w:rFonts w:ascii="Aptos" w:hAnsi="Aptos"/>
                <w:b/>
                <w:sz w:val="20"/>
                <w:szCs w:val="20"/>
              </w:rPr>
              <w:t xml:space="preserve"> Not:</w:t>
            </w:r>
          </w:p>
        </w:tc>
      </w:tr>
      <w:tr w:rsidR="00BF04D8" w:rsidRPr="007A41DE" w14:paraId="29A80DCA" w14:textId="77777777">
        <w:trPr>
          <w:jc w:val="center"/>
        </w:trPr>
        <w:tc>
          <w:tcPr>
            <w:tcW w:w="7654" w:type="dxa"/>
          </w:tcPr>
          <w:p w14:paraId="2DF7F3AD" w14:textId="77777777" w:rsidR="00BF04D8" w:rsidRPr="007A41DE" w:rsidRDefault="00000000">
            <w:pPr>
              <w:spacing w:before="40" w:after="40"/>
              <w:rPr>
                <w:sz w:val="20"/>
                <w:szCs w:val="20"/>
              </w:rPr>
            </w:pPr>
            <w:proofErr w:type="spellStart"/>
            <w:r w:rsidRPr="007A41DE">
              <w:rPr>
                <w:rFonts w:ascii="Aptos" w:hAnsi="Aptos"/>
                <w:b/>
                <w:sz w:val="20"/>
                <w:szCs w:val="20"/>
              </w:rPr>
              <w:t>Sınıfı</w:t>
            </w:r>
            <w:proofErr w:type="spellEnd"/>
            <w:r w:rsidRPr="007A41DE">
              <w:rPr>
                <w:rFonts w:ascii="Aptos" w:hAnsi="Aptos"/>
                <w:b/>
                <w:sz w:val="20"/>
                <w:szCs w:val="20"/>
              </w:rPr>
              <w:t xml:space="preserve"> / No:</w:t>
            </w:r>
          </w:p>
        </w:tc>
        <w:tc>
          <w:tcPr>
            <w:tcW w:w="2835" w:type="dxa"/>
          </w:tcPr>
          <w:p w14:paraId="1C4BF94F" w14:textId="77777777" w:rsidR="00BF04D8" w:rsidRPr="007A41DE" w:rsidRDefault="00BF04D8">
            <w:pPr>
              <w:spacing w:before="40" w:after="40"/>
              <w:rPr>
                <w:sz w:val="20"/>
                <w:szCs w:val="20"/>
              </w:rPr>
            </w:pPr>
          </w:p>
        </w:tc>
      </w:tr>
    </w:tbl>
    <w:p w14:paraId="2F25B9CD" w14:textId="77777777" w:rsidR="00BF04D8" w:rsidRPr="007A41DE" w:rsidRDefault="00000000">
      <w:pPr>
        <w:spacing w:before="120" w:after="40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>A. OKUMA VE ANLAMA ÇALIŞMASI</w:t>
      </w:r>
    </w:p>
    <w:p w14:paraId="5555C8E2" w14:textId="77777777" w:rsidR="00BF04D8" w:rsidRPr="007A41DE" w:rsidRDefault="00000000">
      <w:pPr>
        <w:spacing w:after="80"/>
        <w:rPr>
          <w:sz w:val="20"/>
          <w:szCs w:val="20"/>
        </w:rPr>
      </w:pPr>
      <w:r w:rsidRPr="007A41DE">
        <w:rPr>
          <w:rFonts w:ascii="Aptos" w:hAnsi="Aptos"/>
          <w:i/>
          <w:sz w:val="20"/>
          <w:szCs w:val="20"/>
        </w:rPr>
        <w:t xml:space="preserve">(Aşağıdaki 1, 2, 3 </w:t>
      </w:r>
      <w:proofErr w:type="spellStart"/>
      <w:r w:rsidRPr="007A41DE">
        <w:rPr>
          <w:rFonts w:ascii="Aptos" w:hAnsi="Aptos"/>
          <w:i/>
          <w:sz w:val="20"/>
          <w:szCs w:val="20"/>
        </w:rPr>
        <w:t>ve</w:t>
      </w:r>
      <w:proofErr w:type="spellEnd"/>
      <w:r w:rsidRPr="007A41DE">
        <w:rPr>
          <w:rFonts w:ascii="Aptos" w:hAnsi="Aptos"/>
          <w:i/>
          <w:sz w:val="20"/>
          <w:szCs w:val="20"/>
        </w:rPr>
        <w:t xml:space="preserve"> 4. </w:t>
      </w:r>
      <w:proofErr w:type="spellStart"/>
      <w:r w:rsidRPr="007A41DE">
        <w:rPr>
          <w:rFonts w:ascii="Aptos" w:hAnsi="Aptos"/>
          <w:i/>
          <w:sz w:val="20"/>
          <w:szCs w:val="20"/>
        </w:rPr>
        <w:t>soruları</w:t>
      </w:r>
      <w:proofErr w:type="spellEnd"/>
      <w:r w:rsidRPr="007A41DE">
        <w:rPr>
          <w:rFonts w:ascii="Aptos" w:hAnsi="Aptos"/>
          <w:i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i/>
          <w:sz w:val="20"/>
          <w:szCs w:val="20"/>
        </w:rPr>
        <w:t>metne</w:t>
      </w:r>
      <w:proofErr w:type="spellEnd"/>
      <w:r w:rsidRPr="007A41DE">
        <w:rPr>
          <w:rFonts w:ascii="Aptos" w:hAnsi="Aptos"/>
          <w:i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i/>
          <w:sz w:val="20"/>
          <w:szCs w:val="20"/>
        </w:rPr>
        <w:t>göre</w:t>
      </w:r>
      <w:proofErr w:type="spellEnd"/>
      <w:r w:rsidRPr="007A41DE">
        <w:rPr>
          <w:rFonts w:ascii="Aptos" w:hAnsi="Aptos"/>
          <w:i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i/>
          <w:sz w:val="20"/>
          <w:szCs w:val="20"/>
        </w:rPr>
        <w:t>cevaplayınız</w:t>
      </w:r>
      <w:proofErr w:type="spellEnd"/>
      <w:r w:rsidRPr="007A41DE">
        <w:rPr>
          <w:rFonts w:ascii="Aptos" w:hAnsi="Aptos"/>
          <w:i/>
          <w:sz w:val="20"/>
          <w:szCs w:val="20"/>
        </w:rPr>
        <w:t>.)</w:t>
      </w:r>
    </w:p>
    <w:p w14:paraId="57087704" w14:textId="77777777" w:rsidR="00BF04D8" w:rsidRPr="007A41DE" w:rsidRDefault="00000000">
      <w:pPr>
        <w:spacing w:before="40" w:after="40"/>
        <w:jc w:val="center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>MİNİK KARINCA VE BUĞDAY TANESİ</w:t>
      </w:r>
    </w:p>
    <w:p w14:paraId="7ACACA63" w14:textId="77777777" w:rsidR="00BF04D8" w:rsidRPr="007A41DE" w:rsidRDefault="00000000">
      <w:pPr>
        <w:spacing w:after="80"/>
        <w:jc w:val="both"/>
        <w:rPr>
          <w:sz w:val="20"/>
          <w:szCs w:val="20"/>
        </w:rPr>
      </w:pPr>
      <w:proofErr w:type="spellStart"/>
      <w:r w:rsidRPr="007A41DE">
        <w:rPr>
          <w:rFonts w:ascii="Aptos" w:hAnsi="Aptos"/>
          <w:sz w:val="20"/>
          <w:szCs w:val="20"/>
        </w:rPr>
        <w:t>Güneşin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altın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sarısı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ışıkları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tarlayı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aydınlatırken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minik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karınca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Çıtı</w:t>
      </w:r>
      <w:proofErr w:type="spellEnd"/>
      <w:r w:rsidRPr="007A41DE">
        <w:rPr>
          <w:rFonts w:ascii="Aptos" w:hAnsi="Aptos"/>
          <w:sz w:val="20"/>
          <w:szCs w:val="20"/>
        </w:rPr>
        <w:t xml:space="preserve">, </w:t>
      </w:r>
      <w:proofErr w:type="spellStart"/>
      <w:r w:rsidRPr="007A41DE">
        <w:rPr>
          <w:rFonts w:ascii="Aptos" w:hAnsi="Aptos"/>
          <w:sz w:val="20"/>
          <w:szCs w:val="20"/>
        </w:rPr>
        <w:t>kış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hazırlığı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için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yola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koyulmuştu</w:t>
      </w:r>
      <w:proofErr w:type="spellEnd"/>
      <w:r w:rsidRPr="007A41DE">
        <w:rPr>
          <w:rFonts w:ascii="Aptos" w:hAnsi="Aptos"/>
          <w:sz w:val="20"/>
          <w:szCs w:val="20"/>
        </w:rPr>
        <w:t xml:space="preserve">. </w:t>
      </w:r>
      <w:proofErr w:type="spellStart"/>
      <w:r w:rsidRPr="007A41DE">
        <w:rPr>
          <w:rFonts w:ascii="Aptos" w:hAnsi="Aptos"/>
          <w:sz w:val="20"/>
          <w:szCs w:val="20"/>
        </w:rPr>
        <w:t>Tarla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faresi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ve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çekirgeler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gölgede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oyun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oynarken</w:t>
      </w:r>
      <w:proofErr w:type="spellEnd"/>
      <w:r w:rsidRPr="007A41DE">
        <w:rPr>
          <w:rFonts w:ascii="Aptos" w:hAnsi="Aptos"/>
          <w:sz w:val="20"/>
          <w:szCs w:val="20"/>
        </w:rPr>
        <w:t xml:space="preserve"> o, </w:t>
      </w:r>
      <w:proofErr w:type="spellStart"/>
      <w:r w:rsidRPr="007A41DE">
        <w:rPr>
          <w:rFonts w:ascii="Aptos" w:hAnsi="Aptos"/>
          <w:sz w:val="20"/>
          <w:szCs w:val="20"/>
        </w:rPr>
        <w:t>kendi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boyunun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iki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katı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büyüklüğündeki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sarı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buğday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tanesini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sırtlamaya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çalışıyordu</w:t>
      </w:r>
      <w:proofErr w:type="spellEnd"/>
      <w:r w:rsidRPr="007A41DE">
        <w:rPr>
          <w:rFonts w:ascii="Aptos" w:hAnsi="Aptos"/>
          <w:sz w:val="20"/>
          <w:szCs w:val="20"/>
        </w:rPr>
        <w:t xml:space="preserve">. </w:t>
      </w:r>
      <w:proofErr w:type="spellStart"/>
      <w:r w:rsidRPr="007A41DE">
        <w:rPr>
          <w:rFonts w:ascii="Aptos" w:hAnsi="Aptos"/>
          <w:sz w:val="20"/>
          <w:szCs w:val="20"/>
        </w:rPr>
        <w:t>Buğday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tanesi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çok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ağırdı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ve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küçük</w:t>
      </w:r>
      <w:proofErr w:type="spellEnd"/>
      <w:r w:rsidRPr="007A41DE">
        <w:rPr>
          <w:rFonts w:ascii="Aptos" w:hAnsi="Aptos"/>
          <w:sz w:val="20"/>
          <w:szCs w:val="20"/>
        </w:rPr>
        <w:t xml:space="preserve"> bir </w:t>
      </w:r>
      <w:proofErr w:type="spellStart"/>
      <w:r w:rsidRPr="007A41DE">
        <w:rPr>
          <w:rFonts w:ascii="Aptos" w:hAnsi="Aptos"/>
          <w:sz w:val="20"/>
          <w:szCs w:val="20"/>
        </w:rPr>
        <w:t>tepeyi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tırmanırken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sürekli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geriye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kayıyordu</w:t>
      </w:r>
      <w:proofErr w:type="spellEnd"/>
      <w:r w:rsidRPr="007A41DE">
        <w:rPr>
          <w:rFonts w:ascii="Aptos" w:hAnsi="Aptos"/>
          <w:sz w:val="20"/>
          <w:szCs w:val="20"/>
        </w:rPr>
        <w:t xml:space="preserve">. </w:t>
      </w:r>
      <w:proofErr w:type="spellStart"/>
      <w:r w:rsidRPr="007A41DE">
        <w:rPr>
          <w:rFonts w:ascii="Aptos" w:hAnsi="Aptos"/>
          <w:sz w:val="20"/>
          <w:szCs w:val="20"/>
        </w:rPr>
        <w:t>Diğer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hayvanlar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Çıtı’nın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bu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çabasını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beyhude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bularak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onunla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alay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ettiler</w:t>
      </w:r>
      <w:proofErr w:type="spellEnd"/>
      <w:r w:rsidRPr="007A41DE">
        <w:rPr>
          <w:rFonts w:ascii="Aptos" w:hAnsi="Aptos"/>
          <w:sz w:val="20"/>
          <w:szCs w:val="20"/>
        </w:rPr>
        <w:t xml:space="preserve">. </w:t>
      </w:r>
      <w:proofErr w:type="spellStart"/>
      <w:r w:rsidRPr="007A41DE">
        <w:rPr>
          <w:rFonts w:ascii="Aptos" w:hAnsi="Aptos"/>
          <w:sz w:val="20"/>
          <w:szCs w:val="20"/>
        </w:rPr>
        <w:t>Ancak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Çıtı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yılmadı</w:t>
      </w:r>
      <w:proofErr w:type="spellEnd"/>
      <w:r w:rsidRPr="007A41DE">
        <w:rPr>
          <w:rFonts w:ascii="Aptos" w:hAnsi="Aptos"/>
          <w:sz w:val="20"/>
          <w:szCs w:val="20"/>
        </w:rPr>
        <w:t xml:space="preserve">; </w:t>
      </w:r>
      <w:proofErr w:type="spellStart"/>
      <w:r w:rsidRPr="007A41DE">
        <w:rPr>
          <w:rFonts w:ascii="Aptos" w:hAnsi="Aptos"/>
          <w:sz w:val="20"/>
          <w:szCs w:val="20"/>
        </w:rPr>
        <w:t>sabırla</w:t>
      </w:r>
      <w:proofErr w:type="spellEnd"/>
      <w:r w:rsidRPr="007A41DE">
        <w:rPr>
          <w:rFonts w:ascii="Aptos" w:hAnsi="Aptos"/>
          <w:sz w:val="20"/>
          <w:szCs w:val="20"/>
        </w:rPr>
        <w:t xml:space="preserve">, </w:t>
      </w:r>
      <w:proofErr w:type="spellStart"/>
      <w:r w:rsidRPr="007A41DE">
        <w:rPr>
          <w:rFonts w:ascii="Aptos" w:hAnsi="Aptos"/>
          <w:sz w:val="20"/>
          <w:szCs w:val="20"/>
        </w:rPr>
        <w:t>adım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adım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taneyi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yuvasına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doğru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sürükledi</w:t>
      </w:r>
      <w:proofErr w:type="spellEnd"/>
      <w:r w:rsidRPr="007A41DE">
        <w:rPr>
          <w:rFonts w:ascii="Aptos" w:hAnsi="Aptos"/>
          <w:sz w:val="20"/>
          <w:szCs w:val="20"/>
        </w:rPr>
        <w:t xml:space="preserve">. </w:t>
      </w:r>
      <w:proofErr w:type="spellStart"/>
      <w:r w:rsidRPr="007A41DE">
        <w:rPr>
          <w:rFonts w:ascii="Aptos" w:hAnsi="Aptos"/>
          <w:sz w:val="20"/>
          <w:szCs w:val="20"/>
        </w:rPr>
        <w:t>Kış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bastırıp</w:t>
      </w:r>
      <w:proofErr w:type="spellEnd"/>
      <w:r w:rsidRPr="007A41DE">
        <w:rPr>
          <w:rFonts w:ascii="Aptos" w:hAnsi="Aptos"/>
          <w:sz w:val="20"/>
          <w:szCs w:val="20"/>
        </w:rPr>
        <w:t xml:space="preserve"> da her </w:t>
      </w:r>
      <w:proofErr w:type="spellStart"/>
      <w:r w:rsidRPr="007A41DE">
        <w:rPr>
          <w:rFonts w:ascii="Aptos" w:hAnsi="Aptos"/>
          <w:sz w:val="20"/>
          <w:szCs w:val="20"/>
        </w:rPr>
        <w:t>yer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bembeyaz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karla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kaplandığında</w:t>
      </w:r>
      <w:proofErr w:type="spellEnd"/>
      <w:r w:rsidRPr="007A41DE">
        <w:rPr>
          <w:rFonts w:ascii="Aptos" w:hAnsi="Aptos"/>
          <w:sz w:val="20"/>
          <w:szCs w:val="20"/>
        </w:rPr>
        <w:t xml:space="preserve">, </w:t>
      </w:r>
      <w:proofErr w:type="spellStart"/>
      <w:r w:rsidRPr="007A41DE">
        <w:rPr>
          <w:rFonts w:ascii="Aptos" w:hAnsi="Aptos"/>
          <w:sz w:val="20"/>
          <w:szCs w:val="20"/>
        </w:rPr>
        <w:t>dışarıda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yiyecek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bulamayan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hayvanlar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Çıtı’nın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sıcacık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yuvasının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kapısını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çaldılar</w:t>
      </w:r>
      <w:proofErr w:type="spellEnd"/>
      <w:r w:rsidRPr="007A41DE">
        <w:rPr>
          <w:rFonts w:ascii="Aptos" w:hAnsi="Aptos"/>
          <w:sz w:val="20"/>
          <w:szCs w:val="20"/>
        </w:rPr>
        <w:t xml:space="preserve">. </w:t>
      </w:r>
      <w:proofErr w:type="spellStart"/>
      <w:r w:rsidRPr="007A41DE">
        <w:rPr>
          <w:rFonts w:ascii="Aptos" w:hAnsi="Aptos"/>
          <w:sz w:val="20"/>
          <w:szCs w:val="20"/>
        </w:rPr>
        <w:t>Çıtı</w:t>
      </w:r>
      <w:proofErr w:type="spellEnd"/>
      <w:r w:rsidRPr="007A41DE">
        <w:rPr>
          <w:rFonts w:ascii="Aptos" w:hAnsi="Aptos"/>
          <w:sz w:val="20"/>
          <w:szCs w:val="20"/>
        </w:rPr>
        <w:t xml:space="preserve">, </w:t>
      </w:r>
      <w:proofErr w:type="spellStart"/>
      <w:r w:rsidRPr="007A41DE">
        <w:rPr>
          <w:rFonts w:ascii="Aptos" w:hAnsi="Aptos"/>
          <w:sz w:val="20"/>
          <w:szCs w:val="20"/>
        </w:rPr>
        <w:t>azimle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kazandığı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yiyeceklerini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arkadaşlarıyla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paylaşarak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onlara</w:t>
      </w:r>
      <w:proofErr w:type="spellEnd"/>
      <w:r w:rsidRPr="007A41DE">
        <w:rPr>
          <w:rFonts w:ascii="Aptos" w:hAnsi="Aptos"/>
          <w:sz w:val="20"/>
          <w:szCs w:val="20"/>
        </w:rPr>
        <w:t xml:space="preserve"> hem bir </w:t>
      </w:r>
      <w:proofErr w:type="spellStart"/>
      <w:r w:rsidRPr="007A41DE">
        <w:rPr>
          <w:rFonts w:ascii="Aptos" w:hAnsi="Aptos"/>
          <w:sz w:val="20"/>
          <w:szCs w:val="20"/>
        </w:rPr>
        <w:t>parça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ekmek</w:t>
      </w:r>
      <w:proofErr w:type="spellEnd"/>
      <w:r w:rsidRPr="007A41DE">
        <w:rPr>
          <w:rFonts w:ascii="Aptos" w:hAnsi="Aptos"/>
          <w:sz w:val="20"/>
          <w:szCs w:val="20"/>
        </w:rPr>
        <w:t xml:space="preserve"> hem de </w:t>
      </w:r>
      <w:proofErr w:type="spellStart"/>
      <w:r w:rsidRPr="007A41DE">
        <w:rPr>
          <w:rFonts w:ascii="Aptos" w:hAnsi="Aptos"/>
          <w:sz w:val="20"/>
          <w:szCs w:val="20"/>
        </w:rPr>
        <w:t>unutulmaz</w:t>
      </w:r>
      <w:proofErr w:type="spellEnd"/>
      <w:r w:rsidRPr="007A41DE">
        <w:rPr>
          <w:rFonts w:ascii="Aptos" w:hAnsi="Aptos"/>
          <w:sz w:val="20"/>
          <w:szCs w:val="20"/>
        </w:rPr>
        <w:t xml:space="preserve"> bir </w:t>
      </w:r>
      <w:proofErr w:type="spellStart"/>
      <w:r w:rsidRPr="007A41DE">
        <w:rPr>
          <w:rFonts w:ascii="Aptos" w:hAnsi="Aptos"/>
          <w:sz w:val="20"/>
          <w:szCs w:val="20"/>
        </w:rPr>
        <w:t>hayat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dersi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verdi</w:t>
      </w:r>
      <w:proofErr w:type="spellEnd"/>
      <w:r w:rsidRPr="007A41DE">
        <w:rPr>
          <w:rFonts w:ascii="Aptos" w:hAnsi="Aptos"/>
          <w:sz w:val="20"/>
          <w:szCs w:val="20"/>
        </w:rPr>
        <w:t>.</w:t>
      </w:r>
    </w:p>
    <w:p w14:paraId="50C3346C" w14:textId="77777777" w:rsidR="00BF04D8" w:rsidRPr="007A41DE" w:rsidRDefault="00000000">
      <w:pPr>
        <w:spacing w:before="80" w:after="20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 xml:space="preserve">SORU 1: </w:t>
      </w:r>
      <w:r w:rsidRPr="007A41DE">
        <w:rPr>
          <w:rFonts w:ascii="Aptos" w:hAnsi="Aptos"/>
          <w:sz w:val="20"/>
          <w:szCs w:val="20"/>
        </w:rPr>
        <w:t xml:space="preserve">(Kazanım: T.O.5.5. </w:t>
      </w:r>
      <w:proofErr w:type="spellStart"/>
      <w:r w:rsidRPr="007A41DE">
        <w:rPr>
          <w:rFonts w:ascii="Aptos" w:hAnsi="Aptos"/>
          <w:sz w:val="20"/>
          <w:szCs w:val="20"/>
        </w:rPr>
        <w:t>Metinde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geçen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anlamını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bilmediği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söz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varlığı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unsurlarının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anlamını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tahmin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edebilme</w:t>
      </w:r>
      <w:proofErr w:type="spellEnd"/>
      <w:r w:rsidRPr="007A41DE">
        <w:rPr>
          <w:rFonts w:ascii="Aptos" w:hAnsi="Aptos"/>
          <w:sz w:val="20"/>
          <w:szCs w:val="20"/>
        </w:rPr>
        <w:t>.) (10 Puan)</w:t>
      </w:r>
    </w:p>
    <w:p w14:paraId="6BBEE1D5" w14:textId="77777777" w:rsidR="00BF04D8" w:rsidRPr="007A41DE" w:rsidRDefault="00000000">
      <w:pPr>
        <w:spacing w:after="40"/>
        <w:rPr>
          <w:sz w:val="20"/>
          <w:szCs w:val="20"/>
        </w:rPr>
      </w:pPr>
      <w:proofErr w:type="spellStart"/>
      <w:r w:rsidRPr="007A41DE">
        <w:rPr>
          <w:rFonts w:ascii="Aptos" w:hAnsi="Aptos"/>
          <w:b/>
          <w:sz w:val="20"/>
          <w:szCs w:val="20"/>
        </w:rPr>
        <w:t>Metinde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koyu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yazılmış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"</w:t>
      </w:r>
      <w:proofErr w:type="spellStart"/>
      <w:r w:rsidRPr="007A41DE">
        <w:rPr>
          <w:rFonts w:ascii="Aptos" w:hAnsi="Aptos"/>
          <w:b/>
          <w:sz w:val="20"/>
          <w:szCs w:val="20"/>
        </w:rPr>
        <w:t>beyhude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" </w:t>
      </w:r>
      <w:proofErr w:type="spellStart"/>
      <w:r w:rsidRPr="007A41DE">
        <w:rPr>
          <w:rFonts w:ascii="Aptos" w:hAnsi="Aptos"/>
          <w:b/>
          <w:sz w:val="20"/>
          <w:szCs w:val="20"/>
        </w:rPr>
        <w:t>sözcüğünün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anlamını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metnin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bağlamından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hareketle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tahmin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edip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yazınız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. </w:t>
      </w:r>
      <w:proofErr w:type="spellStart"/>
      <w:r w:rsidRPr="007A41DE">
        <w:rPr>
          <w:rFonts w:ascii="Aptos" w:hAnsi="Aptos"/>
          <w:b/>
          <w:sz w:val="20"/>
          <w:szCs w:val="20"/>
        </w:rPr>
        <w:t>Tahmininizi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bir </w:t>
      </w:r>
      <w:proofErr w:type="spellStart"/>
      <w:r w:rsidRPr="007A41DE">
        <w:rPr>
          <w:rFonts w:ascii="Aptos" w:hAnsi="Aptos"/>
          <w:b/>
          <w:sz w:val="20"/>
          <w:szCs w:val="20"/>
        </w:rPr>
        <w:t>cümle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içinde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kullanınız</w:t>
      </w:r>
      <w:proofErr w:type="spellEnd"/>
      <w:r w:rsidRPr="007A41DE">
        <w:rPr>
          <w:rFonts w:ascii="Aptos" w:hAnsi="Aptos"/>
          <w:b/>
          <w:sz w:val="20"/>
          <w:szCs w:val="20"/>
        </w:rPr>
        <w:t>.</w:t>
      </w:r>
    </w:p>
    <w:p w14:paraId="14EA96FA" w14:textId="77777777" w:rsidR="00BF04D8" w:rsidRPr="007A41DE" w:rsidRDefault="00BF04D8">
      <w:pPr>
        <w:spacing w:after="80"/>
        <w:rPr>
          <w:sz w:val="20"/>
          <w:szCs w:val="20"/>
        </w:rPr>
      </w:pPr>
    </w:p>
    <w:p w14:paraId="06AEAC32" w14:textId="77777777" w:rsidR="00BF04D8" w:rsidRPr="007A41DE" w:rsidRDefault="00BF04D8">
      <w:pPr>
        <w:spacing w:after="80"/>
        <w:rPr>
          <w:sz w:val="20"/>
          <w:szCs w:val="20"/>
        </w:rPr>
      </w:pPr>
    </w:p>
    <w:p w14:paraId="7610B68E" w14:textId="77777777" w:rsidR="0030229C" w:rsidRPr="007A41DE" w:rsidRDefault="0030229C">
      <w:pPr>
        <w:spacing w:after="80"/>
        <w:rPr>
          <w:sz w:val="20"/>
          <w:szCs w:val="20"/>
        </w:rPr>
      </w:pPr>
    </w:p>
    <w:p w14:paraId="7A384EDB" w14:textId="77777777" w:rsidR="00BF04D8" w:rsidRPr="007A41DE" w:rsidRDefault="00000000">
      <w:pPr>
        <w:spacing w:before="40" w:after="20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 xml:space="preserve">SORU 2: </w:t>
      </w:r>
      <w:r w:rsidRPr="007A41DE">
        <w:rPr>
          <w:rFonts w:ascii="Aptos" w:hAnsi="Aptos"/>
          <w:sz w:val="20"/>
          <w:szCs w:val="20"/>
        </w:rPr>
        <w:t xml:space="preserve">(Kazanım: T.O.5.6. </w:t>
      </w:r>
      <w:proofErr w:type="spellStart"/>
      <w:r w:rsidRPr="007A41DE">
        <w:rPr>
          <w:rFonts w:ascii="Aptos" w:hAnsi="Aptos"/>
          <w:sz w:val="20"/>
          <w:szCs w:val="20"/>
        </w:rPr>
        <w:t>Metnin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yüzey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anlamını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belirleyebilme</w:t>
      </w:r>
      <w:proofErr w:type="spellEnd"/>
      <w:r w:rsidRPr="007A41DE">
        <w:rPr>
          <w:rFonts w:ascii="Aptos" w:hAnsi="Aptos"/>
          <w:sz w:val="20"/>
          <w:szCs w:val="20"/>
        </w:rPr>
        <w:t>.) (10 Puan)</w:t>
      </w:r>
    </w:p>
    <w:p w14:paraId="5D362FB4" w14:textId="77777777" w:rsidR="00BF04D8" w:rsidRPr="007A41DE" w:rsidRDefault="00000000">
      <w:pPr>
        <w:spacing w:after="40"/>
        <w:rPr>
          <w:sz w:val="20"/>
          <w:szCs w:val="20"/>
        </w:rPr>
      </w:pPr>
      <w:proofErr w:type="spellStart"/>
      <w:r w:rsidRPr="007A41DE">
        <w:rPr>
          <w:rFonts w:ascii="Aptos" w:hAnsi="Aptos"/>
          <w:b/>
          <w:sz w:val="20"/>
          <w:szCs w:val="20"/>
        </w:rPr>
        <w:t>Çıtı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buğday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tanesini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yuvasına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taşırken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diğer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hayvanlar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ne </w:t>
      </w:r>
      <w:proofErr w:type="spellStart"/>
      <w:r w:rsidRPr="007A41DE">
        <w:rPr>
          <w:rFonts w:ascii="Aptos" w:hAnsi="Aptos"/>
          <w:b/>
          <w:sz w:val="20"/>
          <w:szCs w:val="20"/>
        </w:rPr>
        <w:t>yapıyordu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ve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Çıtı’nın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bu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çabasına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nasıl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bir </w:t>
      </w:r>
      <w:proofErr w:type="spellStart"/>
      <w:r w:rsidRPr="007A41DE">
        <w:rPr>
          <w:rFonts w:ascii="Aptos" w:hAnsi="Aptos"/>
          <w:b/>
          <w:sz w:val="20"/>
          <w:szCs w:val="20"/>
        </w:rPr>
        <w:t>tepki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verdiler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? </w:t>
      </w:r>
    </w:p>
    <w:p w14:paraId="02D0E7E2" w14:textId="77777777" w:rsidR="00BF04D8" w:rsidRPr="007A41DE" w:rsidRDefault="00BF04D8">
      <w:pPr>
        <w:spacing w:after="80"/>
        <w:rPr>
          <w:sz w:val="20"/>
          <w:szCs w:val="20"/>
        </w:rPr>
      </w:pPr>
    </w:p>
    <w:p w14:paraId="235C7443" w14:textId="77777777" w:rsidR="0030229C" w:rsidRPr="007A41DE" w:rsidRDefault="0030229C">
      <w:pPr>
        <w:spacing w:after="80"/>
        <w:rPr>
          <w:sz w:val="20"/>
          <w:szCs w:val="20"/>
        </w:rPr>
      </w:pPr>
    </w:p>
    <w:p w14:paraId="2CE4F9CC" w14:textId="77777777" w:rsidR="00BF04D8" w:rsidRPr="007A41DE" w:rsidRDefault="00BF04D8">
      <w:pPr>
        <w:spacing w:after="80"/>
        <w:rPr>
          <w:sz w:val="20"/>
          <w:szCs w:val="20"/>
        </w:rPr>
      </w:pPr>
    </w:p>
    <w:p w14:paraId="674FCE37" w14:textId="77777777" w:rsidR="00BF04D8" w:rsidRPr="007A41DE" w:rsidRDefault="00000000">
      <w:pPr>
        <w:spacing w:before="40" w:after="20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 xml:space="preserve">SORU 3: </w:t>
      </w:r>
      <w:r w:rsidRPr="007A41DE">
        <w:rPr>
          <w:rFonts w:ascii="Aptos" w:hAnsi="Aptos"/>
          <w:sz w:val="20"/>
          <w:szCs w:val="20"/>
        </w:rPr>
        <w:t xml:space="preserve">(Kazanım: T.O.5.6. </w:t>
      </w:r>
      <w:proofErr w:type="spellStart"/>
      <w:r w:rsidRPr="007A41DE">
        <w:rPr>
          <w:rFonts w:ascii="Aptos" w:hAnsi="Aptos"/>
          <w:sz w:val="20"/>
          <w:szCs w:val="20"/>
        </w:rPr>
        <w:t>Metnin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yüzey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anlamını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belirleyebilme</w:t>
      </w:r>
      <w:proofErr w:type="spellEnd"/>
      <w:r w:rsidRPr="007A41DE">
        <w:rPr>
          <w:rFonts w:ascii="Aptos" w:hAnsi="Aptos"/>
          <w:sz w:val="20"/>
          <w:szCs w:val="20"/>
        </w:rPr>
        <w:t>.) (10 Puan)</w:t>
      </w:r>
    </w:p>
    <w:p w14:paraId="7BA6FC47" w14:textId="77777777" w:rsidR="00BF04D8" w:rsidRPr="007A41DE" w:rsidRDefault="00000000">
      <w:pPr>
        <w:spacing w:after="40"/>
        <w:rPr>
          <w:sz w:val="20"/>
          <w:szCs w:val="20"/>
        </w:rPr>
      </w:pPr>
      <w:proofErr w:type="spellStart"/>
      <w:r w:rsidRPr="007A41DE">
        <w:rPr>
          <w:rFonts w:ascii="Aptos" w:hAnsi="Aptos"/>
          <w:b/>
          <w:sz w:val="20"/>
          <w:szCs w:val="20"/>
        </w:rPr>
        <w:t>Kış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mevsimi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geldiğinde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diğer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hayvanlar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neden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Çıtı’nın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yuvasına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gitmiştir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ve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Çıtı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onlara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nasıl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davranmıştır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? </w:t>
      </w:r>
      <w:proofErr w:type="spellStart"/>
      <w:r w:rsidRPr="007A41DE">
        <w:rPr>
          <w:rFonts w:ascii="Aptos" w:hAnsi="Aptos"/>
          <w:b/>
          <w:sz w:val="20"/>
          <w:szCs w:val="20"/>
        </w:rPr>
        <w:t>Açıklayınız</w:t>
      </w:r>
      <w:proofErr w:type="spellEnd"/>
      <w:r w:rsidRPr="007A41DE">
        <w:rPr>
          <w:rFonts w:ascii="Aptos" w:hAnsi="Aptos"/>
          <w:b/>
          <w:sz w:val="20"/>
          <w:szCs w:val="20"/>
        </w:rPr>
        <w:t>.</w:t>
      </w:r>
    </w:p>
    <w:p w14:paraId="50292A00" w14:textId="77777777" w:rsidR="00BF04D8" w:rsidRPr="007A41DE" w:rsidRDefault="00BF04D8">
      <w:pPr>
        <w:spacing w:after="80"/>
        <w:rPr>
          <w:sz w:val="20"/>
          <w:szCs w:val="20"/>
        </w:rPr>
      </w:pPr>
    </w:p>
    <w:p w14:paraId="563D25BB" w14:textId="77777777" w:rsidR="0030229C" w:rsidRPr="007A41DE" w:rsidRDefault="0030229C">
      <w:pPr>
        <w:spacing w:after="80"/>
        <w:rPr>
          <w:sz w:val="20"/>
          <w:szCs w:val="20"/>
        </w:rPr>
      </w:pPr>
    </w:p>
    <w:p w14:paraId="02DD47B6" w14:textId="77777777" w:rsidR="00BF04D8" w:rsidRPr="007A41DE" w:rsidRDefault="00BF04D8">
      <w:pPr>
        <w:spacing w:after="80"/>
        <w:rPr>
          <w:sz w:val="20"/>
          <w:szCs w:val="20"/>
        </w:rPr>
      </w:pPr>
    </w:p>
    <w:p w14:paraId="7E14BD3F" w14:textId="77777777" w:rsidR="00BF04D8" w:rsidRPr="007A41DE" w:rsidRDefault="00000000">
      <w:pPr>
        <w:spacing w:before="40" w:after="20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 xml:space="preserve">SORU 4: </w:t>
      </w:r>
      <w:r w:rsidRPr="007A41DE">
        <w:rPr>
          <w:rFonts w:ascii="Aptos" w:hAnsi="Aptos"/>
          <w:sz w:val="20"/>
          <w:szCs w:val="20"/>
        </w:rPr>
        <w:t xml:space="preserve">(Kazanım: T.O.5.15. </w:t>
      </w:r>
      <w:proofErr w:type="spellStart"/>
      <w:r w:rsidRPr="007A41DE">
        <w:rPr>
          <w:rFonts w:ascii="Aptos" w:hAnsi="Aptos"/>
          <w:sz w:val="20"/>
          <w:szCs w:val="20"/>
        </w:rPr>
        <w:t>Metnin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anahtar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kelimelerini</w:t>
      </w:r>
      <w:proofErr w:type="spellEnd"/>
      <w:r w:rsidRPr="007A41DE">
        <w:rPr>
          <w:rFonts w:ascii="Aptos" w:hAnsi="Aptos"/>
          <w:sz w:val="20"/>
          <w:szCs w:val="20"/>
        </w:rPr>
        <w:t xml:space="preserve"> belirlemeye </w:t>
      </w:r>
      <w:proofErr w:type="spellStart"/>
      <w:r w:rsidRPr="007A41DE">
        <w:rPr>
          <w:rFonts w:ascii="Aptos" w:hAnsi="Aptos"/>
          <w:sz w:val="20"/>
          <w:szCs w:val="20"/>
        </w:rPr>
        <w:t>yönelik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çözümleme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yapabilme</w:t>
      </w:r>
      <w:proofErr w:type="spellEnd"/>
      <w:r w:rsidRPr="007A41DE">
        <w:rPr>
          <w:rFonts w:ascii="Aptos" w:hAnsi="Aptos"/>
          <w:sz w:val="20"/>
          <w:szCs w:val="20"/>
        </w:rPr>
        <w:t>.) (10 Puan)</w:t>
      </w:r>
    </w:p>
    <w:p w14:paraId="7CAD1990" w14:textId="77777777" w:rsidR="00BF04D8" w:rsidRPr="007A41DE" w:rsidRDefault="00000000">
      <w:pPr>
        <w:spacing w:after="40"/>
        <w:rPr>
          <w:sz w:val="20"/>
          <w:szCs w:val="20"/>
        </w:rPr>
      </w:pPr>
      <w:proofErr w:type="spellStart"/>
      <w:r w:rsidRPr="007A41DE">
        <w:rPr>
          <w:rFonts w:ascii="Aptos" w:hAnsi="Aptos"/>
          <w:b/>
          <w:sz w:val="20"/>
          <w:szCs w:val="20"/>
        </w:rPr>
        <w:t>Okuduğunuz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metnin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ana </w:t>
      </w:r>
      <w:proofErr w:type="spellStart"/>
      <w:r w:rsidRPr="007A41DE">
        <w:rPr>
          <w:rFonts w:ascii="Aptos" w:hAnsi="Aptos"/>
          <w:b/>
          <w:sz w:val="20"/>
          <w:szCs w:val="20"/>
        </w:rPr>
        <w:t>fikrini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ve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konusunu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en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iyi </w:t>
      </w:r>
      <w:proofErr w:type="spellStart"/>
      <w:r w:rsidRPr="007A41DE">
        <w:rPr>
          <w:rFonts w:ascii="Aptos" w:hAnsi="Aptos"/>
          <w:b/>
          <w:sz w:val="20"/>
          <w:szCs w:val="20"/>
        </w:rPr>
        <w:t>yansıtan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üç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anahtar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kelimeyi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aşağıya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yazınız</w:t>
      </w:r>
      <w:proofErr w:type="spellEnd"/>
      <w:r w:rsidRPr="007A41DE">
        <w:rPr>
          <w:rFonts w:ascii="Aptos" w:hAnsi="Aptos"/>
          <w:b/>
          <w:sz w:val="20"/>
          <w:szCs w:val="20"/>
        </w:rPr>
        <w:t>.</w:t>
      </w:r>
    </w:p>
    <w:p w14:paraId="17BAAE03" w14:textId="77777777" w:rsidR="00BF04D8" w:rsidRPr="007A41DE" w:rsidRDefault="00BF04D8">
      <w:pPr>
        <w:spacing w:after="80"/>
        <w:rPr>
          <w:sz w:val="20"/>
          <w:szCs w:val="20"/>
        </w:rPr>
      </w:pPr>
    </w:p>
    <w:p w14:paraId="6FB276F0" w14:textId="77777777" w:rsidR="0030229C" w:rsidRPr="007A41DE" w:rsidRDefault="0030229C">
      <w:pPr>
        <w:spacing w:after="80"/>
        <w:rPr>
          <w:sz w:val="20"/>
          <w:szCs w:val="20"/>
        </w:rPr>
      </w:pPr>
    </w:p>
    <w:p w14:paraId="2C89CAD4" w14:textId="77777777" w:rsidR="0030229C" w:rsidRPr="007A41DE" w:rsidRDefault="0030229C">
      <w:pPr>
        <w:spacing w:after="80"/>
        <w:rPr>
          <w:sz w:val="20"/>
          <w:szCs w:val="20"/>
        </w:rPr>
      </w:pPr>
    </w:p>
    <w:p w14:paraId="3D36E163" w14:textId="77777777" w:rsidR="0030229C" w:rsidRPr="007A41DE" w:rsidRDefault="0030229C" w:rsidP="0030229C">
      <w:pPr>
        <w:spacing w:before="40" w:after="20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 xml:space="preserve">SORU 5: </w:t>
      </w:r>
      <w:r w:rsidRPr="007A41DE">
        <w:rPr>
          <w:rFonts w:ascii="Aptos" w:hAnsi="Aptos"/>
          <w:sz w:val="20"/>
          <w:szCs w:val="20"/>
        </w:rPr>
        <w:t xml:space="preserve">(Kazanım: T.O.5.20. </w:t>
      </w:r>
      <w:proofErr w:type="spellStart"/>
      <w:r w:rsidRPr="007A41DE">
        <w:rPr>
          <w:rFonts w:ascii="Aptos" w:hAnsi="Aptos"/>
          <w:sz w:val="20"/>
          <w:szCs w:val="20"/>
        </w:rPr>
        <w:t>Metinden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hareketle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söz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varlığını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geliştirmeye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yönelik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çözümleme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yapabilme</w:t>
      </w:r>
      <w:proofErr w:type="spellEnd"/>
      <w:r w:rsidRPr="007A41DE">
        <w:rPr>
          <w:rFonts w:ascii="Aptos" w:hAnsi="Aptos"/>
          <w:sz w:val="20"/>
          <w:szCs w:val="20"/>
        </w:rPr>
        <w:t xml:space="preserve">.) </w:t>
      </w:r>
      <w:r w:rsidRPr="007A41DE">
        <w:rPr>
          <w:rFonts w:ascii="Aptos" w:hAnsi="Aptos"/>
          <w:b/>
          <w:bCs/>
          <w:sz w:val="20"/>
          <w:szCs w:val="20"/>
        </w:rPr>
        <w:t>(15 Puan)</w:t>
      </w:r>
    </w:p>
    <w:p w14:paraId="7D71598B" w14:textId="77777777" w:rsidR="0030229C" w:rsidRPr="007A41DE" w:rsidRDefault="0030229C" w:rsidP="0030229C">
      <w:pPr>
        <w:spacing w:after="80"/>
        <w:rPr>
          <w:b/>
          <w:bCs/>
          <w:sz w:val="20"/>
          <w:szCs w:val="20"/>
        </w:rPr>
      </w:pPr>
      <w:proofErr w:type="spellStart"/>
      <w:r w:rsidRPr="007A41DE">
        <w:rPr>
          <w:rFonts w:ascii="Aptos" w:hAnsi="Aptos"/>
          <w:b/>
          <w:bCs/>
          <w:sz w:val="20"/>
          <w:szCs w:val="20"/>
        </w:rPr>
        <w:t>Okuduğunuz</w:t>
      </w:r>
      <w:proofErr w:type="spellEnd"/>
      <w:r w:rsidRPr="007A41DE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bCs/>
          <w:sz w:val="20"/>
          <w:szCs w:val="20"/>
        </w:rPr>
        <w:t>masalın</w:t>
      </w:r>
      <w:proofErr w:type="spellEnd"/>
      <w:r w:rsidRPr="007A41DE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bCs/>
          <w:sz w:val="20"/>
          <w:szCs w:val="20"/>
        </w:rPr>
        <w:t>anahtar</w:t>
      </w:r>
      <w:proofErr w:type="spellEnd"/>
      <w:r w:rsidRPr="007A41DE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bCs/>
          <w:sz w:val="20"/>
          <w:szCs w:val="20"/>
        </w:rPr>
        <w:t>kelimelerini</w:t>
      </w:r>
      <w:proofErr w:type="spellEnd"/>
      <w:r w:rsidRPr="007A41DE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bCs/>
          <w:sz w:val="20"/>
          <w:szCs w:val="20"/>
        </w:rPr>
        <w:t>belirleyerek</w:t>
      </w:r>
      <w:proofErr w:type="spellEnd"/>
      <w:r w:rsidRPr="007A41DE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bCs/>
          <w:sz w:val="20"/>
          <w:szCs w:val="20"/>
        </w:rPr>
        <w:t>üç</w:t>
      </w:r>
      <w:proofErr w:type="spellEnd"/>
      <w:r w:rsidRPr="007A41DE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bCs/>
          <w:sz w:val="20"/>
          <w:szCs w:val="20"/>
        </w:rPr>
        <w:t>tanesini</w:t>
      </w:r>
      <w:proofErr w:type="spellEnd"/>
      <w:r w:rsidRPr="007A41DE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bCs/>
          <w:sz w:val="20"/>
          <w:szCs w:val="20"/>
        </w:rPr>
        <w:t>aşağıya</w:t>
      </w:r>
      <w:proofErr w:type="spellEnd"/>
      <w:r w:rsidRPr="007A41DE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bCs/>
          <w:sz w:val="20"/>
          <w:szCs w:val="20"/>
        </w:rPr>
        <w:t>yazınız</w:t>
      </w:r>
      <w:proofErr w:type="spellEnd"/>
      <w:r w:rsidRPr="007A41DE">
        <w:rPr>
          <w:rFonts w:ascii="Aptos" w:hAnsi="Aptos"/>
          <w:b/>
          <w:bCs/>
          <w:sz w:val="20"/>
          <w:szCs w:val="20"/>
        </w:rPr>
        <w:t>.</w:t>
      </w:r>
    </w:p>
    <w:p w14:paraId="00852DC0" w14:textId="77777777" w:rsidR="0030229C" w:rsidRPr="007A41DE" w:rsidRDefault="0030229C">
      <w:pPr>
        <w:spacing w:before="80" w:after="40"/>
        <w:rPr>
          <w:rFonts w:ascii="Aptos" w:hAnsi="Aptos"/>
          <w:b/>
          <w:sz w:val="20"/>
          <w:szCs w:val="20"/>
        </w:rPr>
      </w:pPr>
    </w:p>
    <w:p w14:paraId="595CC60F" w14:textId="77777777" w:rsidR="000325AB" w:rsidRPr="007A41DE" w:rsidRDefault="00000000">
      <w:pPr>
        <w:rPr>
          <w:sz w:val="20"/>
          <w:szCs w:val="20"/>
        </w:rPr>
      </w:pPr>
      <w:r w:rsidRPr="007A41DE">
        <w:rPr>
          <w:rFonts w:ascii="Aptos" w:hAnsi="Aptos"/>
          <w:sz w:val="20"/>
          <w:szCs w:val="20"/>
        </w:rPr>
        <w:t xml:space="preserve">1. </w:t>
      </w:r>
      <w:proofErr w:type="spellStart"/>
      <w:r w:rsidRPr="007A41DE">
        <w:rPr>
          <w:rFonts w:ascii="Aptos" w:hAnsi="Aptos"/>
          <w:sz w:val="20"/>
          <w:szCs w:val="20"/>
        </w:rPr>
        <w:t>Anahtar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Kelime</w:t>
      </w:r>
      <w:proofErr w:type="spellEnd"/>
      <w:r w:rsidRPr="007A41DE">
        <w:rPr>
          <w:rFonts w:ascii="Aptos" w:hAnsi="Aptos"/>
          <w:sz w:val="20"/>
          <w:szCs w:val="20"/>
        </w:rPr>
        <w:t>: ............................................................</w:t>
      </w:r>
    </w:p>
    <w:p w14:paraId="57270BEF" w14:textId="77777777" w:rsidR="000325AB" w:rsidRPr="007A41DE" w:rsidRDefault="00000000">
      <w:pPr>
        <w:rPr>
          <w:sz w:val="20"/>
          <w:szCs w:val="20"/>
        </w:rPr>
      </w:pPr>
      <w:r w:rsidRPr="007A41DE">
        <w:rPr>
          <w:rFonts w:ascii="Aptos" w:hAnsi="Aptos"/>
          <w:sz w:val="20"/>
          <w:szCs w:val="20"/>
        </w:rPr>
        <w:t xml:space="preserve">2. </w:t>
      </w:r>
      <w:proofErr w:type="spellStart"/>
      <w:r w:rsidRPr="007A41DE">
        <w:rPr>
          <w:rFonts w:ascii="Aptos" w:hAnsi="Aptos"/>
          <w:sz w:val="20"/>
          <w:szCs w:val="20"/>
        </w:rPr>
        <w:t>Anahtar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Kelime</w:t>
      </w:r>
      <w:proofErr w:type="spellEnd"/>
      <w:r w:rsidRPr="007A41DE">
        <w:rPr>
          <w:rFonts w:ascii="Aptos" w:hAnsi="Aptos"/>
          <w:sz w:val="20"/>
          <w:szCs w:val="20"/>
        </w:rPr>
        <w:t>: ............................................................</w:t>
      </w:r>
    </w:p>
    <w:p w14:paraId="1001AB8A" w14:textId="77777777" w:rsidR="000325AB" w:rsidRPr="007A41DE" w:rsidRDefault="00000000">
      <w:pPr>
        <w:rPr>
          <w:sz w:val="20"/>
          <w:szCs w:val="20"/>
        </w:rPr>
      </w:pPr>
      <w:r w:rsidRPr="007A41DE">
        <w:rPr>
          <w:rFonts w:ascii="Aptos" w:hAnsi="Aptos"/>
          <w:sz w:val="20"/>
          <w:szCs w:val="20"/>
        </w:rPr>
        <w:t xml:space="preserve">3. </w:t>
      </w:r>
      <w:proofErr w:type="spellStart"/>
      <w:r w:rsidRPr="007A41DE">
        <w:rPr>
          <w:rFonts w:ascii="Aptos" w:hAnsi="Aptos"/>
          <w:sz w:val="20"/>
          <w:szCs w:val="20"/>
        </w:rPr>
        <w:t>Anahtar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Kelime</w:t>
      </w:r>
      <w:proofErr w:type="spellEnd"/>
      <w:r w:rsidRPr="007A41DE">
        <w:rPr>
          <w:rFonts w:ascii="Aptos" w:hAnsi="Aptos"/>
          <w:sz w:val="20"/>
          <w:szCs w:val="20"/>
        </w:rPr>
        <w:t>: ............................................................</w:t>
      </w:r>
    </w:p>
    <w:p w14:paraId="2B1E8D33" w14:textId="77777777" w:rsidR="000325AB" w:rsidRDefault="000325AB">
      <w:pPr>
        <w:rPr>
          <w:sz w:val="20"/>
          <w:szCs w:val="20"/>
        </w:rPr>
      </w:pPr>
    </w:p>
    <w:p w14:paraId="4020600A" w14:textId="77777777" w:rsidR="007A41DE" w:rsidRPr="007A41DE" w:rsidRDefault="007A41DE">
      <w:pPr>
        <w:rPr>
          <w:sz w:val="20"/>
          <w:szCs w:val="20"/>
        </w:rPr>
      </w:pPr>
    </w:p>
    <w:p w14:paraId="4C3F0D37" w14:textId="77777777" w:rsidR="007A41DE" w:rsidRPr="007A41DE" w:rsidRDefault="007A41DE">
      <w:pPr>
        <w:rPr>
          <w:sz w:val="20"/>
          <w:szCs w:val="20"/>
        </w:rPr>
      </w:pPr>
    </w:p>
    <w:p w14:paraId="3E95A420" w14:textId="77777777" w:rsidR="007A41DE" w:rsidRPr="007A41DE" w:rsidRDefault="007A41DE" w:rsidP="007A41DE">
      <w:pPr>
        <w:spacing w:before="80" w:after="40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lastRenderedPageBreak/>
        <w:t>B. GÖRSEL VE SÖZ VARLIĞI ÇALIŞMASI</w:t>
      </w:r>
    </w:p>
    <w:p w14:paraId="4E1B9C9E" w14:textId="77777777" w:rsidR="00BF04D8" w:rsidRPr="007A41DE" w:rsidRDefault="00000000">
      <w:pPr>
        <w:spacing w:before="40" w:after="20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 xml:space="preserve">SORU </w:t>
      </w:r>
      <w:r w:rsidR="0030229C" w:rsidRPr="007A41DE">
        <w:rPr>
          <w:rFonts w:ascii="Aptos" w:hAnsi="Aptos"/>
          <w:b/>
          <w:sz w:val="20"/>
          <w:szCs w:val="20"/>
        </w:rPr>
        <w:t>6</w:t>
      </w:r>
      <w:r w:rsidRPr="007A41DE">
        <w:rPr>
          <w:rFonts w:ascii="Aptos" w:hAnsi="Aptos"/>
          <w:b/>
          <w:sz w:val="20"/>
          <w:szCs w:val="20"/>
        </w:rPr>
        <w:t xml:space="preserve">: </w:t>
      </w:r>
      <w:r w:rsidRPr="007A41DE">
        <w:rPr>
          <w:rFonts w:ascii="Aptos" w:hAnsi="Aptos"/>
          <w:sz w:val="20"/>
          <w:szCs w:val="20"/>
        </w:rPr>
        <w:t xml:space="preserve">(Kazanım: T.O.5.7. </w:t>
      </w:r>
      <w:proofErr w:type="spellStart"/>
      <w:r w:rsidRPr="007A41DE">
        <w:rPr>
          <w:rFonts w:ascii="Aptos" w:hAnsi="Aptos"/>
          <w:sz w:val="20"/>
          <w:szCs w:val="20"/>
        </w:rPr>
        <w:t>Görselle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iletilen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anlamı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belirleyebilme</w:t>
      </w:r>
      <w:proofErr w:type="spellEnd"/>
      <w:r w:rsidRPr="007A41DE">
        <w:rPr>
          <w:rFonts w:ascii="Aptos" w:hAnsi="Aptos"/>
          <w:sz w:val="20"/>
          <w:szCs w:val="20"/>
        </w:rPr>
        <w:t>.) (15 Puan)</w:t>
      </w:r>
    </w:p>
    <w:p w14:paraId="145430FE" w14:textId="77777777" w:rsidR="00BF04D8" w:rsidRPr="007A41DE" w:rsidRDefault="00000000">
      <w:pPr>
        <w:spacing w:before="40" w:after="40"/>
        <w:jc w:val="center"/>
        <w:rPr>
          <w:sz w:val="20"/>
          <w:szCs w:val="20"/>
        </w:rPr>
      </w:pPr>
      <w:r w:rsidRPr="007A41DE">
        <w:rPr>
          <w:noProof/>
          <w:sz w:val="20"/>
          <w:szCs w:val="20"/>
        </w:rPr>
        <w:drawing>
          <wp:inline distT="0" distB="0" distL="0" distR="0" wp14:anchorId="1F2024A5" wp14:editId="2F2A986C">
            <wp:extent cx="4692313" cy="1876926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kran_suresi_grafigi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13759" cy="188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2BA53" w14:textId="77777777" w:rsidR="00675F60" w:rsidRDefault="00000000">
      <w:pPr>
        <w:spacing w:before="40" w:after="40"/>
        <w:rPr>
          <w:rFonts w:ascii="Aptos" w:hAnsi="Aptos"/>
          <w:b/>
          <w:sz w:val="20"/>
          <w:szCs w:val="20"/>
        </w:rPr>
      </w:pPr>
      <w:proofErr w:type="spellStart"/>
      <w:r w:rsidRPr="007A41DE">
        <w:rPr>
          <w:rFonts w:ascii="Aptos" w:hAnsi="Aptos"/>
          <w:b/>
          <w:sz w:val="20"/>
          <w:szCs w:val="20"/>
        </w:rPr>
        <w:t>Yukarıdaki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sütun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grafiğinde 5. </w:t>
      </w:r>
      <w:proofErr w:type="spellStart"/>
      <w:r w:rsidRPr="007A41DE">
        <w:rPr>
          <w:rFonts w:ascii="Aptos" w:hAnsi="Aptos"/>
          <w:b/>
          <w:sz w:val="20"/>
          <w:szCs w:val="20"/>
        </w:rPr>
        <w:t>sınıf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öğrencilerinin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günlük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ekran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(</w:t>
      </w:r>
      <w:proofErr w:type="spellStart"/>
      <w:r w:rsidRPr="007A41DE">
        <w:rPr>
          <w:rFonts w:ascii="Aptos" w:hAnsi="Aptos"/>
          <w:b/>
          <w:sz w:val="20"/>
          <w:szCs w:val="20"/>
        </w:rPr>
        <w:t>telefon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, tablet, </w:t>
      </w:r>
      <w:proofErr w:type="spellStart"/>
      <w:r w:rsidRPr="007A41DE">
        <w:rPr>
          <w:rFonts w:ascii="Aptos" w:hAnsi="Aptos"/>
          <w:b/>
          <w:sz w:val="20"/>
          <w:szCs w:val="20"/>
        </w:rPr>
        <w:t>bilgisayar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) </w:t>
      </w:r>
      <w:proofErr w:type="spellStart"/>
      <w:r w:rsidRPr="007A41DE">
        <w:rPr>
          <w:rFonts w:ascii="Aptos" w:hAnsi="Aptos"/>
          <w:b/>
          <w:sz w:val="20"/>
          <w:szCs w:val="20"/>
        </w:rPr>
        <w:t>kullanım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süreleri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gösterilmiştir</w:t>
      </w:r>
      <w:proofErr w:type="spellEnd"/>
      <w:r w:rsidRPr="007A41DE">
        <w:rPr>
          <w:rFonts w:ascii="Aptos" w:hAnsi="Aptos"/>
          <w:b/>
          <w:sz w:val="20"/>
          <w:szCs w:val="20"/>
        </w:rPr>
        <w:t>.</w:t>
      </w:r>
      <w:r w:rsidRPr="007A41DE">
        <w:rPr>
          <w:rFonts w:ascii="Aptos" w:hAnsi="Aptos"/>
          <w:b/>
          <w:sz w:val="20"/>
          <w:szCs w:val="20"/>
        </w:rPr>
        <w:br/>
      </w:r>
      <w:proofErr w:type="spellStart"/>
      <w:r w:rsidRPr="007A41DE">
        <w:rPr>
          <w:rFonts w:ascii="Aptos" w:hAnsi="Aptos"/>
          <w:b/>
          <w:sz w:val="20"/>
          <w:szCs w:val="20"/>
        </w:rPr>
        <w:t>Grafikten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hareketle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aşağıdaki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soruları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cevaplayınız</w:t>
      </w:r>
      <w:proofErr w:type="spellEnd"/>
      <w:r w:rsidRPr="007A41DE">
        <w:rPr>
          <w:rFonts w:ascii="Aptos" w:hAnsi="Aptos"/>
          <w:b/>
          <w:sz w:val="20"/>
          <w:szCs w:val="20"/>
        </w:rPr>
        <w:t>:</w:t>
      </w:r>
      <w:r w:rsidRPr="007A41DE">
        <w:rPr>
          <w:rFonts w:ascii="Aptos" w:hAnsi="Aptos"/>
          <w:b/>
          <w:sz w:val="20"/>
          <w:szCs w:val="20"/>
        </w:rPr>
        <w:br/>
        <w:t xml:space="preserve">a) En </w:t>
      </w:r>
      <w:proofErr w:type="spellStart"/>
      <w:r w:rsidRPr="007A41DE">
        <w:rPr>
          <w:rFonts w:ascii="Aptos" w:hAnsi="Aptos"/>
          <w:b/>
          <w:sz w:val="20"/>
          <w:szCs w:val="20"/>
        </w:rPr>
        <w:t>fazla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ve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en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az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öğrencinin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bulunduğu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ekran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kullanım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süresi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aralıkları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hangileridir</w:t>
      </w:r>
      <w:proofErr w:type="spellEnd"/>
      <w:r w:rsidRPr="007A41DE">
        <w:rPr>
          <w:rFonts w:ascii="Aptos" w:hAnsi="Aptos"/>
          <w:b/>
          <w:sz w:val="20"/>
          <w:szCs w:val="20"/>
        </w:rPr>
        <w:t>? (8 Puan)</w:t>
      </w:r>
    </w:p>
    <w:p w14:paraId="60923AEB" w14:textId="77777777" w:rsidR="00675F60" w:rsidRDefault="00675F60">
      <w:pPr>
        <w:spacing w:before="40" w:after="40"/>
        <w:rPr>
          <w:rFonts w:ascii="Aptos" w:hAnsi="Aptos"/>
          <w:b/>
          <w:sz w:val="20"/>
          <w:szCs w:val="20"/>
        </w:rPr>
      </w:pPr>
    </w:p>
    <w:p w14:paraId="7CE840B5" w14:textId="7342B121" w:rsidR="00BF04D8" w:rsidRPr="007A41DE" w:rsidRDefault="00000000">
      <w:pPr>
        <w:spacing w:before="40" w:after="40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br/>
        <w:t xml:space="preserve">b) </w:t>
      </w:r>
      <w:proofErr w:type="spellStart"/>
      <w:r w:rsidRPr="007A41DE">
        <w:rPr>
          <w:rFonts w:ascii="Aptos" w:hAnsi="Aptos"/>
          <w:b/>
          <w:sz w:val="20"/>
          <w:szCs w:val="20"/>
        </w:rPr>
        <w:t>Günlük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ekran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süresi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"30 - 60 Dk" </w:t>
      </w:r>
      <w:proofErr w:type="spellStart"/>
      <w:r w:rsidRPr="007A41DE">
        <w:rPr>
          <w:rFonts w:ascii="Aptos" w:hAnsi="Aptos"/>
          <w:b/>
          <w:sz w:val="20"/>
          <w:szCs w:val="20"/>
        </w:rPr>
        <w:t>olan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öğrenci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sayısı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, "2 - 3 </w:t>
      </w:r>
      <w:proofErr w:type="spellStart"/>
      <w:r w:rsidRPr="007A41DE">
        <w:rPr>
          <w:rFonts w:ascii="Aptos" w:hAnsi="Aptos"/>
          <w:b/>
          <w:sz w:val="20"/>
          <w:szCs w:val="20"/>
        </w:rPr>
        <w:t>Saat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" </w:t>
      </w:r>
      <w:proofErr w:type="spellStart"/>
      <w:r w:rsidRPr="007A41DE">
        <w:rPr>
          <w:rFonts w:ascii="Aptos" w:hAnsi="Aptos"/>
          <w:b/>
          <w:sz w:val="20"/>
          <w:szCs w:val="20"/>
        </w:rPr>
        <w:t>olanlardan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kaç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fazladır</w:t>
      </w:r>
      <w:proofErr w:type="spellEnd"/>
      <w:r w:rsidRPr="007A41DE">
        <w:rPr>
          <w:rFonts w:ascii="Aptos" w:hAnsi="Aptos"/>
          <w:b/>
          <w:sz w:val="20"/>
          <w:szCs w:val="20"/>
        </w:rPr>
        <w:t>? (7 Puan)</w:t>
      </w:r>
    </w:p>
    <w:p w14:paraId="7507680C" w14:textId="77777777" w:rsidR="00BF04D8" w:rsidRPr="007A41DE" w:rsidRDefault="00BF04D8">
      <w:pPr>
        <w:spacing w:after="80"/>
        <w:rPr>
          <w:sz w:val="20"/>
          <w:szCs w:val="20"/>
        </w:rPr>
      </w:pPr>
    </w:p>
    <w:p w14:paraId="382F7DC9" w14:textId="77777777" w:rsidR="0030229C" w:rsidRPr="007A41DE" w:rsidRDefault="0030229C">
      <w:pPr>
        <w:spacing w:after="80"/>
        <w:rPr>
          <w:sz w:val="20"/>
          <w:szCs w:val="20"/>
        </w:rPr>
      </w:pPr>
    </w:p>
    <w:p w14:paraId="10F95161" w14:textId="77777777" w:rsidR="00BF04D8" w:rsidRPr="007A41DE" w:rsidRDefault="00BF04D8">
      <w:pPr>
        <w:spacing w:after="40"/>
        <w:rPr>
          <w:sz w:val="20"/>
          <w:szCs w:val="20"/>
        </w:rPr>
      </w:pPr>
    </w:p>
    <w:p w14:paraId="47B3A30C" w14:textId="77777777" w:rsidR="0030229C" w:rsidRPr="007A41DE" w:rsidRDefault="0030229C">
      <w:pPr>
        <w:spacing w:after="40"/>
        <w:rPr>
          <w:sz w:val="20"/>
          <w:szCs w:val="20"/>
        </w:rPr>
      </w:pPr>
    </w:p>
    <w:p w14:paraId="5182CEA9" w14:textId="77777777" w:rsidR="00BF04D8" w:rsidRPr="007A41DE" w:rsidRDefault="00000000">
      <w:pPr>
        <w:spacing w:before="80" w:after="40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>C. METİN YAPISI VE YAZIM-NOKTALAMA ÇALIŞMASI (30 PUAN)</w:t>
      </w:r>
    </w:p>
    <w:p w14:paraId="223F184A" w14:textId="77777777" w:rsidR="00BF04D8" w:rsidRPr="007A41DE" w:rsidRDefault="00000000">
      <w:pPr>
        <w:spacing w:before="40" w:after="20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 xml:space="preserve">SORU 7: </w:t>
      </w:r>
      <w:r w:rsidRPr="007A41DE">
        <w:rPr>
          <w:rFonts w:ascii="Aptos" w:hAnsi="Aptos"/>
          <w:sz w:val="20"/>
          <w:szCs w:val="20"/>
        </w:rPr>
        <w:t xml:space="preserve">(Kazanım: T.Y.5.3. </w:t>
      </w:r>
      <w:proofErr w:type="spellStart"/>
      <w:r w:rsidRPr="007A41DE">
        <w:rPr>
          <w:rFonts w:ascii="Aptos" w:hAnsi="Aptos"/>
          <w:sz w:val="20"/>
          <w:szCs w:val="20"/>
        </w:rPr>
        <w:t>Yazısında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içerik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ve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yapıya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yönelik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seçimlerini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yönetebilme</w:t>
      </w:r>
      <w:proofErr w:type="spellEnd"/>
      <w:r w:rsidRPr="007A41DE">
        <w:rPr>
          <w:rFonts w:ascii="Aptos" w:hAnsi="Aptos"/>
          <w:sz w:val="20"/>
          <w:szCs w:val="20"/>
        </w:rPr>
        <w:t>.) (15 Puan)</w:t>
      </w:r>
    </w:p>
    <w:p w14:paraId="6993A220" w14:textId="77777777" w:rsidR="00BF04D8" w:rsidRPr="007A41DE" w:rsidRDefault="00000000">
      <w:pPr>
        <w:spacing w:after="40"/>
        <w:rPr>
          <w:sz w:val="20"/>
          <w:szCs w:val="20"/>
        </w:rPr>
      </w:pPr>
      <w:proofErr w:type="spellStart"/>
      <w:r w:rsidRPr="007A41DE">
        <w:rPr>
          <w:rFonts w:ascii="Aptos" w:hAnsi="Aptos"/>
          <w:b/>
          <w:sz w:val="20"/>
          <w:szCs w:val="20"/>
        </w:rPr>
        <w:t>Aşağıda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karışık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olarak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verilen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cümleleri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, </w:t>
      </w:r>
      <w:proofErr w:type="spellStart"/>
      <w:r w:rsidRPr="007A41DE">
        <w:rPr>
          <w:rFonts w:ascii="Aptos" w:hAnsi="Aptos"/>
          <w:b/>
          <w:sz w:val="20"/>
          <w:szCs w:val="20"/>
        </w:rPr>
        <w:t>olayların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mantıksal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oluş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sırasına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göre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yay </w:t>
      </w:r>
      <w:proofErr w:type="spellStart"/>
      <w:r w:rsidRPr="007A41DE">
        <w:rPr>
          <w:rFonts w:ascii="Aptos" w:hAnsi="Aptos"/>
          <w:b/>
          <w:sz w:val="20"/>
          <w:szCs w:val="20"/>
        </w:rPr>
        <w:t>ayraçların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içine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1, 2, 3 </w:t>
      </w:r>
      <w:proofErr w:type="spellStart"/>
      <w:r w:rsidRPr="007A41DE">
        <w:rPr>
          <w:rFonts w:ascii="Aptos" w:hAnsi="Aptos"/>
          <w:b/>
          <w:sz w:val="20"/>
          <w:szCs w:val="20"/>
        </w:rPr>
        <w:t>ve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4 </w:t>
      </w:r>
      <w:proofErr w:type="spellStart"/>
      <w:r w:rsidRPr="007A41DE">
        <w:rPr>
          <w:rFonts w:ascii="Aptos" w:hAnsi="Aptos"/>
          <w:b/>
          <w:sz w:val="20"/>
          <w:szCs w:val="20"/>
        </w:rPr>
        <w:t>yazarak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numaralandırınız</w:t>
      </w:r>
      <w:proofErr w:type="spellEnd"/>
      <w:r w:rsidRPr="007A41DE">
        <w:rPr>
          <w:rFonts w:ascii="Aptos" w:hAnsi="Aptos"/>
          <w:b/>
          <w:sz w:val="20"/>
          <w:szCs w:val="20"/>
        </w:rPr>
        <w:t>.</w:t>
      </w:r>
      <w:r w:rsidRPr="007A41DE">
        <w:rPr>
          <w:rFonts w:ascii="Aptos" w:hAnsi="Aptos"/>
          <w:sz w:val="20"/>
          <w:szCs w:val="20"/>
        </w:rPr>
        <w:br/>
        <w:t xml:space="preserve">(   ) </w:t>
      </w:r>
      <w:proofErr w:type="spellStart"/>
      <w:r w:rsidRPr="007A41DE">
        <w:rPr>
          <w:rFonts w:ascii="Aptos" w:hAnsi="Aptos"/>
          <w:sz w:val="20"/>
          <w:szCs w:val="20"/>
        </w:rPr>
        <w:t>Sonunda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buğday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tanesini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yuvasının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kapısından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içeri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taşımayı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başardı</w:t>
      </w:r>
      <w:proofErr w:type="spellEnd"/>
      <w:r w:rsidRPr="007A41DE">
        <w:rPr>
          <w:rFonts w:ascii="Aptos" w:hAnsi="Aptos"/>
          <w:sz w:val="20"/>
          <w:szCs w:val="20"/>
        </w:rPr>
        <w:t>.</w:t>
      </w:r>
      <w:r w:rsidRPr="007A41DE">
        <w:rPr>
          <w:rFonts w:ascii="Aptos" w:hAnsi="Aptos"/>
          <w:sz w:val="20"/>
          <w:szCs w:val="20"/>
        </w:rPr>
        <w:br/>
        <w:t xml:space="preserve">(   ) </w:t>
      </w:r>
      <w:proofErr w:type="spellStart"/>
      <w:r w:rsidRPr="007A41DE">
        <w:rPr>
          <w:rFonts w:ascii="Aptos" w:hAnsi="Aptos"/>
          <w:sz w:val="20"/>
          <w:szCs w:val="20"/>
        </w:rPr>
        <w:t>Minik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karınca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sabahın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erken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saatlerinde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tarladaki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buğday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başaklarına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doğru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yola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çıktı</w:t>
      </w:r>
      <w:proofErr w:type="spellEnd"/>
      <w:r w:rsidRPr="007A41DE">
        <w:rPr>
          <w:rFonts w:ascii="Aptos" w:hAnsi="Aptos"/>
          <w:sz w:val="20"/>
          <w:szCs w:val="20"/>
        </w:rPr>
        <w:t>.</w:t>
      </w:r>
      <w:r w:rsidRPr="007A41DE">
        <w:rPr>
          <w:rFonts w:ascii="Aptos" w:hAnsi="Aptos"/>
          <w:sz w:val="20"/>
          <w:szCs w:val="20"/>
        </w:rPr>
        <w:br/>
        <w:t xml:space="preserve">(   ) </w:t>
      </w:r>
      <w:proofErr w:type="spellStart"/>
      <w:r w:rsidRPr="007A41DE">
        <w:rPr>
          <w:rFonts w:ascii="Aptos" w:hAnsi="Aptos"/>
          <w:sz w:val="20"/>
          <w:szCs w:val="20"/>
        </w:rPr>
        <w:t>Yolda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karşısına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çıkan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dik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tepeyi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aşarken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buğday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tanesi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birkaç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kez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geriye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kaydı</w:t>
      </w:r>
      <w:proofErr w:type="spellEnd"/>
      <w:r w:rsidRPr="007A41DE">
        <w:rPr>
          <w:rFonts w:ascii="Aptos" w:hAnsi="Aptos"/>
          <w:sz w:val="20"/>
          <w:szCs w:val="20"/>
        </w:rPr>
        <w:t>.</w:t>
      </w:r>
      <w:r w:rsidRPr="007A41DE">
        <w:rPr>
          <w:rFonts w:ascii="Aptos" w:hAnsi="Aptos"/>
          <w:sz w:val="20"/>
          <w:szCs w:val="20"/>
        </w:rPr>
        <w:br/>
        <w:t xml:space="preserve">(   ) </w:t>
      </w:r>
      <w:proofErr w:type="spellStart"/>
      <w:r w:rsidRPr="007A41DE">
        <w:rPr>
          <w:rFonts w:ascii="Aptos" w:hAnsi="Aptos"/>
          <w:sz w:val="20"/>
          <w:szCs w:val="20"/>
        </w:rPr>
        <w:t>Tarlada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gözüne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kestirdiği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iri</w:t>
      </w:r>
      <w:proofErr w:type="spellEnd"/>
      <w:r w:rsidRPr="007A41DE">
        <w:rPr>
          <w:rFonts w:ascii="Aptos" w:hAnsi="Aptos"/>
          <w:sz w:val="20"/>
          <w:szCs w:val="20"/>
        </w:rPr>
        <w:t xml:space="preserve"> bir </w:t>
      </w:r>
      <w:proofErr w:type="spellStart"/>
      <w:r w:rsidRPr="007A41DE">
        <w:rPr>
          <w:rFonts w:ascii="Aptos" w:hAnsi="Aptos"/>
          <w:sz w:val="20"/>
          <w:szCs w:val="20"/>
        </w:rPr>
        <w:t>buğday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tanesini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sırtına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yükledi</w:t>
      </w:r>
      <w:proofErr w:type="spellEnd"/>
      <w:r w:rsidRPr="007A41DE">
        <w:rPr>
          <w:rFonts w:ascii="Aptos" w:hAnsi="Aptos"/>
          <w:sz w:val="20"/>
          <w:szCs w:val="20"/>
        </w:rPr>
        <w:t>.</w:t>
      </w:r>
    </w:p>
    <w:p w14:paraId="5FBF9E42" w14:textId="77777777" w:rsidR="0030229C" w:rsidRPr="007A41DE" w:rsidRDefault="0030229C">
      <w:pPr>
        <w:spacing w:before="80" w:after="20"/>
        <w:rPr>
          <w:rFonts w:ascii="Aptos" w:hAnsi="Aptos"/>
          <w:b/>
          <w:sz w:val="20"/>
          <w:szCs w:val="20"/>
        </w:rPr>
      </w:pPr>
    </w:p>
    <w:p w14:paraId="552734C0" w14:textId="77777777" w:rsidR="00BF04D8" w:rsidRPr="007A41DE" w:rsidRDefault="00000000">
      <w:pPr>
        <w:spacing w:before="80" w:after="20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 xml:space="preserve">SORU 8: </w:t>
      </w:r>
      <w:r w:rsidRPr="007A41DE">
        <w:rPr>
          <w:rFonts w:ascii="Aptos" w:hAnsi="Aptos"/>
          <w:sz w:val="20"/>
          <w:szCs w:val="20"/>
        </w:rPr>
        <w:t xml:space="preserve">(Kazanım: T.Y.5.16. </w:t>
      </w:r>
      <w:proofErr w:type="spellStart"/>
      <w:r w:rsidRPr="007A41DE">
        <w:rPr>
          <w:rFonts w:ascii="Aptos" w:hAnsi="Aptos"/>
          <w:sz w:val="20"/>
          <w:szCs w:val="20"/>
        </w:rPr>
        <w:t>Yazım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ve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noktalama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işaretleriyle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ilgili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kuralları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uygulayabilme</w:t>
      </w:r>
      <w:proofErr w:type="spellEnd"/>
      <w:r w:rsidRPr="007A41DE">
        <w:rPr>
          <w:rFonts w:ascii="Aptos" w:hAnsi="Aptos"/>
          <w:sz w:val="20"/>
          <w:szCs w:val="20"/>
        </w:rPr>
        <w:t>.) (15 Puan)</w:t>
      </w:r>
    </w:p>
    <w:p w14:paraId="5C1F7D5E" w14:textId="77777777" w:rsidR="00BF04D8" w:rsidRPr="007A41DE" w:rsidRDefault="00000000">
      <w:pPr>
        <w:spacing w:after="40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 xml:space="preserve">a) Aşağıdaki </w:t>
      </w:r>
      <w:proofErr w:type="spellStart"/>
      <w:r w:rsidRPr="007A41DE">
        <w:rPr>
          <w:rFonts w:ascii="Aptos" w:hAnsi="Aptos"/>
          <w:b/>
          <w:sz w:val="20"/>
          <w:szCs w:val="20"/>
        </w:rPr>
        <w:t>cümlede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yay </w:t>
      </w:r>
      <w:proofErr w:type="spellStart"/>
      <w:r w:rsidRPr="007A41DE">
        <w:rPr>
          <w:rFonts w:ascii="Aptos" w:hAnsi="Aptos"/>
          <w:b/>
          <w:sz w:val="20"/>
          <w:szCs w:val="20"/>
        </w:rPr>
        <w:t>ayraçların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( ) </w:t>
      </w:r>
      <w:proofErr w:type="spellStart"/>
      <w:r w:rsidRPr="007A41DE">
        <w:rPr>
          <w:rFonts w:ascii="Aptos" w:hAnsi="Aptos"/>
          <w:b/>
          <w:sz w:val="20"/>
          <w:szCs w:val="20"/>
        </w:rPr>
        <w:t>içine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uygun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noktalama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işaretlerini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yerleştiriniz</w:t>
      </w:r>
      <w:proofErr w:type="spellEnd"/>
      <w:r w:rsidRPr="007A41DE">
        <w:rPr>
          <w:rFonts w:ascii="Aptos" w:hAnsi="Aptos"/>
          <w:b/>
          <w:sz w:val="20"/>
          <w:szCs w:val="20"/>
        </w:rPr>
        <w:t>. (10 Puan)</w:t>
      </w:r>
      <w:r w:rsidRPr="007A41DE">
        <w:rPr>
          <w:rFonts w:ascii="Aptos" w:hAnsi="Aptos"/>
          <w:b/>
          <w:sz w:val="20"/>
          <w:szCs w:val="20"/>
        </w:rPr>
        <w:br/>
      </w:r>
      <w:proofErr w:type="spellStart"/>
      <w:r w:rsidRPr="007A41DE">
        <w:rPr>
          <w:rFonts w:ascii="Aptos" w:hAnsi="Aptos"/>
          <w:sz w:val="20"/>
          <w:szCs w:val="20"/>
        </w:rPr>
        <w:t>Çıtı</w:t>
      </w:r>
      <w:proofErr w:type="spellEnd"/>
      <w:r w:rsidRPr="007A41DE">
        <w:rPr>
          <w:rFonts w:ascii="Aptos" w:hAnsi="Aptos"/>
          <w:sz w:val="20"/>
          <w:szCs w:val="20"/>
        </w:rPr>
        <w:t xml:space="preserve"> (   ) </w:t>
      </w:r>
      <w:proofErr w:type="spellStart"/>
      <w:r w:rsidRPr="007A41DE">
        <w:rPr>
          <w:rFonts w:ascii="Aptos" w:hAnsi="Aptos"/>
          <w:sz w:val="20"/>
          <w:szCs w:val="20"/>
        </w:rPr>
        <w:t>kapıya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gelen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arkadaşlarına</w:t>
      </w:r>
      <w:proofErr w:type="spellEnd"/>
      <w:r w:rsidRPr="007A41DE">
        <w:rPr>
          <w:rFonts w:ascii="Aptos" w:hAnsi="Aptos"/>
          <w:sz w:val="20"/>
          <w:szCs w:val="20"/>
        </w:rPr>
        <w:t xml:space="preserve"> (   ) (   ) </w:t>
      </w:r>
      <w:proofErr w:type="spellStart"/>
      <w:r w:rsidRPr="007A41DE">
        <w:rPr>
          <w:rFonts w:ascii="Aptos" w:hAnsi="Aptos"/>
          <w:sz w:val="20"/>
          <w:szCs w:val="20"/>
        </w:rPr>
        <w:t>Kış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için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neden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yiyecek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toplamadınız</w:t>
      </w:r>
      <w:proofErr w:type="spellEnd"/>
      <w:r w:rsidRPr="007A41DE">
        <w:rPr>
          <w:rFonts w:ascii="Aptos" w:hAnsi="Aptos"/>
          <w:sz w:val="20"/>
          <w:szCs w:val="20"/>
        </w:rPr>
        <w:t xml:space="preserve"> (   ) (   ) </w:t>
      </w:r>
      <w:proofErr w:type="spellStart"/>
      <w:r w:rsidRPr="007A41DE">
        <w:rPr>
          <w:rFonts w:ascii="Aptos" w:hAnsi="Aptos"/>
          <w:sz w:val="20"/>
          <w:szCs w:val="20"/>
        </w:rPr>
        <w:t>diye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sordu</w:t>
      </w:r>
      <w:proofErr w:type="spellEnd"/>
      <w:r w:rsidRPr="007A41DE">
        <w:rPr>
          <w:rFonts w:ascii="Aptos" w:hAnsi="Aptos"/>
          <w:sz w:val="20"/>
          <w:szCs w:val="20"/>
        </w:rPr>
        <w:t>.</w:t>
      </w:r>
    </w:p>
    <w:p w14:paraId="3F197443" w14:textId="77777777" w:rsidR="0030229C" w:rsidRPr="007A41DE" w:rsidRDefault="0030229C">
      <w:pPr>
        <w:spacing w:before="40" w:after="40"/>
        <w:rPr>
          <w:rFonts w:ascii="Aptos" w:hAnsi="Aptos"/>
          <w:b/>
          <w:sz w:val="20"/>
          <w:szCs w:val="20"/>
        </w:rPr>
      </w:pPr>
    </w:p>
    <w:p w14:paraId="4E8E0482" w14:textId="77777777" w:rsidR="00BF04D8" w:rsidRPr="007A41DE" w:rsidRDefault="00000000">
      <w:pPr>
        <w:spacing w:before="40" w:after="40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 xml:space="preserve">b) Aşağıdaki </w:t>
      </w:r>
      <w:proofErr w:type="spellStart"/>
      <w:r w:rsidRPr="007A41DE">
        <w:rPr>
          <w:rFonts w:ascii="Aptos" w:hAnsi="Aptos"/>
          <w:b/>
          <w:sz w:val="20"/>
          <w:szCs w:val="20"/>
        </w:rPr>
        <w:t>cümlede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yapılan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yazım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yanlışını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bularak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cümlenin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doğru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hâlini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altındaki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çizgiye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yazınız</w:t>
      </w:r>
      <w:proofErr w:type="spellEnd"/>
      <w:r w:rsidRPr="007A41DE">
        <w:rPr>
          <w:rFonts w:ascii="Aptos" w:hAnsi="Aptos"/>
          <w:b/>
          <w:sz w:val="20"/>
          <w:szCs w:val="20"/>
        </w:rPr>
        <w:t>. (5 Puan)</w:t>
      </w:r>
      <w:r w:rsidRPr="007A41DE">
        <w:rPr>
          <w:rFonts w:ascii="Aptos" w:hAnsi="Aptos"/>
          <w:b/>
          <w:sz w:val="20"/>
          <w:szCs w:val="20"/>
        </w:rPr>
        <w:br/>
      </w:r>
      <w:r w:rsidRPr="007A41DE">
        <w:rPr>
          <w:rFonts w:ascii="Aptos" w:hAnsi="Aptos"/>
          <w:sz w:val="20"/>
          <w:szCs w:val="20"/>
        </w:rPr>
        <w:t>"</w:t>
      </w:r>
      <w:proofErr w:type="spellStart"/>
      <w:r w:rsidRPr="007A41DE">
        <w:rPr>
          <w:rFonts w:ascii="Aptos" w:hAnsi="Aptos"/>
          <w:sz w:val="20"/>
          <w:szCs w:val="20"/>
        </w:rPr>
        <w:t>Çıtı'da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kışın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soğuk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günlerinde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yuvasında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huzurla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dinlendi</w:t>
      </w:r>
      <w:proofErr w:type="spellEnd"/>
      <w:r w:rsidRPr="007A41DE">
        <w:rPr>
          <w:rFonts w:ascii="Aptos" w:hAnsi="Aptos"/>
          <w:sz w:val="20"/>
          <w:szCs w:val="20"/>
        </w:rPr>
        <w:t>."</w:t>
      </w:r>
      <w:r w:rsidRPr="007A41DE">
        <w:rPr>
          <w:rFonts w:ascii="Aptos" w:hAnsi="Aptos"/>
          <w:sz w:val="20"/>
          <w:szCs w:val="20"/>
        </w:rPr>
        <w:br/>
      </w:r>
      <w:proofErr w:type="spellStart"/>
      <w:r w:rsidRPr="007A41DE">
        <w:rPr>
          <w:rFonts w:ascii="Aptos" w:hAnsi="Aptos"/>
          <w:sz w:val="20"/>
          <w:szCs w:val="20"/>
        </w:rPr>
        <w:t>Doğrusu</w:t>
      </w:r>
      <w:proofErr w:type="spellEnd"/>
      <w:r w:rsidRPr="007A41DE">
        <w:rPr>
          <w:rFonts w:ascii="Aptos" w:hAnsi="Aptos"/>
          <w:sz w:val="20"/>
          <w:szCs w:val="20"/>
        </w:rPr>
        <w:t>: .........................................................................................................................</w:t>
      </w:r>
    </w:p>
    <w:p w14:paraId="394FC4B8" w14:textId="77777777" w:rsidR="0030229C" w:rsidRPr="007A41DE" w:rsidRDefault="0030229C">
      <w:pPr>
        <w:spacing w:before="120" w:after="80"/>
        <w:jc w:val="right"/>
        <w:rPr>
          <w:rFonts w:ascii="Aptos" w:hAnsi="Aptos"/>
          <w:b/>
          <w:sz w:val="20"/>
          <w:szCs w:val="20"/>
        </w:rPr>
      </w:pPr>
    </w:p>
    <w:p w14:paraId="443AAA59" w14:textId="77777777" w:rsidR="0030229C" w:rsidRPr="007A41DE" w:rsidRDefault="0030229C">
      <w:pPr>
        <w:spacing w:before="120" w:after="80"/>
        <w:jc w:val="right"/>
        <w:rPr>
          <w:rFonts w:ascii="Aptos" w:hAnsi="Aptos"/>
          <w:b/>
          <w:sz w:val="20"/>
          <w:szCs w:val="20"/>
        </w:rPr>
      </w:pPr>
    </w:p>
    <w:p w14:paraId="19A5FA91" w14:textId="77777777" w:rsidR="0030229C" w:rsidRPr="007A41DE" w:rsidRDefault="0030229C">
      <w:pPr>
        <w:spacing w:before="120" w:after="80"/>
        <w:jc w:val="right"/>
        <w:rPr>
          <w:rFonts w:ascii="Aptos" w:hAnsi="Aptos"/>
          <w:b/>
          <w:sz w:val="20"/>
          <w:szCs w:val="20"/>
        </w:rPr>
      </w:pPr>
    </w:p>
    <w:p w14:paraId="0F8A452D" w14:textId="77777777" w:rsidR="0030229C" w:rsidRPr="007A41DE" w:rsidRDefault="0030229C">
      <w:pPr>
        <w:spacing w:before="120" w:after="80"/>
        <w:jc w:val="right"/>
        <w:rPr>
          <w:rFonts w:ascii="Aptos" w:hAnsi="Aptos"/>
          <w:b/>
          <w:sz w:val="20"/>
          <w:szCs w:val="20"/>
        </w:rPr>
      </w:pPr>
    </w:p>
    <w:p w14:paraId="371CF1F3" w14:textId="77777777" w:rsidR="0030229C" w:rsidRPr="007A41DE" w:rsidRDefault="0030229C">
      <w:pPr>
        <w:spacing w:before="120" w:after="80"/>
        <w:jc w:val="right"/>
        <w:rPr>
          <w:rFonts w:ascii="Aptos" w:hAnsi="Aptos"/>
          <w:b/>
          <w:sz w:val="20"/>
          <w:szCs w:val="20"/>
        </w:rPr>
      </w:pPr>
    </w:p>
    <w:p w14:paraId="6C7ABD42" w14:textId="77777777" w:rsidR="0030229C" w:rsidRPr="007A41DE" w:rsidRDefault="0030229C">
      <w:pPr>
        <w:spacing w:before="120" w:after="80"/>
        <w:jc w:val="right"/>
        <w:rPr>
          <w:rFonts w:ascii="Aptos" w:hAnsi="Aptos"/>
          <w:b/>
          <w:sz w:val="20"/>
          <w:szCs w:val="20"/>
        </w:rPr>
      </w:pPr>
    </w:p>
    <w:p w14:paraId="3BBB7FD8" w14:textId="77777777" w:rsidR="00BF04D8" w:rsidRPr="007A41DE" w:rsidRDefault="00000000">
      <w:pPr>
        <w:spacing w:before="120" w:after="80"/>
        <w:jc w:val="right"/>
        <w:rPr>
          <w:sz w:val="20"/>
          <w:szCs w:val="20"/>
        </w:rPr>
      </w:pPr>
      <w:proofErr w:type="spellStart"/>
      <w:r w:rsidRPr="007A41DE">
        <w:rPr>
          <w:rFonts w:ascii="Aptos" w:hAnsi="Aptos"/>
          <w:b/>
          <w:sz w:val="20"/>
          <w:szCs w:val="20"/>
        </w:rPr>
        <w:t>Sınav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Süresi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: 40 </w:t>
      </w:r>
      <w:proofErr w:type="spellStart"/>
      <w:r w:rsidRPr="007A41DE">
        <w:rPr>
          <w:rFonts w:ascii="Aptos" w:hAnsi="Aptos"/>
          <w:b/>
          <w:sz w:val="20"/>
          <w:szCs w:val="20"/>
        </w:rPr>
        <w:t>Dakikadır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. | </w:t>
      </w:r>
      <w:proofErr w:type="spellStart"/>
      <w:r w:rsidRPr="007A41DE">
        <w:rPr>
          <w:rFonts w:ascii="Aptos" w:hAnsi="Aptos"/>
          <w:b/>
          <w:sz w:val="20"/>
          <w:szCs w:val="20"/>
        </w:rPr>
        <w:t>Başarılar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Dilerim</w:t>
      </w:r>
      <w:proofErr w:type="spellEnd"/>
      <w:r w:rsidRPr="007A41DE">
        <w:rPr>
          <w:rFonts w:ascii="Aptos" w:hAnsi="Aptos"/>
          <w:b/>
          <w:sz w:val="20"/>
          <w:szCs w:val="20"/>
        </w:rPr>
        <w:t>. KonuVakti.com | TestVakti.net | Turkcetestvakti.com</w:t>
      </w:r>
    </w:p>
    <w:p w14:paraId="2324467B" w14:textId="77777777" w:rsidR="00BF04D8" w:rsidRPr="007A41DE" w:rsidRDefault="00000000">
      <w:pPr>
        <w:spacing w:before="200" w:after="80"/>
        <w:jc w:val="center"/>
        <w:rPr>
          <w:sz w:val="20"/>
          <w:szCs w:val="20"/>
        </w:rPr>
      </w:pPr>
      <w:r w:rsidRPr="007A41DE">
        <w:rPr>
          <w:rFonts w:ascii="Segoe UI Emoji" w:hAnsi="Segoe UI Emoji"/>
          <w:b/>
          <w:sz w:val="20"/>
          <w:szCs w:val="20"/>
        </w:rPr>
        <w:lastRenderedPageBreak/>
        <w:t xml:space="preserve">🔑 </w:t>
      </w:r>
      <w:proofErr w:type="spellStart"/>
      <w:r w:rsidRPr="007A41DE">
        <w:rPr>
          <w:rFonts w:ascii="Aptos" w:hAnsi="Aptos"/>
          <w:b/>
          <w:sz w:val="20"/>
          <w:szCs w:val="20"/>
        </w:rPr>
        <w:t>Öğretmenim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b/>
          <w:sz w:val="20"/>
          <w:szCs w:val="20"/>
        </w:rPr>
        <w:t>İçin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Cevap </w:t>
      </w:r>
      <w:proofErr w:type="spellStart"/>
      <w:r w:rsidRPr="007A41DE">
        <w:rPr>
          <w:rFonts w:ascii="Aptos" w:hAnsi="Aptos"/>
          <w:b/>
          <w:sz w:val="20"/>
          <w:szCs w:val="20"/>
        </w:rPr>
        <w:t>Anahtarı</w:t>
      </w:r>
      <w:proofErr w:type="spellEnd"/>
    </w:p>
    <w:p w14:paraId="41B09B53" w14:textId="77777777" w:rsidR="00BF04D8" w:rsidRPr="007A41DE" w:rsidRDefault="00000000" w:rsidP="0030229C">
      <w:pPr>
        <w:spacing w:before="40" w:after="40" w:line="360" w:lineRule="auto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>1. Soru:</w:t>
      </w:r>
      <w:r w:rsidRPr="007A41DE">
        <w:rPr>
          <w:rFonts w:ascii="Aptos" w:hAnsi="Aptos"/>
          <w:sz w:val="20"/>
          <w:szCs w:val="20"/>
        </w:rPr>
        <w:t xml:space="preserve"> "</w:t>
      </w:r>
      <w:proofErr w:type="spellStart"/>
      <w:r w:rsidRPr="007A41DE">
        <w:rPr>
          <w:rFonts w:ascii="Aptos" w:hAnsi="Aptos"/>
          <w:sz w:val="20"/>
          <w:szCs w:val="20"/>
        </w:rPr>
        <w:t>Beyhude</w:t>
      </w:r>
      <w:proofErr w:type="spellEnd"/>
      <w:r w:rsidRPr="007A41DE">
        <w:rPr>
          <w:rFonts w:ascii="Aptos" w:hAnsi="Aptos"/>
          <w:sz w:val="20"/>
          <w:szCs w:val="20"/>
        </w:rPr>
        <w:t xml:space="preserve">" </w:t>
      </w:r>
      <w:proofErr w:type="spellStart"/>
      <w:r w:rsidRPr="007A41DE">
        <w:rPr>
          <w:rFonts w:ascii="Aptos" w:hAnsi="Aptos"/>
          <w:sz w:val="20"/>
          <w:szCs w:val="20"/>
        </w:rPr>
        <w:t>sözcüğünün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tahmini</w:t>
      </w:r>
      <w:proofErr w:type="spellEnd"/>
      <w:r w:rsidRPr="007A41DE">
        <w:rPr>
          <w:rFonts w:ascii="Aptos" w:hAnsi="Aptos"/>
          <w:sz w:val="20"/>
          <w:szCs w:val="20"/>
        </w:rPr>
        <w:t xml:space="preserve">: </w:t>
      </w:r>
      <w:proofErr w:type="spellStart"/>
      <w:r w:rsidRPr="007A41DE">
        <w:rPr>
          <w:rFonts w:ascii="Aptos" w:hAnsi="Aptos"/>
          <w:sz w:val="20"/>
          <w:szCs w:val="20"/>
        </w:rPr>
        <w:t>Boşuna</w:t>
      </w:r>
      <w:proofErr w:type="spellEnd"/>
      <w:r w:rsidRPr="007A41DE">
        <w:rPr>
          <w:rFonts w:ascii="Aptos" w:hAnsi="Aptos"/>
          <w:sz w:val="20"/>
          <w:szCs w:val="20"/>
        </w:rPr>
        <w:t xml:space="preserve">, </w:t>
      </w:r>
      <w:proofErr w:type="spellStart"/>
      <w:r w:rsidRPr="007A41DE">
        <w:rPr>
          <w:rFonts w:ascii="Aptos" w:hAnsi="Aptos"/>
          <w:sz w:val="20"/>
          <w:szCs w:val="20"/>
        </w:rPr>
        <w:t>yararsız</w:t>
      </w:r>
      <w:proofErr w:type="spellEnd"/>
      <w:r w:rsidRPr="007A41DE">
        <w:rPr>
          <w:rFonts w:ascii="Aptos" w:hAnsi="Aptos"/>
          <w:sz w:val="20"/>
          <w:szCs w:val="20"/>
        </w:rPr>
        <w:t xml:space="preserve">, </w:t>
      </w:r>
      <w:proofErr w:type="spellStart"/>
      <w:r w:rsidRPr="007A41DE">
        <w:rPr>
          <w:rFonts w:ascii="Aptos" w:hAnsi="Aptos"/>
          <w:sz w:val="20"/>
          <w:szCs w:val="20"/>
        </w:rPr>
        <w:t>gereksiz</w:t>
      </w:r>
      <w:proofErr w:type="spellEnd"/>
      <w:r w:rsidRPr="007A41DE">
        <w:rPr>
          <w:rFonts w:ascii="Aptos" w:hAnsi="Aptos"/>
          <w:sz w:val="20"/>
          <w:szCs w:val="20"/>
        </w:rPr>
        <w:t xml:space="preserve"> yere, </w:t>
      </w:r>
      <w:proofErr w:type="spellStart"/>
      <w:r w:rsidRPr="007A41DE">
        <w:rPr>
          <w:rFonts w:ascii="Aptos" w:hAnsi="Aptos"/>
          <w:sz w:val="20"/>
          <w:szCs w:val="20"/>
        </w:rPr>
        <w:t>sonuçsuz</w:t>
      </w:r>
      <w:proofErr w:type="spellEnd"/>
      <w:r w:rsidRPr="007A41DE">
        <w:rPr>
          <w:rFonts w:ascii="Aptos" w:hAnsi="Aptos"/>
          <w:sz w:val="20"/>
          <w:szCs w:val="20"/>
        </w:rPr>
        <w:t xml:space="preserve"> bir </w:t>
      </w:r>
      <w:proofErr w:type="spellStart"/>
      <w:r w:rsidRPr="007A41DE">
        <w:rPr>
          <w:rFonts w:ascii="Aptos" w:hAnsi="Aptos"/>
          <w:sz w:val="20"/>
          <w:szCs w:val="20"/>
        </w:rPr>
        <w:t>şekilde</w:t>
      </w:r>
      <w:proofErr w:type="spellEnd"/>
      <w:r w:rsidRPr="007A41DE">
        <w:rPr>
          <w:rFonts w:ascii="Aptos" w:hAnsi="Aptos"/>
          <w:sz w:val="20"/>
          <w:szCs w:val="20"/>
        </w:rPr>
        <w:t xml:space="preserve">. </w:t>
      </w:r>
      <w:proofErr w:type="spellStart"/>
      <w:r w:rsidRPr="007A41DE">
        <w:rPr>
          <w:rFonts w:ascii="Aptos" w:hAnsi="Aptos"/>
          <w:sz w:val="20"/>
          <w:szCs w:val="20"/>
        </w:rPr>
        <w:t>Cümle</w:t>
      </w:r>
      <w:proofErr w:type="spellEnd"/>
      <w:r w:rsidRPr="007A41DE">
        <w:rPr>
          <w:rFonts w:ascii="Aptos" w:hAnsi="Aptos"/>
          <w:sz w:val="20"/>
          <w:szCs w:val="20"/>
        </w:rPr>
        <w:t>: "</w:t>
      </w:r>
      <w:proofErr w:type="spellStart"/>
      <w:r w:rsidRPr="007A41DE">
        <w:rPr>
          <w:rFonts w:ascii="Aptos" w:hAnsi="Aptos"/>
          <w:sz w:val="20"/>
          <w:szCs w:val="20"/>
        </w:rPr>
        <w:t>Bütün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gün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beyhude</w:t>
      </w:r>
      <w:proofErr w:type="spellEnd"/>
      <w:r w:rsidRPr="007A41DE">
        <w:rPr>
          <w:rFonts w:ascii="Aptos" w:hAnsi="Aptos"/>
          <w:sz w:val="20"/>
          <w:szCs w:val="20"/>
        </w:rPr>
        <w:t xml:space="preserve"> yere </w:t>
      </w:r>
      <w:proofErr w:type="spellStart"/>
      <w:r w:rsidRPr="007A41DE">
        <w:rPr>
          <w:rFonts w:ascii="Aptos" w:hAnsi="Aptos"/>
          <w:sz w:val="20"/>
          <w:szCs w:val="20"/>
        </w:rPr>
        <w:t>onu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durakta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bekledim</w:t>
      </w:r>
      <w:proofErr w:type="spellEnd"/>
      <w:r w:rsidRPr="007A41DE">
        <w:rPr>
          <w:rFonts w:ascii="Aptos" w:hAnsi="Aptos"/>
          <w:sz w:val="20"/>
          <w:szCs w:val="20"/>
        </w:rPr>
        <w:t>." (</w:t>
      </w:r>
      <w:proofErr w:type="spellStart"/>
      <w:r w:rsidRPr="007A41DE">
        <w:rPr>
          <w:rFonts w:ascii="Aptos" w:hAnsi="Aptos"/>
          <w:sz w:val="20"/>
          <w:szCs w:val="20"/>
        </w:rPr>
        <w:t>Tahmin</w:t>
      </w:r>
      <w:proofErr w:type="spellEnd"/>
      <w:r w:rsidRPr="007A41DE">
        <w:rPr>
          <w:rFonts w:ascii="Aptos" w:hAnsi="Aptos"/>
          <w:sz w:val="20"/>
          <w:szCs w:val="20"/>
        </w:rPr>
        <w:t xml:space="preserve"> 6, </w:t>
      </w:r>
      <w:proofErr w:type="spellStart"/>
      <w:r w:rsidRPr="007A41DE">
        <w:rPr>
          <w:rFonts w:ascii="Aptos" w:hAnsi="Aptos"/>
          <w:sz w:val="20"/>
          <w:szCs w:val="20"/>
        </w:rPr>
        <w:t>Cümle</w:t>
      </w:r>
      <w:proofErr w:type="spellEnd"/>
      <w:r w:rsidRPr="007A41DE">
        <w:rPr>
          <w:rFonts w:ascii="Aptos" w:hAnsi="Aptos"/>
          <w:sz w:val="20"/>
          <w:szCs w:val="20"/>
        </w:rPr>
        <w:t xml:space="preserve"> 4 Puan; </w:t>
      </w:r>
      <w:proofErr w:type="spellStart"/>
      <w:r w:rsidRPr="007A41DE">
        <w:rPr>
          <w:rFonts w:ascii="Aptos" w:hAnsi="Aptos"/>
          <w:sz w:val="20"/>
          <w:szCs w:val="20"/>
        </w:rPr>
        <w:t>Toplam</w:t>
      </w:r>
      <w:proofErr w:type="spellEnd"/>
      <w:r w:rsidRPr="007A41DE">
        <w:rPr>
          <w:rFonts w:ascii="Aptos" w:hAnsi="Aptos"/>
          <w:sz w:val="20"/>
          <w:szCs w:val="20"/>
        </w:rPr>
        <w:t xml:space="preserve"> 10 Puan)</w:t>
      </w:r>
    </w:p>
    <w:p w14:paraId="2F43934C" w14:textId="77777777" w:rsidR="00BF04D8" w:rsidRPr="007A41DE" w:rsidRDefault="00000000" w:rsidP="0030229C">
      <w:pPr>
        <w:spacing w:before="40" w:after="40" w:line="360" w:lineRule="auto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>2. Soru:</w:t>
      </w:r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Çıtı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buğday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tanesini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taşırken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diğer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hayvanlar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gölgede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oyun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oynuyorlardı</w:t>
      </w:r>
      <w:proofErr w:type="spellEnd"/>
      <w:r w:rsidRPr="007A41DE">
        <w:rPr>
          <w:rFonts w:ascii="Aptos" w:hAnsi="Aptos"/>
          <w:sz w:val="20"/>
          <w:szCs w:val="20"/>
        </w:rPr>
        <w:t xml:space="preserve">. </w:t>
      </w:r>
      <w:proofErr w:type="spellStart"/>
      <w:r w:rsidRPr="007A41DE">
        <w:rPr>
          <w:rFonts w:ascii="Aptos" w:hAnsi="Aptos"/>
          <w:sz w:val="20"/>
          <w:szCs w:val="20"/>
        </w:rPr>
        <w:t>Çıtı'nın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bu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çabasını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boşuna</w:t>
      </w:r>
      <w:proofErr w:type="spellEnd"/>
      <w:r w:rsidRPr="007A41DE">
        <w:rPr>
          <w:rFonts w:ascii="Aptos" w:hAnsi="Aptos"/>
          <w:sz w:val="20"/>
          <w:szCs w:val="20"/>
        </w:rPr>
        <w:t xml:space="preserve"> (</w:t>
      </w:r>
      <w:proofErr w:type="spellStart"/>
      <w:r w:rsidRPr="007A41DE">
        <w:rPr>
          <w:rFonts w:ascii="Aptos" w:hAnsi="Aptos"/>
          <w:sz w:val="20"/>
          <w:szCs w:val="20"/>
        </w:rPr>
        <w:t>beyhude</w:t>
      </w:r>
      <w:proofErr w:type="spellEnd"/>
      <w:r w:rsidRPr="007A41DE">
        <w:rPr>
          <w:rFonts w:ascii="Aptos" w:hAnsi="Aptos"/>
          <w:sz w:val="20"/>
          <w:szCs w:val="20"/>
        </w:rPr>
        <w:t xml:space="preserve">) </w:t>
      </w:r>
      <w:proofErr w:type="spellStart"/>
      <w:r w:rsidRPr="007A41DE">
        <w:rPr>
          <w:rFonts w:ascii="Aptos" w:hAnsi="Aptos"/>
          <w:sz w:val="20"/>
          <w:szCs w:val="20"/>
        </w:rPr>
        <w:t>bularak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onunla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alay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etmişlerdir</w:t>
      </w:r>
      <w:proofErr w:type="spellEnd"/>
      <w:r w:rsidRPr="007A41DE">
        <w:rPr>
          <w:rFonts w:ascii="Aptos" w:hAnsi="Aptos"/>
          <w:sz w:val="20"/>
          <w:szCs w:val="20"/>
        </w:rPr>
        <w:t>. (10 Puan)</w:t>
      </w:r>
    </w:p>
    <w:p w14:paraId="4E76A3C6" w14:textId="77777777" w:rsidR="00BF04D8" w:rsidRPr="007A41DE" w:rsidRDefault="00000000" w:rsidP="0030229C">
      <w:pPr>
        <w:spacing w:before="40" w:after="40" w:line="360" w:lineRule="auto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>3. Soru:</w:t>
      </w:r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Kış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gelip</w:t>
      </w:r>
      <w:proofErr w:type="spellEnd"/>
      <w:r w:rsidRPr="007A41DE">
        <w:rPr>
          <w:rFonts w:ascii="Aptos" w:hAnsi="Aptos"/>
          <w:sz w:val="20"/>
          <w:szCs w:val="20"/>
        </w:rPr>
        <w:t xml:space="preserve"> her </w:t>
      </w:r>
      <w:proofErr w:type="spellStart"/>
      <w:r w:rsidRPr="007A41DE">
        <w:rPr>
          <w:rFonts w:ascii="Aptos" w:hAnsi="Aptos"/>
          <w:sz w:val="20"/>
          <w:szCs w:val="20"/>
        </w:rPr>
        <w:t>yer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karla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kaplandığında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dışarıda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yiyecek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bulamadıkları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ve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aç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kaldıkları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için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Çıtı'nın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yuvasına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gitmişlerdir</w:t>
      </w:r>
      <w:proofErr w:type="spellEnd"/>
      <w:r w:rsidRPr="007A41DE">
        <w:rPr>
          <w:rFonts w:ascii="Aptos" w:hAnsi="Aptos"/>
          <w:sz w:val="20"/>
          <w:szCs w:val="20"/>
        </w:rPr>
        <w:t xml:space="preserve">. </w:t>
      </w:r>
      <w:proofErr w:type="spellStart"/>
      <w:r w:rsidRPr="007A41DE">
        <w:rPr>
          <w:rFonts w:ascii="Aptos" w:hAnsi="Aptos"/>
          <w:sz w:val="20"/>
          <w:szCs w:val="20"/>
        </w:rPr>
        <w:t>Çıtı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ise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kazandığı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yiyecekleri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onlarla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paylaşmış</w:t>
      </w:r>
      <w:proofErr w:type="spellEnd"/>
      <w:r w:rsidRPr="007A41DE">
        <w:rPr>
          <w:rFonts w:ascii="Aptos" w:hAnsi="Aptos"/>
          <w:sz w:val="20"/>
          <w:szCs w:val="20"/>
        </w:rPr>
        <w:t xml:space="preserve">, </w:t>
      </w:r>
      <w:proofErr w:type="spellStart"/>
      <w:r w:rsidRPr="007A41DE">
        <w:rPr>
          <w:rFonts w:ascii="Aptos" w:hAnsi="Aptos"/>
          <w:sz w:val="20"/>
          <w:szCs w:val="20"/>
        </w:rPr>
        <w:t>yardımsever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davranmıştır</w:t>
      </w:r>
      <w:proofErr w:type="spellEnd"/>
      <w:r w:rsidRPr="007A41DE">
        <w:rPr>
          <w:rFonts w:ascii="Aptos" w:hAnsi="Aptos"/>
          <w:sz w:val="20"/>
          <w:szCs w:val="20"/>
        </w:rPr>
        <w:t>. (10 Puan)</w:t>
      </w:r>
    </w:p>
    <w:p w14:paraId="3875C29D" w14:textId="77777777" w:rsidR="00BF04D8" w:rsidRPr="007A41DE" w:rsidRDefault="00000000" w:rsidP="0030229C">
      <w:pPr>
        <w:spacing w:before="40" w:after="40" w:line="360" w:lineRule="auto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>4. Soru:</w:t>
      </w:r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Metnin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anahtar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kelimeleri</w:t>
      </w:r>
      <w:proofErr w:type="spellEnd"/>
      <w:r w:rsidRPr="007A41DE">
        <w:rPr>
          <w:rFonts w:ascii="Aptos" w:hAnsi="Aptos"/>
          <w:sz w:val="20"/>
          <w:szCs w:val="20"/>
        </w:rPr>
        <w:t xml:space="preserve">: </w:t>
      </w:r>
      <w:proofErr w:type="spellStart"/>
      <w:r w:rsidRPr="007A41DE">
        <w:rPr>
          <w:rFonts w:ascii="Aptos" w:hAnsi="Aptos"/>
          <w:sz w:val="20"/>
          <w:szCs w:val="20"/>
        </w:rPr>
        <w:t>Karınca</w:t>
      </w:r>
      <w:proofErr w:type="spellEnd"/>
      <w:r w:rsidRPr="007A41DE">
        <w:rPr>
          <w:rFonts w:ascii="Aptos" w:hAnsi="Aptos"/>
          <w:sz w:val="20"/>
          <w:szCs w:val="20"/>
        </w:rPr>
        <w:t>/</w:t>
      </w:r>
      <w:proofErr w:type="spellStart"/>
      <w:r w:rsidRPr="007A41DE">
        <w:rPr>
          <w:rFonts w:ascii="Aptos" w:hAnsi="Aptos"/>
          <w:sz w:val="20"/>
          <w:szCs w:val="20"/>
        </w:rPr>
        <w:t>Çıtı</w:t>
      </w:r>
      <w:proofErr w:type="spellEnd"/>
      <w:r w:rsidRPr="007A41DE">
        <w:rPr>
          <w:rFonts w:ascii="Aptos" w:hAnsi="Aptos"/>
          <w:sz w:val="20"/>
          <w:szCs w:val="20"/>
        </w:rPr>
        <w:t xml:space="preserve">, </w:t>
      </w:r>
      <w:proofErr w:type="spellStart"/>
      <w:r w:rsidRPr="007A41DE">
        <w:rPr>
          <w:rFonts w:ascii="Aptos" w:hAnsi="Aptos"/>
          <w:sz w:val="20"/>
          <w:szCs w:val="20"/>
        </w:rPr>
        <w:t>Emek</w:t>
      </w:r>
      <w:proofErr w:type="spellEnd"/>
      <w:r w:rsidRPr="007A41DE">
        <w:rPr>
          <w:rFonts w:ascii="Aptos" w:hAnsi="Aptos"/>
          <w:sz w:val="20"/>
          <w:szCs w:val="20"/>
        </w:rPr>
        <w:t>/</w:t>
      </w:r>
      <w:proofErr w:type="spellStart"/>
      <w:r w:rsidRPr="007A41DE">
        <w:rPr>
          <w:rFonts w:ascii="Aptos" w:hAnsi="Aptos"/>
          <w:sz w:val="20"/>
          <w:szCs w:val="20"/>
        </w:rPr>
        <w:t>Çalışkanlık</w:t>
      </w:r>
      <w:proofErr w:type="spellEnd"/>
      <w:r w:rsidRPr="007A41DE">
        <w:rPr>
          <w:rFonts w:ascii="Aptos" w:hAnsi="Aptos"/>
          <w:sz w:val="20"/>
          <w:szCs w:val="20"/>
        </w:rPr>
        <w:t xml:space="preserve"> (</w:t>
      </w:r>
      <w:proofErr w:type="spellStart"/>
      <w:r w:rsidRPr="007A41DE">
        <w:rPr>
          <w:rFonts w:ascii="Aptos" w:hAnsi="Aptos"/>
          <w:sz w:val="20"/>
          <w:szCs w:val="20"/>
        </w:rPr>
        <w:t>veya</w:t>
      </w:r>
      <w:proofErr w:type="spellEnd"/>
      <w:r w:rsidRPr="007A41DE">
        <w:rPr>
          <w:rFonts w:ascii="Aptos" w:hAnsi="Aptos"/>
          <w:sz w:val="20"/>
          <w:szCs w:val="20"/>
        </w:rPr>
        <w:t xml:space="preserve"> Azim/</w:t>
      </w:r>
      <w:proofErr w:type="spellStart"/>
      <w:r w:rsidRPr="007A41DE">
        <w:rPr>
          <w:rFonts w:ascii="Aptos" w:hAnsi="Aptos"/>
          <w:sz w:val="20"/>
          <w:szCs w:val="20"/>
        </w:rPr>
        <w:t>Sabır</w:t>
      </w:r>
      <w:proofErr w:type="spellEnd"/>
      <w:r w:rsidRPr="007A41DE">
        <w:rPr>
          <w:rFonts w:ascii="Aptos" w:hAnsi="Aptos"/>
          <w:sz w:val="20"/>
          <w:szCs w:val="20"/>
        </w:rPr>
        <w:t xml:space="preserve">), </w:t>
      </w:r>
      <w:proofErr w:type="spellStart"/>
      <w:r w:rsidRPr="007A41DE">
        <w:rPr>
          <w:rFonts w:ascii="Aptos" w:hAnsi="Aptos"/>
          <w:sz w:val="20"/>
          <w:szCs w:val="20"/>
        </w:rPr>
        <w:t>Paylaşmak</w:t>
      </w:r>
      <w:proofErr w:type="spellEnd"/>
      <w:r w:rsidRPr="007A41DE">
        <w:rPr>
          <w:rFonts w:ascii="Aptos" w:hAnsi="Aptos"/>
          <w:sz w:val="20"/>
          <w:szCs w:val="20"/>
        </w:rPr>
        <w:t>/</w:t>
      </w:r>
      <w:proofErr w:type="spellStart"/>
      <w:r w:rsidRPr="007A41DE">
        <w:rPr>
          <w:rFonts w:ascii="Aptos" w:hAnsi="Aptos"/>
          <w:sz w:val="20"/>
          <w:szCs w:val="20"/>
        </w:rPr>
        <w:t>Yardımlaşma</w:t>
      </w:r>
      <w:proofErr w:type="spellEnd"/>
      <w:r w:rsidRPr="007A41DE">
        <w:rPr>
          <w:rFonts w:ascii="Aptos" w:hAnsi="Aptos"/>
          <w:sz w:val="20"/>
          <w:szCs w:val="20"/>
        </w:rPr>
        <w:t xml:space="preserve">. (Her </w:t>
      </w:r>
      <w:proofErr w:type="spellStart"/>
      <w:r w:rsidRPr="007A41DE">
        <w:rPr>
          <w:rFonts w:ascii="Aptos" w:hAnsi="Aptos"/>
          <w:sz w:val="20"/>
          <w:szCs w:val="20"/>
        </w:rPr>
        <w:t>doğru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kelime</w:t>
      </w:r>
      <w:proofErr w:type="spellEnd"/>
      <w:r w:rsidRPr="007A41DE">
        <w:rPr>
          <w:rFonts w:ascii="Aptos" w:hAnsi="Aptos"/>
          <w:sz w:val="20"/>
          <w:szCs w:val="20"/>
        </w:rPr>
        <w:t xml:space="preserve"> ~3.3 </w:t>
      </w:r>
      <w:proofErr w:type="spellStart"/>
      <w:r w:rsidRPr="007A41DE">
        <w:rPr>
          <w:rFonts w:ascii="Aptos" w:hAnsi="Aptos"/>
          <w:sz w:val="20"/>
          <w:szCs w:val="20"/>
        </w:rPr>
        <w:t>puan</w:t>
      </w:r>
      <w:proofErr w:type="spellEnd"/>
      <w:r w:rsidRPr="007A41DE">
        <w:rPr>
          <w:rFonts w:ascii="Aptos" w:hAnsi="Aptos"/>
          <w:sz w:val="20"/>
          <w:szCs w:val="20"/>
        </w:rPr>
        <w:t xml:space="preserve">; </w:t>
      </w:r>
      <w:proofErr w:type="spellStart"/>
      <w:r w:rsidRPr="007A41DE">
        <w:rPr>
          <w:rFonts w:ascii="Aptos" w:hAnsi="Aptos"/>
          <w:sz w:val="20"/>
          <w:szCs w:val="20"/>
        </w:rPr>
        <w:t>toplam</w:t>
      </w:r>
      <w:proofErr w:type="spellEnd"/>
      <w:r w:rsidRPr="007A41DE">
        <w:rPr>
          <w:rFonts w:ascii="Aptos" w:hAnsi="Aptos"/>
          <w:sz w:val="20"/>
          <w:szCs w:val="20"/>
        </w:rPr>
        <w:t xml:space="preserve"> 10 Puan)</w:t>
      </w:r>
    </w:p>
    <w:p w14:paraId="18B7D927" w14:textId="77777777" w:rsidR="0030229C" w:rsidRPr="007A41DE" w:rsidRDefault="0030229C" w:rsidP="0030229C">
      <w:pPr>
        <w:spacing w:before="40" w:after="40" w:line="360" w:lineRule="auto"/>
        <w:rPr>
          <w:rFonts w:ascii="Aptos" w:hAnsi="Aptos"/>
          <w:sz w:val="20"/>
          <w:szCs w:val="20"/>
        </w:rPr>
      </w:pPr>
      <w:r w:rsidRPr="004E20E5">
        <w:rPr>
          <w:rFonts w:ascii="Aptos" w:hAnsi="Aptos"/>
          <w:b/>
          <w:bCs/>
          <w:sz w:val="20"/>
          <w:szCs w:val="20"/>
        </w:rPr>
        <w:t>5. Soru</w:t>
      </w:r>
      <w:r w:rsidRPr="007A41DE">
        <w:rPr>
          <w:rFonts w:ascii="Aptos" w:hAnsi="Aptos"/>
          <w:sz w:val="20"/>
          <w:szCs w:val="20"/>
        </w:rPr>
        <w:t xml:space="preserve">: (Her </w:t>
      </w:r>
      <w:proofErr w:type="spellStart"/>
      <w:r w:rsidRPr="007A41DE">
        <w:rPr>
          <w:rFonts w:ascii="Aptos" w:hAnsi="Aptos"/>
          <w:sz w:val="20"/>
          <w:szCs w:val="20"/>
        </w:rPr>
        <w:t>doğru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anahtar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kelime</w:t>
      </w:r>
      <w:proofErr w:type="spellEnd"/>
      <w:r w:rsidRPr="007A41DE">
        <w:rPr>
          <w:rFonts w:ascii="Aptos" w:hAnsi="Aptos"/>
          <w:sz w:val="20"/>
          <w:szCs w:val="20"/>
        </w:rPr>
        <w:t xml:space="preserve"> 5 Puan; </w:t>
      </w:r>
      <w:proofErr w:type="spellStart"/>
      <w:r w:rsidRPr="007A41DE">
        <w:rPr>
          <w:rFonts w:ascii="Aptos" w:hAnsi="Aptos"/>
          <w:sz w:val="20"/>
          <w:szCs w:val="20"/>
        </w:rPr>
        <w:t>toplam</w:t>
      </w:r>
      <w:proofErr w:type="spellEnd"/>
      <w:r w:rsidRPr="007A41DE">
        <w:rPr>
          <w:rFonts w:ascii="Aptos" w:hAnsi="Aptos"/>
          <w:sz w:val="20"/>
          <w:szCs w:val="20"/>
        </w:rPr>
        <w:t xml:space="preserve"> 15 Puan)</w:t>
      </w:r>
      <w:r w:rsidRPr="007A41DE">
        <w:rPr>
          <w:rFonts w:ascii="Aptos" w:hAnsi="Aptos"/>
          <w:sz w:val="20"/>
          <w:szCs w:val="20"/>
        </w:rPr>
        <w:br/>
      </w:r>
      <w:proofErr w:type="spellStart"/>
      <w:r w:rsidRPr="007A41DE">
        <w:rPr>
          <w:rFonts w:ascii="Aptos" w:hAnsi="Aptos"/>
          <w:sz w:val="20"/>
          <w:szCs w:val="20"/>
        </w:rPr>
        <w:t>Metnin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konusunu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ve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iletisini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yansıtan</w:t>
      </w:r>
      <w:proofErr w:type="spellEnd"/>
      <w:r w:rsidRPr="007A41DE">
        <w:rPr>
          <w:rFonts w:ascii="Aptos" w:hAnsi="Aptos"/>
          <w:sz w:val="20"/>
          <w:szCs w:val="20"/>
        </w:rPr>
        <w:t xml:space="preserve"> "</w:t>
      </w:r>
      <w:proofErr w:type="spellStart"/>
      <w:r w:rsidRPr="007A41DE">
        <w:rPr>
          <w:rFonts w:ascii="Aptos" w:hAnsi="Aptos"/>
          <w:sz w:val="20"/>
          <w:szCs w:val="20"/>
        </w:rPr>
        <w:t>karınca</w:t>
      </w:r>
      <w:proofErr w:type="spellEnd"/>
      <w:r w:rsidRPr="007A41DE">
        <w:rPr>
          <w:rFonts w:ascii="Aptos" w:hAnsi="Aptos"/>
          <w:sz w:val="20"/>
          <w:szCs w:val="20"/>
        </w:rPr>
        <w:t>", "</w:t>
      </w:r>
      <w:proofErr w:type="spellStart"/>
      <w:r w:rsidRPr="007A41DE">
        <w:rPr>
          <w:rFonts w:ascii="Aptos" w:hAnsi="Aptos"/>
          <w:sz w:val="20"/>
          <w:szCs w:val="20"/>
        </w:rPr>
        <w:t>sabır</w:t>
      </w:r>
      <w:proofErr w:type="spellEnd"/>
      <w:r w:rsidRPr="007A41DE">
        <w:rPr>
          <w:rFonts w:ascii="Aptos" w:hAnsi="Aptos"/>
          <w:sz w:val="20"/>
          <w:szCs w:val="20"/>
        </w:rPr>
        <w:t xml:space="preserve"> / </w:t>
      </w:r>
      <w:proofErr w:type="spellStart"/>
      <w:r w:rsidRPr="007A41DE">
        <w:rPr>
          <w:rFonts w:ascii="Aptos" w:hAnsi="Aptos"/>
          <w:sz w:val="20"/>
          <w:szCs w:val="20"/>
        </w:rPr>
        <w:t>azim</w:t>
      </w:r>
      <w:proofErr w:type="spellEnd"/>
      <w:r w:rsidRPr="007A41DE">
        <w:rPr>
          <w:rFonts w:ascii="Aptos" w:hAnsi="Aptos"/>
          <w:sz w:val="20"/>
          <w:szCs w:val="20"/>
        </w:rPr>
        <w:t>", "</w:t>
      </w:r>
      <w:proofErr w:type="spellStart"/>
      <w:r w:rsidRPr="007A41DE">
        <w:rPr>
          <w:rFonts w:ascii="Aptos" w:hAnsi="Aptos"/>
          <w:sz w:val="20"/>
          <w:szCs w:val="20"/>
        </w:rPr>
        <w:t>buğday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tanesi</w:t>
      </w:r>
      <w:proofErr w:type="spellEnd"/>
      <w:r w:rsidRPr="007A41DE">
        <w:rPr>
          <w:rFonts w:ascii="Aptos" w:hAnsi="Aptos"/>
          <w:sz w:val="20"/>
          <w:szCs w:val="20"/>
        </w:rPr>
        <w:t>", "</w:t>
      </w:r>
      <w:proofErr w:type="spellStart"/>
      <w:r w:rsidRPr="007A41DE">
        <w:rPr>
          <w:rFonts w:ascii="Aptos" w:hAnsi="Aptos"/>
          <w:sz w:val="20"/>
          <w:szCs w:val="20"/>
        </w:rPr>
        <w:t>emek</w:t>
      </w:r>
      <w:proofErr w:type="spellEnd"/>
      <w:r w:rsidRPr="007A41DE">
        <w:rPr>
          <w:rFonts w:ascii="Aptos" w:hAnsi="Aptos"/>
          <w:sz w:val="20"/>
          <w:szCs w:val="20"/>
        </w:rPr>
        <w:t xml:space="preserve"> / </w:t>
      </w:r>
      <w:proofErr w:type="spellStart"/>
      <w:r w:rsidRPr="007A41DE">
        <w:rPr>
          <w:rFonts w:ascii="Aptos" w:hAnsi="Aptos"/>
          <w:sz w:val="20"/>
          <w:szCs w:val="20"/>
        </w:rPr>
        <w:t>gayret</w:t>
      </w:r>
      <w:proofErr w:type="spellEnd"/>
      <w:r w:rsidRPr="007A41DE">
        <w:rPr>
          <w:rFonts w:ascii="Aptos" w:hAnsi="Aptos"/>
          <w:sz w:val="20"/>
          <w:szCs w:val="20"/>
        </w:rPr>
        <w:t xml:space="preserve">" </w:t>
      </w:r>
      <w:proofErr w:type="spellStart"/>
      <w:r w:rsidRPr="007A41DE">
        <w:rPr>
          <w:rFonts w:ascii="Aptos" w:hAnsi="Aptos"/>
          <w:sz w:val="20"/>
          <w:szCs w:val="20"/>
        </w:rPr>
        <w:t>sözcüklerinden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üç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tanesinin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yazılması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beklenir</w:t>
      </w:r>
      <w:proofErr w:type="spellEnd"/>
      <w:r w:rsidRPr="007A41DE">
        <w:rPr>
          <w:rFonts w:ascii="Aptos" w:hAnsi="Aptos"/>
          <w:sz w:val="20"/>
          <w:szCs w:val="20"/>
        </w:rPr>
        <w:t>.</w:t>
      </w:r>
    </w:p>
    <w:p w14:paraId="3F934344" w14:textId="77777777" w:rsidR="00BF04D8" w:rsidRPr="007A41DE" w:rsidRDefault="0030229C" w:rsidP="0030229C">
      <w:pPr>
        <w:spacing w:before="40" w:after="40" w:line="360" w:lineRule="auto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>6. Soru:</w:t>
      </w:r>
      <w:r w:rsidRPr="007A41DE">
        <w:rPr>
          <w:rFonts w:ascii="Aptos" w:hAnsi="Aptos"/>
          <w:sz w:val="20"/>
          <w:szCs w:val="20"/>
        </w:rPr>
        <w:t xml:space="preserve"> a) En </w:t>
      </w:r>
      <w:proofErr w:type="spellStart"/>
      <w:r w:rsidRPr="007A41DE">
        <w:rPr>
          <w:rFonts w:ascii="Aptos" w:hAnsi="Aptos"/>
          <w:sz w:val="20"/>
          <w:szCs w:val="20"/>
        </w:rPr>
        <w:t>fazla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öğrenci</w:t>
      </w:r>
      <w:proofErr w:type="spellEnd"/>
      <w:r w:rsidRPr="007A41DE">
        <w:rPr>
          <w:rFonts w:ascii="Aptos" w:hAnsi="Aptos"/>
          <w:sz w:val="20"/>
          <w:szCs w:val="20"/>
        </w:rPr>
        <w:t xml:space="preserve">: 1 - 2 </w:t>
      </w:r>
      <w:proofErr w:type="spellStart"/>
      <w:r w:rsidRPr="007A41DE">
        <w:rPr>
          <w:rFonts w:ascii="Aptos" w:hAnsi="Aptos"/>
          <w:sz w:val="20"/>
          <w:szCs w:val="20"/>
        </w:rPr>
        <w:t>Saat</w:t>
      </w:r>
      <w:proofErr w:type="spellEnd"/>
      <w:r w:rsidRPr="007A41DE">
        <w:rPr>
          <w:rFonts w:ascii="Aptos" w:hAnsi="Aptos"/>
          <w:sz w:val="20"/>
          <w:szCs w:val="20"/>
        </w:rPr>
        <w:t xml:space="preserve"> (85 </w:t>
      </w:r>
      <w:proofErr w:type="spellStart"/>
      <w:r w:rsidRPr="007A41DE">
        <w:rPr>
          <w:rFonts w:ascii="Aptos" w:hAnsi="Aptos"/>
          <w:sz w:val="20"/>
          <w:szCs w:val="20"/>
        </w:rPr>
        <w:t>öğrenci</w:t>
      </w:r>
      <w:proofErr w:type="spellEnd"/>
      <w:r w:rsidRPr="007A41DE">
        <w:rPr>
          <w:rFonts w:ascii="Aptos" w:hAnsi="Aptos"/>
          <w:sz w:val="20"/>
          <w:szCs w:val="20"/>
        </w:rPr>
        <w:t xml:space="preserve">), En </w:t>
      </w:r>
      <w:proofErr w:type="spellStart"/>
      <w:r w:rsidRPr="007A41DE">
        <w:rPr>
          <w:rFonts w:ascii="Aptos" w:hAnsi="Aptos"/>
          <w:sz w:val="20"/>
          <w:szCs w:val="20"/>
        </w:rPr>
        <w:t>az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öğrenci</w:t>
      </w:r>
      <w:proofErr w:type="spellEnd"/>
      <w:r w:rsidRPr="007A41DE">
        <w:rPr>
          <w:rFonts w:ascii="Aptos" w:hAnsi="Aptos"/>
          <w:sz w:val="20"/>
          <w:szCs w:val="20"/>
        </w:rPr>
        <w:t xml:space="preserve">: 3 </w:t>
      </w:r>
      <w:proofErr w:type="spellStart"/>
      <w:r w:rsidRPr="007A41DE">
        <w:rPr>
          <w:rFonts w:ascii="Aptos" w:hAnsi="Aptos"/>
          <w:sz w:val="20"/>
          <w:szCs w:val="20"/>
        </w:rPr>
        <w:t>Saat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Üzeri</w:t>
      </w:r>
      <w:proofErr w:type="spellEnd"/>
      <w:r w:rsidRPr="007A41DE">
        <w:rPr>
          <w:rFonts w:ascii="Aptos" w:hAnsi="Aptos"/>
          <w:sz w:val="20"/>
          <w:szCs w:val="20"/>
        </w:rPr>
        <w:t xml:space="preserve"> (20 </w:t>
      </w:r>
      <w:proofErr w:type="spellStart"/>
      <w:r w:rsidRPr="007A41DE">
        <w:rPr>
          <w:rFonts w:ascii="Aptos" w:hAnsi="Aptos"/>
          <w:sz w:val="20"/>
          <w:szCs w:val="20"/>
        </w:rPr>
        <w:t>öğrenci</w:t>
      </w:r>
      <w:proofErr w:type="spellEnd"/>
      <w:r w:rsidRPr="007A41DE">
        <w:rPr>
          <w:rFonts w:ascii="Aptos" w:hAnsi="Aptos"/>
          <w:sz w:val="20"/>
          <w:szCs w:val="20"/>
        </w:rPr>
        <w:t>). (8 Puan)</w:t>
      </w:r>
      <w:r w:rsidRPr="007A41DE">
        <w:rPr>
          <w:rFonts w:ascii="Aptos" w:hAnsi="Aptos"/>
          <w:sz w:val="20"/>
          <w:szCs w:val="20"/>
        </w:rPr>
        <w:br/>
        <w:t xml:space="preserve">b) 30-60 Dk (70) - 2-3 </w:t>
      </w:r>
      <w:proofErr w:type="spellStart"/>
      <w:r w:rsidRPr="007A41DE">
        <w:rPr>
          <w:rFonts w:ascii="Aptos" w:hAnsi="Aptos"/>
          <w:sz w:val="20"/>
          <w:szCs w:val="20"/>
        </w:rPr>
        <w:t>Saat</w:t>
      </w:r>
      <w:proofErr w:type="spellEnd"/>
      <w:r w:rsidRPr="007A41DE">
        <w:rPr>
          <w:rFonts w:ascii="Aptos" w:hAnsi="Aptos"/>
          <w:sz w:val="20"/>
          <w:szCs w:val="20"/>
        </w:rPr>
        <w:t xml:space="preserve"> (40) = 30 </w:t>
      </w:r>
      <w:proofErr w:type="spellStart"/>
      <w:r w:rsidRPr="007A41DE">
        <w:rPr>
          <w:rFonts w:ascii="Aptos" w:hAnsi="Aptos"/>
          <w:sz w:val="20"/>
          <w:szCs w:val="20"/>
        </w:rPr>
        <w:t>öğrenci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fazladır</w:t>
      </w:r>
      <w:proofErr w:type="spellEnd"/>
      <w:r w:rsidRPr="007A41DE">
        <w:rPr>
          <w:rFonts w:ascii="Aptos" w:hAnsi="Aptos"/>
          <w:sz w:val="20"/>
          <w:szCs w:val="20"/>
        </w:rPr>
        <w:t>. (7 Puan)</w:t>
      </w:r>
    </w:p>
    <w:p w14:paraId="0F884D51" w14:textId="77777777" w:rsidR="00BF04D8" w:rsidRPr="007A41DE" w:rsidRDefault="00000000" w:rsidP="0030229C">
      <w:pPr>
        <w:spacing w:before="40" w:after="40" w:line="360" w:lineRule="auto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>7. Soru: (15 Puan)</w:t>
      </w:r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Doğru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mantıksal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sıralama</w:t>
      </w:r>
      <w:proofErr w:type="spellEnd"/>
      <w:r w:rsidRPr="007A41DE">
        <w:rPr>
          <w:rFonts w:ascii="Aptos" w:hAnsi="Aptos"/>
          <w:sz w:val="20"/>
          <w:szCs w:val="20"/>
        </w:rPr>
        <w:t>:</w:t>
      </w:r>
      <w:r w:rsidRPr="007A41DE">
        <w:rPr>
          <w:rFonts w:ascii="Aptos" w:hAnsi="Aptos"/>
          <w:sz w:val="20"/>
          <w:szCs w:val="20"/>
        </w:rPr>
        <w:br/>
        <w:t xml:space="preserve">( 4 ) </w:t>
      </w:r>
      <w:proofErr w:type="spellStart"/>
      <w:r w:rsidRPr="007A41DE">
        <w:rPr>
          <w:rFonts w:ascii="Aptos" w:hAnsi="Aptos"/>
          <w:sz w:val="20"/>
          <w:szCs w:val="20"/>
        </w:rPr>
        <w:t>Sonunda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buğday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tanesini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yuvasının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kapısından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içeri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taşımayı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başardı</w:t>
      </w:r>
      <w:proofErr w:type="spellEnd"/>
      <w:r w:rsidRPr="007A41DE">
        <w:rPr>
          <w:rFonts w:ascii="Aptos" w:hAnsi="Aptos"/>
          <w:sz w:val="20"/>
          <w:szCs w:val="20"/>
        </w:rPr>
        <w:t>.</w:t>
      </w:r>
      <w:r w:rsidRPr="007A41DE">
        <w:rPr>
          <w:rFonts w:ascii="Aptos" w:hAnsi="Aptos"/>
          <w:sz w:val="20"/>
          <w:szCs w:val="20"/>
        </w:rPr>
        <w:br/>
        <w:t xml:space="preserve">( 1 ) </w:t>
      </w:r>
      <w:proofErr w:type="spellStart"/>
      <w:r w:rsidRPr="007A41DE">
        <w:rPr>
          <w:rFonts w:ascii="Aptos" w:hAnsi="Aptos"/>
          <w:sz w:val="20"/>
          <w:szCs w:val="20"/>
        </w:rPr>
        <w:t>Minik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karınca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sabahın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erken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saatlerinde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tarladaki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buğday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başaklarına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doğru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yola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çıktı</w:t>
      </w:r>
      <w:proofErr w:type="spellEnd"/>
      <w:r w:rsidRPr="007A41DE">
        <w:rPr>
          <w:rFonts w:ascii="Aptos" w:hAnsi="Aptos"/>
          <w:sz w:val="20"/>
          <w:szCs w:val="20"/>
        </w:rPr>
        <w:t>.</w:t>
      </w:r>
      <w:r w:rsidRPr="007A41DE">
        <w:rPr>
          <w:rFonts w:ascii="Aptos" w:hAnsi="Aptos"/>
          <w:sz w:val="20"/>
          <w:szCs w:val="20"/>
        </w:rPr>
        <w:br/>
        <w:t xml:space="preserve">( 3 ) </w:t>
      </w:r>
      <w:proofErr w:type="spellStart"/>
      <w:r w:rsidRPr="007A41DE">
        <w:rPr>
          <w:rFonts w:ascii="Aptos" w:hAnsi="Aptos"/>
          <w:sz w:val="20"/>
          <w:szCs w:val="20"/>
        </w:rPr>
        <w:t>Yolda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karşısına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çıkan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dik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tepeyi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aşarken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buğday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tanesi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birkaç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kez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geriye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kaydı</w:t>
      </w:r>
      <w:proofErr w:type="spellEnd"/>
      <w:r w:rsidRPr="007A41DE">
        <w:rPr>
          <w:rFonts w:ascii="Aptos" w:hAnsi="Aptos"/>
          <w:sz w:val="20"/>
          <w:szCs w:val="20"/>
        </w:rPr>
        <w:t>.</w:t>
      </w:r>
      <w:r w:rsidRPr="007A41DE">
        <w:rPr>
          <w:rFonts w:ascii="Aptos" w:hAnsi="Aptos"/>
          <w:sz w:val="20"/>
          <w:szCs w:val="20"/>
        </w:rPr>
        <w:br/>
        <w:t xml:space="preserve">( 2 ) </w:t>
      </w:r>
      <w:proofErr w:type="spellStart"/>
      <w:r w:rsidRPr="007A41DE">
        <w:rPr>
          <w:rFonts w:ascii="Aptos" w:hAnsi="Aptos"/>
          <w:sz w:val="20"/>
          <w:szCs w:val="20"/>
        </w:rPr>
        <w:t>Tarlada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gözüne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kestirdiği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iri</w:t>
      </w:r>
      <w:proofErr w:type="spellEnd"/>
      <w:r w:rsidRPr="007A41DE">
        <w:rPr>
          <w:rFonts w:ascii="Aptos" w:hAnsi="Aptos"/>
          <w:sz w:val="20"/>
          <w:szCs w:val="20"/>
        </w:rPr>
        <w:t xml:space="preserve"> bir </w:t>
      </w:r>
      <w:proofErr w:type="spellStart"/>
      <w:r w:rsidRPr="007A41DE">
        <w:rPr>
          <w:rFonts w:ascii="Aptos" w:hAnsi="Aptos"/>
          <w:sz w:val="20"/>
          <w:szCs w:val="20"/>
        </w:rPr>
        <w:t>buğday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tanesini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sırtına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yükledi</w:t>
      </w:r>
      <w:proofErr w:type="spellEnd"/>
      <w:r w:rsidRPr="007A41DE">
        <w:rPr>
          <w:rFonts w:ascii="Aptos" w:hAnsi="Aptos"/>
          <w:sz w:val="20"/>
          <w:szCs w:val="20"/>
        </w:rPr>
        <w:t>.</w:t>
      </w:r>
    </w:p>
    <w:p w14:paraId="7B0AC615" w14:textId="77777777" w:rsidR="00BF04D8" w:rsidRPr="007A41DE" w:rsidRDefault="00000000" w:rsidP="0030229C">
      <w:pPr>
        <w:spacing w:before="40" w:after="40" w:line="360" w:lineRule="auto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>8. Soru: (</w:t>
      </w:r>
      <w:proofErr w:type="spellStart"/>
      <w:r w:rsidRPr="007A41DE">
        <w:rPr>
          <w:rFonts w:ascii="Aptos" w:hAnsi="Aptos"/>
          <w:b/>
          <w:sz w:val="20"/>
          <w:szCs w:val="20"/>
        </w:rPr>
        <w:t>Toplam</w:t>
      </w:r>
      <w:proofErr w:type="spellEnd"/>
      <w:r w:rsidRPr="007A41DE">
        <w:rPr>
          <w:rFonts w:ascii="Aptos" w:hAnsi="Aptos"/>
          <w:b/>
          <w:sz w:val="20"/>
          <w:szCs w:val="20"/>
        </w:rPr>
        <w:t xml:space="preserve"> 15 Puan)</w:t>
      </w:r>
      <w:r w:rsidRPr="007A41DE">
        <w:rPr>
          <w:rFonts w:ascii="Aptos" w:hAnsi="Aptos"/>
          <w:sz w:val="20"/>
          <w:szCs w:val="20"/>
        </w:rPr>
        <w:br/>
        <w:t xml:space="preserve">a) </w:t>
      </w:r>
      <w:proofErr w:type="spellStart"/>
      <w:r w:rsidRPr="007A41DE">
        <w:rPr>
          <w:rFonts w:ascii="Aptos" w:hAnsi="Aptos"/>
          <w:sz w:val="20"/>
          <w:szCs w:val="20"/>
        </w:rPr>
        <w:t>Noktalama</w:t>
      </w:r>
      <w:proofErr w:type="spellEnd"/>
      <w:r w:rsidRPr="007A41DE">
        <w:rPr>
          <w:rFonts w:ascii="Aptos" w:hAnsi="Aptos"/>
          <w:sz w:val="20"/>
          <w:szCs w:val="20"/>
        </w:rPr>
        <w:t xml:space="preserve">: </w:t>
      </w:r>
      <w:proofErr w:type="spellStart"/>
      <w:r w:rsidRPr="007A41DE">
        <w:rPr>
          <w:rFonts w:ascii="Aptos" w:hAnsi="Aptos"/>
          <w:sz w:val="20"/>
          <w:szCs w:val="20"/>
        </w:rPr>
        <w:t>Çıtı</w:t>
      </w:r>
      <w:proofErr w:type="spellEnd"/>
      <w:r w:rsidRPr="007A41DE">
        <w:rPr>
          <w:rFonts w:ascii="Aptos" w:hAnsi="Aptos"/>
          <w:sz w:val="20"/>
          <w:szCs w:val="20"/>
        </w:rPr>
        <w:t xml:space="preserve"> ( , ) </w:t>
      </w:r>
      <w:proofErr w:type="spellStart"/>
      <w:r w:rsidRPr="007A41DE">
        <w:rPr>
          <w:rFonts w:ascii="Aptos" w:hAnsi="Aptos"/>
          <w:sz w:val="20"/>
          <w:szCs w:val="20"/>
        </w:rPr>
        <w:t>kapıya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gelen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arkadaşlarına</w:t>
      </w:r>
      <w:proofErr w:type="spellEnd"/>
      <w:r w:rsidRPr="007A41DE">
        <w:rPr>
          <w:rFonts w:ascii="Aptos" w:hAnsi="Aptos"/>
          <w:sz w:val="20"/>
          <w:szCs w:val="20"/>
        </w:rPr>
        <w:t xml:space="preserve"> ( : ) ( “ ) </w:t>
      </w:r>
      <w:proofErr w:type="spellStart"/>
      <w:r w:rsidRPr="007A41DE">
        <w:rPr>
          <w:rFonts w:ascii="Aptos" w:hAnsi="Aptos"/>
          <w:sz w:val="20"/>
          <w:szCs w:val="20"/>
        </w:rPr>
        <w:t>Kış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için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neden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yiyecek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toplamadınız</w:t>
      </w:r>
      <w:proofErr w:type="spellEnd"/>
      <w:r w:rsidRPr="007A41DE">
        <w:rPr>
          <w:rFonts w:ascii="Aptos" w:hAnsi="Aptos"/>
          <w:sz w:val="20"/>
          <w:szCs w:val="20"/>
        </w:rPr>
        <w:t xml:space="preserve"> ( ? ) ( ” ) </w:t>
      </w:r>
      <w:proofErr w:type="spellStart"/>
      <w:r w:rsidRPr="007A41DE">
        <w:rPr>
          <w:rFonts w:ascii="Aptos" w:hAnsi="Aptos"/>
          <w:sz w:val="20"/>
          <w:szCs w:val="20"/>
        </w:rPr>
        <w:t>diye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sordu</w:t>
      </w:r>
      <w:proofErr w:type="spellEnd"/>
      <w:r w:rsidRPr="007A41DE">
        <w:rPr>
          <w:rFonts w:ascii="Aptos" w:hAnsi="Aptos"/>
          <w:sz w:val="20"/>
          <w:szCs w:val="20"/>
        </w:rPr>
        <w:t xml:space="preserve">. (Her </w:t>
      </w:r>
      <w:proofErr w:type="spellStart"/>
      <w:r w:rsidRPr="007A41DE">
        <w:rPr>
          <w:rFonts w:ascii="Aptos" w:hAnsi="Aptos"/>
          <w:sz w:val="20"/>
          <w:szCs w:val="20"/>
        </w:rPr>
        <w:t>doğru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işaret</w:t>
      </w:r>
      <w:proofErr w:type="spellEnd"/>
      <w:r w:rsidRPr="007A41DE">
        <w:rPr>
          <w:rFonts w:ascii="Aptos" w:hAnsi="Aptos"/>
          <w:sz w:val="20"/>
          <w:szCs w:val="20"/>
        </w:rPr>
        <w:t xml:space="preserve"> 2 </w:t>
      </w:r>
      <w:proofErr w:type="spellStart"/>
      <w:r w:rsidRPr="007A41DE">
        <w:rPr>
          <w:rFonts w:ascii="Aptos" w:hAnsi="Aptos"/>
          <w:sz w:val="20"/>
          <w:szCs w:val="20"/>
        </w:rPr>
        <w:t>puan</w:t>
      </w:r>
      <w:proofErr w:type="spellEnd"/>
      <w:r w:rsidRPr="007A41DE">
        <w:rPr>
          <w:rFonts w:ascii="Aptos" w:hAnsi="Aptos"/>
          <w:sz w:val="20"/>
          <w:szCs w:val="20"/>
        </w:rPr>
        <w:t xml:space="preserve">; </w:t>
      </w:r>
      <w:proofErr w:type="spellStart"/>
      <w:r w:rsidRPr="007A41DE">
        <w:rPr>
          <w:rFonts w:ascii="Aptos" w:hAnsi="Aptos"/>
          <w:sz w:val="20"/>
          <w:szCs w:val="20"/>
        </w:rPr>
        <w:t>toplam</w:t>
      </w:r>
      <w:proofErr w:type="spellEnd"/>
      <w:r w:rsidRPr="007A41DE">
        <w:rPr>
          <w:rFonts w:ascii="Aptos" w:hAnsi="Aptos"/>
          <w:sz w:val="20"/>
          <w:szCs w:val="20"/>
        </w:rPr>
        <w:t xml:space="preserve"> 10 Puan)</w:t>
      </w:r>
      <w:r w:rsidRPr="007A41DE">
        <w:rPr>
          <w:rFonts w:ascii="Aptos" w:hAnsi="Aptos"/>
          <w:sz w:val="20"/>
          <w:szCs w:val="20"/>
        </w:rPr>
        <w:br/>
        <w:t xml:space="preserve">b) </w:t>
      </w:r>
      <w:proofErr w:type="spellStart"/>
      <w:r w:rsidRPr="007A41DE">
        <w:rPr>
          <w:rFonts w:ascii="Aptos" w:hAnsi="Aptos"/>
          <w:sz w:val="20"/>
          <w:szCs w:val="20"/>
        </w:rPr>
        <w:t>Yazım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Kuralı</w:t>
      </w:r>
      <w:proofErr w:type="spellEnd"/>
      <w:r w:rsidRPr="007A41DE">
        <w:rPr>
          <w:rFonts w:ascii="Aptos" w:hAnsi="Aptos"/>
          <w:sz w:val="20"/>
          <w:szCs w:val="20"/>
        </w:rPr>
        <w:t xml:space="preserve">: </w:t>
      </w:r>
      <w:proofErr w:type="spellStart"/>
      <w:r w:rsidRPr="007A41DE">
        <w:rPr>
          <w:rFonts w:ascii="Aptos" w:hAnsi="Aptos"/>
          <w:sz w:val="20"/>
          <w:szCs w:val="20"/>
        </w:rPr>
        <w:t>Bağlaç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olan</w:t>
      </w:r>
      <w:proofErr w:type="spellEnd"/>
      <w:r w:rsidRPr="007A41DE">
        <w:rPr>
          <w:rFonts w:ascii="Aptos" w:hAnsi="Aptos"/>
          <w:sz w:val="20"/>
          <w:szCs w:val="20"/>
        </w:rPr>
        <w:t xml:space="preserve"> "da" </w:t>
      </w:r>
      <w:proofErr w:type="spellStart"/>
      <w:r w:rsidRPr="007A41DE">
        <w:rPr>
          <w:rFonts w:ascii="Aptos" w:hAnsi="Aptos"/>
          <w:sz w:val="20"/>
          <w:szCs w:val="20"/>
        </w:rPr>
        <w:t>ayrı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yazılmalıdır</w:t>
      </w:r>
      <w:proofErr w:type="spellEnd"/>
      <w:r w:rsidRPr="007A41DE">
        <w:rPr>
          <w:rFonts w:ascii="Aptos" w:hAnsi="Aptos"/>
          <w:sz w:val="20"/>
          <w:szCs w:val="20"/>
        </w:rPr>
        <w:t>: "</w:t>
      </w:r>
      <w:proofErr w:type="spellStart"/>
      <w:r w:rsidRPr="007A41DE">
        <w:rPr>
          <w:rFonts w:ascii="Aptos" w:hAnsi="Aptos"/>
          <w:sz w:val="20"/>
          <w:szCs w:val="20"/>
        </w:rPr>
        <w:t>Çıtı</w:t>
      </w:r>
      <w:proofErr w:type="spellEnd"/>
      <w:r w:rsidRPr="007A41DE">
        <w:rPr>
          <w:rFonts w:ascii="Aptos" w:hAnsi="Aptos"/>
          <w:sz w:val="20"/>
          <w:szCs w:val="20"/>
        </w:rPr>
        <w:t xml:space="preserve"> da </w:t>
      </w:r>
      <w:proofErr w:type="spellStart"/>
      <w:r w:rsidRPr="007A41DE">
        <w:rPr>
          <w:rFonts w:ascii="Aptos" w:hAnsi="Aptos"/>
          <w:sz w:val="20"/>
          <w:szCs w:val="20"/>
        </w:rPr>
        <w:t>kışın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soğuk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günlerinde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yuvasında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huzurla</w:t>
      </w:r>
      <w:proofErr w:type="spellEnd"/>
      <w:r w:rsidRPr="007A41DE">
        <w:rPr>
          <w:rFonts w:ascii="Aptos" w:hAnsi="Aptos"/>
          <w:sz w:val="20"/>
          <w:szCs w:val="20"/>
        </w:rPr>
        <w:t xml:space="preserve"> </w:t>
      </w:r>
      <w:proofErr w:type="spellStart"/>
      <w:r w:rsidRPr="007A41DE">
        <w:rPr>
          <w:rFonts w:ascii="Aptos" w:hAnsi="Aptos"/>
          <w:sz w:val="20"/>
          <w:szCs w:val="20"/>
        </w:rPr>
        <w:t>dinlendi</w:t>
      </w:r>
      <w:proofErr w:type="spellEnd"/>
      <w:r w:rsidRPr="007A41DE">
        <w:rPr>
          <w:rFonts w:ascii="Aptos" w:hAnsi="Aptos"/>
          <w:sz w:val="20"/>
          <w:szCs w:val="20"/>
        </w:rPr>
        <w:t>." (5 Puan)</w:t>
      </w:r>
    </w:p>
    <w:p w14:paraId="675E1388" w14:textId="77777777" w:rsidR="00BF04D8" w:rsidRPr="007A41DE" w:rsidRDefault="00000000">
      <w:pPr>
        <w:spacing w:before="120" w:after="40"/>
        <w:jc w:val="right"/>
        <w:rPr>
          <w:sz w:val="20"/>
          <w:szCs w:val="20"/>
        </w:rPr>
      </w:pPr>
      <w:r w:rsidRPr="007A41DE">
        <w:rPr>
          <w:rFonts w:ascii="Aptos" w:hAnsi="Aptos"/>
          <w:b/>
          <w:sz w:val="20"/>
          <w:szCs w:val="20"/>
        </w:rPr>
        <w:t>KonuVakti.com | TestVakti.net | Turkcetestvakti.com</w:t>
      </w:r>
    </w:p>
    <w:sectPr w:rsidR="00BF04D8" w:rsidRPr="007A41DE" w:rsidSect="00034616">
      <w:pgSz w:w="12240" w:h="15840"/>
      <w:pgMar w:top="454" w:right="720" w:bottom="39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4630995">
    <w:abstractNumId w:val="8"/>
  </w:num>
  <w:num w:numId="2" w16cid:durableId="1152064178">
    <w:abstractNumId w:val="6"/>
  </w:num>
  <w:num w:numId="3" w16cid:durableId="690297653">
    <w:abstractNumId w:val="5"/>
  </w:num>
  <w:num w:numId="4" w16cid:durableId="255403483">
    <w:abstractNumId w:val="4"/>
  </w:num>
  <w:num w:numId="5" w16cid:durableId="750466910">
    <w:abstractNumId w:val="7"/>
  </w:num>
  <w:num w:numId="6" w16cid:durableId="232156081">
    <w:abstractNumId w:val="3"/>
  </w:num>
  <w:num w:numId="7" w16cid:durableId="1937788885">
    <w:abstractNumId w:val="2"/>
  </w:num>
  <w:num w:numId="8" w16cid:durableId="672607475">
    <w:abstractNumId w:val="1"/>
  </w:num>
  <w:num w:numId="9" w16cid:durableId="1431120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25AB"/>
    <w:rsid w:val="00034616"/>
    <w:rsid w:val="0006063C"/>
    <w:rsid w:val="0015074B"/>
    <w:rsid w:val="0029639D"/>
    <w:rsid w:val="0030229C"/>
    <w:rsid w:val="00326F90"/>
    <w:rsid w:val="004E20E5"/>
    <w:rsid w:val="00675F60"/>
    <w:rsid w:val="006C405B"/>
    <w:rsid w:val="007A41DE"/>
    <w:rsid w:val="00AA1D8D"/>
    <w:rsid w:val="00B47730"/>
    <w:rsid w:val="00BF04D8"/>
    <w:rsid w:val="00CB0664"/>
    <w:rsid w:val="00CD3D15"/>
    <w:rsid w:val="00FC693F"/>
    <w:rsid w:val="00FF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D288F1"/>
  <w14:defaultImageDpi w14:val="300"/>
  <w15:docId w15:val="{485E029B-2080-47D7-B04E-56BB3F747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Taner Gungor</cp:lastModifiedBy>
  <cp:revision>5</cp:revision>
  <dcterms:created xsi:type="dcterms:W3CDTF">2013-12-23T23:15:00Z</dcterms:created>
  <dcterms:modified xsi:type="dcterms:W3CDTF">2026-10-23T12:42:00Z</dcterms:modified>
  <cp:category/>
</cp:coreProperties>
</file>