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F61F0" w14:textId="77777777" w:rsidR="00AE3B01" w:rsidRPr="006F30B6" w:rsidRDefault="00000000">
      <w:pPr>
        <w:spacing w:after="40"/>
        <w:jc w:val="center"/>
        <w:rPr>
          <w:sz w:val="20"/>
          <w:szCs w:val="20"/>
        </w:rPr>
      </w:pPr>
      <w:r w:rsidRPr="006F30B6">
        <w:rPr>
          <w:rFonts w:ascii="Aptos" w:hAnsi="Aptos"/>
          <w:b/>
          <w:sz w:val="20"/>
          <w:szCs w:val="20"/>
        </w:rPr>
        <w:t>................................................................ ORTAOKULU</w:t>
      </w:r>
    </w:p>
    <w:p w14:paraId="560CF500" w14:textId="77777777" w:rsidR="00AE3B01" w:rsidRPr="006F30B6" w:rsidRDefault="00000000">
      <w:pPr>
        <w:spacing w:after="80"/>
        <w:jc w:val="center"/>
        <w:rPr>
          <w:sz w:val="20"/>
          <w:szCs w:val="20"/>
        </w:rPr>
      </w:pPr>
      <w:r w:rsidRPr="006F30B6">
        <w:rPr>
          <w:rFonts w:ascii="Aptos" w:hAnsi="Aptos"/>
          <w:b/>
          <w:sz w:val="20"/>
          <w:szCs w:val="20"/>
        </w:rPr>
        <w:t>2026-2027 EĞİTİM ÖĞRETİM YILI TÜRKÇE DERSİ 5. SINIF 1. DÖNEM 1. ORTAK YAZILI SINAVI (5.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AE3B01" w:rsidRPr="006F30B6" w14:paraId="4D985603" w14:textId="77777777">
        <w:trPr>
          <w:jc w:val="center"/>
        </w:trPr>
        <w:tc>
          <w:tcPr>
            <w:tcW w:w="7654" w:type="dxa"/>
          </w:tcPr>
          <w:p w14:paraId="4A1FDF69" w14:textId="77777777" w:rsidR="00AE3B01" w:rsidRPr="006F30B6" w:rsidRDefault="00000000">
            <w:pPr>
              <w:spacing w:before="40" w:after="40"/>
              <w:rPr>
                <w:sz w:val="20"/>
                <w:szCs w:val="20"/>
              </w:rPr>
            </w:pPr>
            <w:r w:rsidRPr="006F30B6">
              <w:rPr>
                <w:rFonts w:ascii="Aptos" w:hAnsi="Aptos"/>
                <w:b/>
                <w:sz w:val="20"/>
                <w:szCs w:val="20"/>
              </w:rPr>
              <w:t>Adı Soyadı:</w:t>
            </w:r>
          </w:p>
        </w:tc>
        <w:tc>
          <w:tcPr>
            <w:tcW w:w="2835" w:type="dxa"/>
          </w:tcPr>
          <w:p w14:paraId="43CA93E3" w14:textId="77777777" w:rsidR="00AE3B01" w:rsidRPr="006F30B6" w:rsidRDefault="00000000">
            <w:pPr>
              <w:spacing w:before="40" w:after="40"/>
              <w:rPr>
                <w:sz w:val="20"/>
                <w:szCs w:val="20"/>
              </w:rPr>
            </w:pPr>
            <w:r w:rsidRPr="006F30B6">
              <w:rPr>
                <w:rFonts w:ascii="Aptos" w:hAnsi="Aptos"/>
                <w:b/>
                <w:sz w:val="20"/>
                <w:szCs w:val="20"/>
              </w:rPr>
              <w:t>Aldığı Not:</w:t>
            </w:r>
          </w:p>
        </w:tc>
      </w:tr>
      <w:tr w:rsidR="00AE3B01" w:rsidRPr="006F30B6" w14:paraId="770F6356" w14:textId="77777777">
        <w:trPr>
          <w:jc w:val="center"/>
        </w:trPr>
        <w:tc>
          <w:tcPr>
            <w:tcW w:w="7654" w:type="dxa"/>
          </w:tcPr>
          <w:p w14:paraId="6828962A" w14:textId="77777777" w:rsidR="00AE3B01" w:rsidRPr="006F30B6" w:rsidRDefault="00000000">
            <w:pPr>
              <w:spacing w:before="40" w:after="40"/>
              <w:rPr>
                <w:sz w:val="20"/>
                <w:szCs w:val="20"/>
              </w:rPr>
            </w:pPr>
            <w:r w:rsidRPr="006F30B6">
              <w:rPr>
                <w:rFonts w:ascii="Aptos" w:hAnsi="Aptos"/>
                <w:b/>
                <w:sz w:val="20"/>
                <w:szCs w:val="20"/>
              </w:rPr>
              <w:t>Sınıfı / No:</w:t>
            </w:r>
          </w:p>
        </w:tc>
        <w:tc>
          <w:tcPr>
            <w:tcW w:w="2835" w:type="dxa"/>
          </w:tcPr>
          <w:p w14:paraId="7815CABB" w14:textId="77777777" w:rsidR="00AE3B01" w:rsidRPr="006F30B6" w:rsidRDefault="00AE3B01">
            <w:pPr>
              <w:spacing w:before="40" w:after="40"/>
              <w:rPr>
                <w:sz w:val="20"/>
                <w:szCs w:val="20"/>
              </w:rPr>
            </w:pPr>
          </w:p>
        </w:tc>
      </w:tr>
    </w:tbl>
    <w:p w14:paraId="2462E0BE" w14:textId="77777777" w:rsidR="00AE3B01" w:rsidRPr="006F30B6" w:rsidRDefault="00000000">
      <w:pPr>
        <w:spacing w:before="120" w:after="40"/>
        <w:rPr>
          <w:sz w:val="20"/>
          <w:szCs w:val="20"/>
        </w:rPr>
      </w:pPr>
      <w:r w:rsidRPr="006F30B6">
        <w:rPr>
          <w:rFonts w:ascii="Aptos" w:hAnsi="Aptos"/>
          <w:b/>
          <w:sz w:val="20"/>
          <w:szCs w:val="20"/>
        </w:rPr>
        <w:t>A. OKUMA VE ANLAMA ÇALIŞMASI</w:t>
      </w:r>
    </w:p>
    <w:p w14:paraId="00548E4D" w14:textId="77777777" w:rsidR="00AE3B01" w:rsidRPr="006F30B6" w:rsidRDefault="00000000">
      <w:pPr>
        <w:spacing w:after="80"/>
        <w:rPr>
          <w:sz w:val="20"/>
          <w:szCs w:val="20"/>
        </w:rPr>
      </w:pPr>
      <w:r w:rsidRPr="006F30B6">
        <w:rPr>
          <w:rFonts w:ascii="Aptos" w:hAnsi="Aptos"/>
          <w:i/>
          <w:sz w:val="20"/>
          <w:szCs w:val="20"/>
        </w:rPr>
        <w:t>(Aşağıdaki 1, 2 ve 3. soruları metne göre cevaplayınız.)</w:t>
      </w:r>
    </w:p>
    <w:p w14:paraId="46E3D911" w14:textId="77777777" w:rsidR="00AE3B01" w:rsidRPr="006F30B6" w:rsidRDefault="00000000">
      <w:pPr>
        <w:spacing w:before="40" w:after="40"/>
        <w:jc w:val="center"/>
        <w:rPr>
          <w:sz w:val="20"/>
          <w:szCs w:val="20"/>
        </w:rPr>
      </w:pPr>
      <w:r w:rsidRPr="006F30B6">
        <w:rPr>
          <w:rFonts w:ascii="Aptos" w:hAnsi="Aptos"/>
          <w:b/>
          <w:sz w:val="20"/>
          <w:szCs w:val="20"/>
        </w:rPr>
        <w:t>ESKİ ÇINARIN GÖLGESİNDE</w:t>
      </w:r>
    </w:p>
    <w:p w14:paraId="2E0B4AC1" w14:textId="77777777" w:rsidR="00AE3B01" w:rsidRPr="006F30B6" w:rsidRDefault="00000000">
      <w:pPr>
        <w:spacing w:after="80"/>
        <w:jc w:val="both"/>
        <w:rPr>
          <w:sz w:val="20"/>
          <w:szCs w:val="20"/>
        </w:rPr>
      </w:pPr>
      <w:r w:rsidRPr="006F30B6">
        <w:rPr>
          <w:rFonts w:ascii="Aptos" w:hAnsi="Aptos"/>
          <w:sz w:val="20"/>
          <w:szCs w:val="20"/>
        </w:rPr>
        <w:t xml:space="preserve">Mahallemizin tam ortasında, dalları gökyüzüne uzanan asırlık bir çınar ağacı vardı. Yaz günlerinde çocuklar onun gölgesinde saklambaç oynar, yaşlılar ise köklerinin yanına konmuş tahta bankta çaylarını yudumlayarak sohbet ederdi. Bu </w:t>
      </w:r>
      <w:r w:rsidRPr="006F30B6">
        <w:rPr>
          <w:rFonts w:ascii="Aptos" w:hAnsi="Aptos"/>
          <w:b/>
          <w:sz w:val="20"/>
          <w:szCs w:val="20"/>
        </w:rPr>
        <w:t>ulu</w:t>
      </w:r>
      <w:r w:rsidRPr="006F30B6">
        <w:rPr>
          <w:rFonts w:ascii="Aptos" w:hAnsi="Aptos"/>
          <w:sz w:val="20"/>
          <w:szCs w:val="20"/>
        </w:rPr>
        <w:t xml:space="preserve"> çınar, adeta mahallemizin kalbi gibiydi. Bir gün belediye görevlileri gelip yol genişletme çalışması için ağacın kesilmesi gerektiğini söylediler. Bunu duyan mahalle sakinleri, genç yaşlı demeden çınarın etrafında el ele tutuşarak bir sevgi çemberi oluşturdular. Durumu gören yetkililer, insanların bu ağaca olan bağlılığından etkilenip projeyi değiştirdiler. Eski çınar, o günden sonra sadece gölgesini değil; dayanışmanın ve doğa sevgisinin de sıcaklığını sunmaya devam etti.</w:t>
      </w:r>
    </w:p>
    <w:p w14:paraId="023F8D5B" w14:textId="77777777" w:rsidR="00AE3B01" w:rsidRPr="006F30B6" w:rsidRDefault="00000000">
      <w:pPr>
        <w:spacing w:before="80" w:after="20"/>
        <w:rPr>
          <w:sz w:val="20"/>
          <w:szCs w:val="20"/>
        </w:rPr>
      </w:pPr>
      <w:r w:rsidRPr="006F30B6">
        <w:rPr>
          <w:rFonts w:ascii="Aptos" w:hAnsi="Aptos"/>
          <w:b/>
          <w:sz w:val="20"/>
          <w:szCs w:val="20"/>
        </w:rPr>
        <w:t xml:space="preserve">SORU 1: </w:t>
      </w:r>
      <w:r w:rsidRPr="006F30B6">
        <w:rPr>
          <w:rFonts w:ascii="Aptos" w:hAnsi="Aptos"/>
          <w:sz w:val="20"/>
          <w:szCs w:val="20"/>
        </w:rPr>
        <w:t>(Kazanım: T.O.5.5. Metinde geçen anlamını bilmediği söz varlığı unsurlarının anlamını tahmin edebilme.) (10 Puan)</w:t>
      </w:r>
    </w:p>
    <w:p w14:paraId="5B1E9B39" w14:textId="77777777" w:rsidR="00AE3B01" w:rsidRPr="006F30B6" w:rsidRDefault="00000000">
      <w:pPr>
        <w:spacing w:after="40"/>
        <w:rPr>
          <w:sz w:val="20"/>
          <w:szCs w:val="20"/>
        </w:rPr>
      </w:pPr>
      <w:r w:rsidRPr="006F30B6">
        <w:rPr>
          <w:rFonts w:ascii="Aptos" w:hAnsi="Aptos"/>
          <w:b/>
          <w:sz w:val="20"/>
          <w:szCs w:val="20"/>
        </w:rPr>
        <w:t>Metinde koyu yazılmış "ulu" sözcüğünün anlamını metnin bağlamından hareketle tahmin edip yazınız. Tahmininizi bir cümle içinde kullanınız.</w:t>
      </w:r>
    </w:p>
    <w:p w14:paraId="4035B845" w14:textId="77777777" w:rsidR="00AE3B01" w:rsidRPr="006F30B6" w:rsidRDefault="00AE3B01">
      <w:pPr>
        <w:spacing w:after="80"/>
        <w:rPr>
          <w:sz w:val="20"/>
          <w:szCs w:val="20"/>
        </w:rPr>
      </w:pPr>
    </w:p>
    <w:p w14:paraId="67EB0262" w14:textId="77777777" w:rsidR="00AE3B01" w:rsidRPr="006F30B6" w:rsidRDefault="00AE3B01">
      <w:pPr>
        <w:spacing w:after="80"/>
        <w:rPr>
          <w:sz w:val="20"/>
          <w:szCs w:val="20"/>
        </w:rPr>
      </w:pPr>
    </w:p>
    <w:p w14:paraId="3DC76934" w14:textId="77777777" w:rsidR="00AE3B01" w:rsidRPr="006F30B6" w:rsidRDefault="00000000">
      <w:pPr>
        <w:spacing w:before="40" w:after="20"/>
        <w:rPr>
          <w:sz w:val="20"/>
          <w:szCs w:val="20"/>
        </w:rPr>
      </w:pPr>
      <w:r w:rsidRPr="006F30B6">
        <w:rPr>
          <w:rFonts w:ascii="Aptos" w:hAnsi="Aptos"/>
          <w:b/>
          <w:sz w:val="20"/>
          <w:szCs w:val="20"/>
        </w:rPr>
        <w:t xml:space="preserve">SORU 2: </w:t>
      </w:r>
      <w:r w:rsidRPr="006F30B6">
        <w:rPr>
          <w:rFonts w:ascii="Aptos" w:hAnsi="Aptos"/>
          <w:sz w:val="20"/>
          <w:szCs w:val="20"/>
        </w:rPr>
        <w:t>(Kazanım: T.O.5.6. Metnin yüzey anlamını belirleyebilme.) (15 Puan)</w:t>
      </w:r>
    </w:p>
    <w:p w14:paraId="261BD68B" w14:textId="77777777" w:rsidR="00AE3B01" w:rsidRPr="006F30B6" w:rsidRDefault="00000000">
      <w:pPr>
        <w:spacing w:after="40"/>
        <w:rPr>
          <w:sz w:val="20"/>
          <w:szCs w:val="20"/>
        </w:rPr>
      </w:pPr>
      <w:r w:rsidRPr="006F30B6">
        <w:rPr>
          <w:rFonts w:ascii="Aptos" w:hAnsi="Aptos"/>
          <w:b/>
          <w:sz w:val="20"/>
          <w:szCs w:val="20"/>
        </w:rPr>
        <w:t>Yaz günlerinde çocuklar ve yaşlılar eski çınar ağacının etrafında neler yapardı? Metne göre yazınız.</w:t>
      </w:r>
    </w:p>
    <w:p w14:paraId="1502667E" w14:textId="77777777" w:rsidR="00540991" w:rsidRPr="006F30B6" w:rsidRDefault="00540991">
      <w:pPr>
        <w:spacing w:after="80"/>
        <w:rPr>
          <w:sz w:val="20"/>
          <w:szCs w:val="20"/>
        </w:rPr>
      </w:pPr>
    </w:p>
    <w:p w14:paraId="1822BB01" w14:textId="77777777" w:rsidR="00540991" w:rsidRPr="006F30B6" w:rsidRDefault="00540991">
      <w:pPr>
        <w:spacing w:after="80"/>
        <w:rPr>
          <w:sz w:val="20"/>
          <w:szCs w:val="20"/>
        </w:rPr>
      </w:pPr>
    </w:p>
    <w:p w14:paraId="076CD6EE" w14:textId="77777777" w:rsidR="00AE3B01" w:rsidRPr="006F30B6" w:rsidRDefault="00AE3B01">
      <w:pPr>
        <w:spacing w:after="80"/>
        <w:rPr>
          <w:sz w:val="20"/>
          <w:szCs w:val="20"/>
        </w:rPr>
      </w:pPr>
    </w:p>
    <w:p w14:paraId="757E1976" w14:textId="77777777" w:rsidR="00AE3B01" w:rsidRPr="006F30B6" w:rsidRDefault="00000000">
      <w:pPr>
        <w:spacing w:before="40" w:after="20"/>
        <w:rPr>
          <w:sz w:val="20"/>
          <w:szCs w:val="20"/>
        </w:rPr>
      </w:pPr>
      <w:r w:rsidRPr="006F30B6">
        <w:rPr>
          <w:rFonts w:ascii="Aptos" w:hAnsi="Aptos"/>
          <w:b/>
          <w:sz w:val="20"/>
          <w:szCs w:val="20"/>
        </w:rPr>
        <w:t xml:space="preserve">SORU 3: </w:t>
      </w:r>
      <w:r w:rsidRPr="006F30B6">
        <w:rPr>
          <w:rFonts w:ascii="Aptos" w:hAnsi="Aptos"/>
          <w:sz w:val="20"/>
          <w:szCs w:val="20"/>
        </w:rPr>
        <w:t>(Kazanım: T.O.5.6. Metnin yüzey anlamını belirleyebilme.) (15 Puan)</w:t>
      </w:r>
    </w:p>
    <w:p w14:paraId="01A3BC22" w14:textId="77777777" w:rsidR="00AE3B01" w:rsidRPr="006F30B6" w:rsidRDefault="00000000">
      <w:pPr>
        <w:spacing w:after="40"/>
        <w:rPr>
          <w:sz w:val="20"/>
          <w:szCs w:val="20"/>
        </w:rPr>
      </w:pPr>
      <w:r w:rsidRPr="006F30B6">
        <w:rPr>
          <w:rFonts w:ascii="Aptos" w:hAnsi="Aptos"/>
          <w:b/>
          <w:sz w:val="20"/>
          <w:szCs w:val="20"/>
        </w:rPr>
        <w:t>Mahalle sakinleri belediye görevlilerinin kararını duyunca nasıl bir tepki göstermişlerdir ve bunun sonucunda ne olmuştur? Açıklayınız.</w:t>
      </w:r>
    </w:p>
    <w:p w14:paraId="01750600" w14:textId="77777777" w:rsidR="00AE3B01" w:rsidRPr="006F30B6" w:rsidRDefault="00AE3B01">
      <w:pPr>
        <w:spacing w:after="80"/>
        <w:rPr>
          <w:sz w:val="20"/>
          <w:szCs w:val="20"/>
        </w:rPr>
      </w:pPr>
    </w:p>
    <w:p w14:paraId="0173D079" w14:textId="77777777" w:rsidR="00540991" w:rsidRPr="006F30B6" w:rsidRDefault="00540991">
      <w:pPr>
        <w:spacing w:after="80"/>
        <w:rPr>
          <w:sz w:val="20"/>
          <w:szCs w:val="20"/>
        </w:rPr>
      </w:pPr>
    </w:p>
    <w:p w14:paraId="53115FD9" w14:textId="77777777" w:rsidR="00AE3B01" w:rsidRPr="006F30B6" w:rsidRDefault="00AE3B01">
      <w:pPr>
        <w:spacing w:after="80"/>
        <w:rPr>
          <w:sz w:val="20"/>
          <w:szCs w:val="20"/>
        </w:rPr>
      </w:pPr>
    </w:p>
    <w:p w14:paraId="5C96E7A2" w14:textId="77777777" w:rsidR="00AE3B01" w:rsidRPr="006F30B6" w:rsidRDefault="00000000">
      <w:pPr>
        <w:spacing w:before="80" w:after="40"/>
        <w:rPr>
          <w:sz w:val="20"/>
          <w:szCs w:val="20"/>
        </w:rPr>
      </w:pPr>
      <w:r w:rsidRPr="006F30B6">
        <w:rPr>
          <w:rFonts w:ascii="Aptos" w:hAnsi="Aptos"/>
          <w:b/>
          <w:sz w:val="20"/>
          <w:szCs w:val="20"/>
        </w:rPr>
        <w:t>B. GÖRSEL VE SÖZ VARLIĞI ÇALIŞMASI</w:t>
      </w:r>
    </w:p>
    <w:p w14:paraId="24412B63" w14:textId="77777777" w:rsidR="00AE3B01" w:rsidRPr="006F30B6" w:rsidRDefault="00000000">
      <w:pPr>
        <w:spacing w:before="40" w:after="20"/>
        <w:rPr>
          <w:sz w:val="20"/>
          <w:szCs w:val="20"/>
        </w:rPr>
      </w:pPr>
      <w:r w:rsidRPr="006F30B6">
        <w:rPr>
          <w:rFonts w:ascii="Aptos" w:hAnsi="Aptos"/>
          <w:b/>
          <w:sz w:val="20"/>
          <w:szCs w:val="20"/>
        </w:rPr>
        <w:t xml:space="preserve">SORU 4: </w:t>
      </w:r>
      <w:r w:rsidRPr="006F30B6">
        <w:rPr>
          <w:rFonts w:ascii="Aptos" w:hAnsi="Aptos"/>
          <w:sz w:val="20"/>
          <w:szCs w:val="20"/>
        </w:rPr>
        <w:t>(Kazanım: T.O.5.7. Görselle iletilen anlamı belirleyebilme.) (15 Puan)</w:t>
      </w:r>
    </w:p>
    <w:p w14:paraId="732A4044" w14:textId="77777777" w:rsidR="00AE3B01" w:rsidRPr="006F30B6" w:rsidRDefault="00000000">
      <w:pPr>
        <w:spacing w:before="40" w:after="40"/>
        <w:jc w:val="center"/>
        <w:rPr>
          <w:sz w:val="20"/>
          <w:szCs w:val="20"/>
        </w:rPr>
      </w:pPr>
      <w:r w:rsidRPr="006F30B6">
        <w:rPr>
          <w:noProof/>
          <w:sz w:val="20"/>
          <w:szCs w:val="20"/>
        </w:rPr>
        <w:drawing>
          <wp:inline distT="0" distB="0" distL="0" distR="0" wp14:anchorId="34821513" wp14:editId="7D6F5C48">
            <wp:extent cx="4219073" cy="1687629"/>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_grafigi.png"/>
                    <pic:cNvPicPr/>
                  </pic:nvPicPr>
                  <pic:blipFill>
                    <a:blip r:embed="rId6"/>
                    <a:stretch>
                      <a:fillRect/>
                    </a:stretch>
                  </pic:blipFill>
                  <pic:spPr>
                    <a:xfrm>
                      <a:off x="0" y="0"/>
                      <a:ext cx="4241104" cy="1696441"/>
                    </a:xfrm>
                    <a:prstGeom prst="rect">
                      <a:avLst/>
                    </a:prstGeom>
                  </pic:spPr>
                </pic:pic>
              </a:graphicData>
            </a:graphic>
          </wp:inline>
        </w:drawing>
      </w:r>
    </w:p>
    <w:p w14:paraId="51924852" w14:textId="77777777" w:rsidR="000941DD" w:rsidRDefault="00000000">
      <w:pPr>
        <w:spacing w:before="40" w:after="40"/>
        <w:rPr>
          <w:rFonts w:ascii="Aptos" w:hAnsi="Aptos"/>
          <w:b/>
          <w:sz w:val="20"/>
          <w:szCs w:val="20"/>
        </w:rPr>
      </w:pPr>
      <w:r w:rsidRPr="006F30B6">
        <w:rPr>
          <w:rFonts w:ascii="Aptos" w:hAnsi="Aptos"/>
          <w:b/>
          <w:sz w:val="20"/>
          <w:szCs w:val="20"/>
        </w:rPr>
        <w:t>Yukarıdaki sütun grafiğinde 5. sınıf öğrencilerinin en çok sevdiği spor dalları gösterilmiştir.</w:t>
      </w:r>
      <w:r w:rsidRPr="006F30B6">
        <w:rPr>
          <w:rFonts w:ascii="Aptos" w:hAnsi="Aptos"/>
          <w:b/>
          <w:sz w:val="20"/>
          <w:szCs w:val="20"/>
        </w:rPr>
        <w:br/>
        <w:t>Grafiğe göre aşağıdaki soruları cevaplayınız:</w:t>
      </w:r>
      <w:r w:rsidRPr="006F30B6">
        <w:rPr>
          <w:rFonts w:ascii="Aptos" w:hAnsi="Aptos"/>
          <w:b/>
          <w:sz w:val="20"/>
          <w:szCs w:val="20"/>
        </w:rPr>
        <w:br/>
        <w:t>a) Öğrencilerin en fazla ve en az sevdiği spor dalları hangileridir? (8 Puan)</w:t>
      </w:r>
    </w:p>
    <w:p w14:paraId="73AE97CF" w14:textId="77777777" w:rsidR="000941DD" w:rsidRDefault="000941DD">
      <w:pPr>
        <w:spacing w:before="40" w:after="40"/>
        <w:rPr>
          <w:rFonts w:ascii="Aptos" w:hAnsi="Aptos"/>
          <w:b/>
          <w:sz w:val="20"/>
          <w:szCs w:val="20"/>
        </w:rPr>
      </w:pPr>
    </w:p>
    <w:p w14:paraId="36F05F99" w14:textId="73ED5A50" w:rsidR="00AE3B01" w:rsidRPr="006F30B6" w:rsidRDefault="00000000">
      <w:pPr>
        <w:spacing w:before="40" w:after="40"/>
        <w:rPr>
          <w:sz w:val="20"/>
          <w:szCs w:val="20"/>
        </w:rPr>
      </w:pPr>
      <w:r w:rsidRPr="006F30B6">
        <w:rPr>
          <w:rFonts w:ascii="Aptos" w:hAnsi="Aptos"/>
          <w:b/>
          <w:sz w:val="20"/>
          <w:szCs w:val="20"/>
        </w:rPr>
        <w:br/>
        <w:t>b) Futbol oynamayı seven öğrenci sayısı, yüzmeyi sevenlerden kaç fazladır? (7 Puan)</w:t>
      </w:r>
    </w:p>
    <w:p w14:paraId="3E9043D4" w14:textId="77777777" w:rsidR="00AE3B01" w:rsidRPr="006F30B6" w:rsidRDefault="00AE3B01">
      <w:pPr>
        <w:spacing w:after="80"/>
        <w:rPr>
          <w:sz w:val="20"/>
          <w:szCs w:val="20"/>
        </w:rPr>
      </w:pPr>
    </w:p>
    <w:p w14:paraId="3670514B" w14:textId="77777777" w:rsidR="00AE3B01" w:rsidRPr="006F30B6" w:rsidRDefault="00000000">
      <w:pPr>
        <w:spacing w:before="40" w:after="20"/>
        <w:rPr>
          <w:sz w:val="20"/>
          <w:szCs w:val="20"/>
        </w:rPr>
      </w:pPr>
      <w:r w:rsidRPr="006F30B6">
        <w:rPr>
          <w:rFonts w:ascii="Aptos" w:hAnsi="Aptos"/>
          <w:b/>
          <w:sz w:val="20"/>
          <w:szCs w:val="20"/>
        </w:rPr>
        <w:lastRenderedPageBreak/>
        <w:t xml:space="preserve">SORU 5: </w:t>
      </w:r>
      <w:r w:rsidRPr="006F30B6">
        <w:rPr>
          <w:rFonts w:ascii="Aptos" w:hAnsi="Aptos"/>
          <w:sz w:val="20"/>
          <w:szCs w:val="20"/>
        </w:rPr>
        <w:t xml:space="preserve">(Kazanım: T.O.5.20. Metinden hareketle söz varlığını geliştirmeye yönelik çözümleme yapabilme.) </w:t>
      </w:r>
      <w:r w:rsidRPr="006F30B6">
        <w:rPr>
          <w:rFonts w:ascii="Aptos" w:hAnsi="Aptos"/>
          <w:b/>
          <w:bCs/>
          <w:sz w:val="20"/>
          <w:szCs w:val="20"/>
        </w:rPr>
        <w:t>(15 Puan)</w:t>
      </w:r>
    </w:p>
    <w:p w14:paraId="0DEB7DDF" w14:textId="77777777" w:rsidR="00AE3B01" w:rsidRPr="006F30B6" w:rsidRDefault="00000000">
      <w:pPr>
        <w:spacing w:after="40"/>
        <w:rPr>
          <w:b/>
          <w:bCs/>
          <w:sz w:val="20"/>
          <w:szCs w:val="20"/>
        </w:rPr>
      </w:pPr>
      <w:r w:rsidRPr="006F30B6">
        <w:rPr>
          <w:rFonts w:ascii="Aptos" w:hAnsi="Aptos"/>
          <w:b/>
          <w:bCs/>
          <w:sz w:val="20"/>
          <w:szCs w:val="20"/>
        </w:rPr>
        <w:t>Okuduğunuz metnin konusunu ve ana düşüncesini yansıtan üç anahtar kelimeyi belirleyerek aşağıya yazınız.</w:t>
      </w:r>
    </w:p>
    <w:p w14:paraId="5DD92B39" w14:textId="3F4FFEDD" w:rsidR="00E65FD7" w:rsidRPr="006F30B6" w:rsidRDefault="006F30B6">
      <w:pPr>
        <w:rPr>
          <w:sz w:val="20"/>
          <w:szCs w:val="20"/>
        </w:rPr>
      </w:pPr>
      <w:r>
        <w:rPr>
          <w:rFonts w:ascii="Aptos" w:hAnsi="Aptos"/>
          <w:sz w:val="20"/>
          <w:szCs w:val="20"/>
        </w:rPr>
        <w:br/>
      </w:r>
      <w:r w:rsidRPr="006F30B6">
        <w:rPr>
          <w:rFonts w:ascii="Aptos" w:hAnsi="Aptos"/>
          <w:sz w:val="20"/>
          <w:szCs w:val="20"/>
        </w:rPr>
        <w:t>1. Anahtar Kelime: ............................................................</w:t>
      </w:r>
    </w:p>
    <w:p w14:paraId="6F5BFF33" w14:textId="77777777" w:rsidR="00E65FD7" w:rsidRPr="006F30B6" w:rsidRDefault="00000000">
      <w:pPr>
        <w:rPr>
          <w:sz w:val="20"/>
          <w:szCs w:val="20"/>
        </w:rPr>
      </w:pPr>
      <w:r w:rsidRPr="006F30B6">
        <w:rPr>
          <w:rFonts w:ascii="Aptos" w:hAnsi="Aptos"/>
          <w:sz w:val="20"/>
          <w:szCs w:val="20"/>
        </w:rPr>
        <w:t>2. Anahtar Kelime: ............................................................</w:t>
      </w:r>
    </w:p>
    <w:p w14:paraId="375A2B08" w14:textId="77777777" w:rsidR="00E65FD7" w:rsidRPr="006F30B6" w:rsidRDefault="00000000">
      <w:pPr>
        <w:rPr>
          <w:sz w:val="20"/>
          <w:szCs w:val="20"/>
        </w:rPr>
      </w:pPr>
      <w:r w:rsidRPr="006F30B6">
        <w:rPr>
          <w:rFonts w:ascii="Aptos" w:hAnsi="Aptos"/>
          <w:sz w:val="20"/>
          <w:szCs w:val="20"/>
        </w:rPr>
        <w:t>3. Anahtar Kelime: ............................................................</w:t>
      </w:r>
    </w:p>
    <w:p w14:paraId="1931B424" w14:textId="77777777" w:rsidR="00E65FD7" w:rsidRPr="006F30B6" w:rsidRDefault="00E65FD7">
      <w:pPr>
        <w:rPr>
          <w:sz w:val="20"/>
          <w:szCs w:val="20"/>
        </w:rPr>
      </w:pPr>
    </w:p>
    <w:p w14:paraId="22D88193" w14:textId="77777777" w:rsidR="00AE3B01" w:rsidRPr="006F30B6" w:rsidRDefault="00000000">
      <w:pPr>
        <w:spacing w:before="80" w:after="40"/>
        <w:rPr>
          <w:sz w:val="20"/>
          <w:szCs w:val="20"/>
        </w:rPr>
      </w:pPr>
      <w:r w:rsidRPr="006F30B6">
        <w:rPr>
          <w:rFonts w:ascii="Aptos" w:hAnsi="Aptos"/>
          <w:b/>
          <w:sz w:val="20"/>
          <w:szCs w:val="20"/>
        </w:rPr>
        <w:t>C. YAPI VE YAZMA ÇALIŞMASI (30 PUAN)</w:t>
      </w:r>
    </w:p>
    <w:p w14:paraId="66EFBC97" w14:textId="77777777" w:rsidR="00AE3B01" w:rsidRPr="006F30B6" w:rsidRDefault="00000000">
      <w:pPr>
        <w:spacing w:before="40" w:after="20"/>
        <w:rPr>
          <w:sz w:val="20"/>
          <w:szCs w:val="20"/>
        </w:rPr>
      </w:pPr>
      <w:r w:rsidRPr="006F30B6">
        <w:rPr>
          <w:rFonts w:ascii="Aptos" w:hAnsi="Aptos"/>
          <w:b/>
          <w:sz w:val="20"/>
          <w:szCs w:val="20"/>
        </w:rPr>
        <w:t xml:space="preserve">SORU 6: </w:t>
      </w:r>
      <w:r w:rsidRPr="006F30B6">
        <w:rPr>
          <w:rFonts w:ascii="Aptos" w:hAnsi="Aptos"/>
          <w:sz w:val="20"/>
          <w:szCs w:val="20"/>
        </w:rPr>
        <w:t>(Kazanım: T.Y.5.3. Yazısında içerik ve yapıya yönelik seçimlerini yönetebilme.) (10 Puan)</w:t>
      </w:r>
    </w:p>
    <w:p w14:paraId="1622E50B" w14:textId="77777777" w:rsidR="00AE3B01" w:rsidRPr="006F30B6" w:rsidRDefault="00000000">
      <w:pPr>
        <w:spacing w:after="40"/>
        <w:rPr>
          <w:sz w:val="20"/>
          <w:szCs w:val="20"/>
        </w:rPr>
      </w:pPr>
      <w:r w:rsidRPr="006F30B6">
        <w:rPr>
          <w:rFonts w:ascii="Aptos" w:hAnsi="Aptos"/>
          <w:b/>
          <w:sz w:val="20"/>
          <w:szCs w:val="20"/>
        </w:rPr>
        <w:t>Aşağıda karışık olarak verilen cümleleri, olayların oluş sırasına göre numaralandırarak anlamlı bir paragraf oluşturunuz.</w:t>
      </w:r>
      <w:r w:rsidRPr="006F30B6">
        <w:rPr>
          <w:rFonts w:ascii="Aptos" w:hAnsi="Aptos"/>
          <w:sz w:val="20"/>
          <w:szCs w:val="20"/>
        </w:rPr>
        <w:br/>
        <w:t>(   ) Ertesi gün okula gittiğinde kitabı büyük bir heyecanla öğretmenine anlattı.</w:t>
      </w:r>
      <w:r w:rsidRPr="006F30B6">
        <w:rPr>
          <w:rFonts w:ascii="Aptos" w:hAnsi="Aptos"/>
          <w:sz w:val="20"/>
          <w:szCs w:val="20"/>
        </w:rPr>
        <w:br/>
        <w:t>(   ) Ahmet okuldan dönerken mahalledeki eski kitapçıya uğradı.</w:t>
      </w:r>
      <w:r w:rsidRPr="006F30B6">
        <w:rPr>
          <w:rFonts w:ascii="Aptos" w:hAnsi="Aptos"/>
          <w:sz w:val="20"/>
          <w:szCs w:val="20"/>
        </w:rPr>
        <w:br/>
        <w:t>(   ) Kitapçı amcanın tavsiyesiyle macera dolu bir kitap satın aldı.</w:t>
      </w:r>
      <w:r w:rsidRPr="006F30B6">
        <w:rPr>
          <w:rFonts w:ascii="Aptos" w:hAnsi="Aptos"/>
          <w:sz w:val="20"/>
          <w:szCs w:val="20"/>
        </w:rPr>
        <w:br/>
        <w:t>(   ) Akşam eve varır varmaz odasına çekilip kitabı bir çırpıda okudu.</w:t>
      </w:r>
    </w:p>
    <w:p w14:paraId="53B997F5" w14:textId="77777777" w:rsidR="00540991" w:rsidRPr="006F30B6" w:rsidRDefault="00540991">
      <w:pPr>
        <w:spacing w:before="80" w:after="20"/>
        <w:rPr>
          <w:rFonts w:ascii="Aptos" w:hAnsi="Aptos"/>
          <w:b/>
          <w:sz w:val="20"/>
          <w:szCs w:val="20"/>
        </w:rPr>
      </w:pPr>
    </w:p>
    <w:p w14:paraId="12077E5A" w14:textId="77777777" w:rsidR="00AE3B01" w:rsidRPr="006F30B6" w:rsidRDefault="00000000">
      <w:pPr>
        <w:spacing w:before="80" w:after="20"/>
        <w:rPr>
          <w:sz w:val="20"/>
          <w:szCs w:val="20"/>
        </w:rPr>
      </w:pPr>
      <w:r w:rsidRPr="006F30B6">
        <w:rPr>
          <w:rFonts w:ascii="Aptos" w:hAnsi="Aptos"/>
          <w:b/>
          <w:sz w:val="20"/>
          <w:szCs w:val="20"/>
        </w:rPr>
        <w:t xml:space="preserve">SORU 7: </w:t>
      </w:r>
      <w:r w:rsidRPr="006F30B6">
        <w:rPr>
          <w:rFonts w:ascii="Aptos" w:hAnsi="Aptos"/>
          <w:sz w:val="20"/>
          <w:szCs w:val="20"/>
        </w:rPr>
        <w:t>(Kazanım: T.Y.5.13. Yazısını zenginleştirecek biçimde söz varlığını kullanabilme.) (20 Puan)</w:t>
      </w:r>
    </w:p>
    <w:p w14:paraId="44870F32" w14:textId="77777777" w:rsidR="00AE3B01" w:rsidRPr="006F30B6" w:rsidRDefault="00000000">
      <w:pPr>
        <w:spacing w:after="40"/>
        <w:rPr>
          <w:sz w:val="20"/>
          <w:szCs w:val="20"/>
        </w:rPr>
      </w:pPr>
      <w:r w:rsidRPr="006F30B6">
        <w:rPr>
          <w:rFonts w:ascii="Aptos" w:hAnsi="Aptos"/>
          <w:b/>
          <w:sz w:val="20"/>
          <w:szCs w:val="20"/>
        </w:rPr>
        <w:t>Aşağıda verilen konuda duygu ve düşüncelerinizi anlatan bir paragraf yazınız. Yazınızda "dayanışma, ağaç, sevgi, birlikte" sözcüklerinden en az üç tanesini anlamına uygun olarak kullanınız. Yazınıza uygun bir başlık koymayı, yazım ve noktalama kurallarına uymayı unutmayınız.</w:t>
      </w:r>
    </w:p>
    <w:p w14:paraId="0C5EDC77" w14:textId="77777777" w:rsidR="00AE3B01" w:rsidRPr="006F30B6" w:rsidRDefault="00000000">
      <w:pPr>
        <w:spacing w:before="40" w:after="40"/>
        <w:rPr>
          <w:sz w:val="20"/>
          <w:szCs w:val="20"/>
        </w:rPr>
      </w:pPr>
      <w:r w:rsidRPr="006F30B6">
        <w:rPr>
          <w:rFonts w:ascii="Aptos" w:hAnsi="Aptos"/>
          <w:b/>
          <w:sz w:val="20"/>
          <w:szCs w:val="20"/>
        </w:rPr>
        <w:t xml:space="preserve">KONU: </w:t>
      </w:r>
      <w:r w:rsidRPr="006F30B6">
        <w:rPr>
          <w:rFonts w:ascii="Aptos" w:hAnsi="Aptos"/>
          <w:sz w:val="20"/>
          <w:szCs w:val="20"/>
        </w:rPr>
        <w:t>"Toplumsal dayanışmanın ve birlikte hareket etmenin başarıya ulaşmadaki rolü."</w:t>
      </w:r>
    </w:p>
    <w:p w14:paraId="2E3C78E7" w14:textId="77777777" w:rsidR="00AE3B01" w:rsidRPr="006F30B6" w:rsidRDefault="00AE3B01">
      <w:pPr>
        <w:spacing w:after="120"/>
        <w:rPr>
          <w:rFonts w:ascii="Aptos" w:hAnsi="Aptos"/>
          <w:b/>
          <w:sz w:val="20"/>
          <w:szCs w:val="20"/>
        </w:rPr>
      </w:pPr>
    </w:p>
    <w:p w14:paraId="60F70E2F" w14:textId="77777777" w:rsidR="00540991" w:rsidRPr="006F30B6" w:rsidRDefault="00540991">
      <w:pPr>
        <w:spacing w:after="120"/>
        <w:rPr>
          <w:rFonts w:ascii="Aptos" w:hAnsi="Aptos"/>
          <w:b/>
          <w:sz w:val="20"/>
          <w:szCs w:val="20"/>
        </w:rPr>
      </w:pPr>
    </w:p>
    <w:p w14:paraId="00E7F9DE" w14:textId="77777777" w:rsidR="00540991" w:rsidRPr="006F30B6" w:rsidRDefault="00540991">
      <w:pPr>
        <w:spacing w:after="120"/>
        <w:rPr>
          <w:rFonts w:ascii="Aptos" w:hAnsi="Aptos"/>
          <w:b/>
          <w:sz w:val="20"/>
          <w:szCs w:val="20"/>
        </w:rPr>
      </w:pPr>
    </w:p>
    <w:p w14:paraId="5E69767D" w14:textId="77777777" w:rsidR="00540991" w:rsidRPr="006F30B6" w:rsidRDefault="00540991">
      <w:pPr>
        <w:spacing w:after="120"/>
        <w:rPr>
          <w:rFonts w:ascii="Aptos" w:hAnsi="Aptos"/>
          <w:b/>
          <w:sz w:val="20"/>
          <w:szCs w:val="20"/>
        </w:rPr>
      </w:pPr>
    </w:p>
    <w:p w14:paraId="0EF38623" w14:textId="77777777" w:rsidR="00540991" w:rsidRPr="006F30B6" w:rsidRDefault="00540991">
      <w:pPr>
        <w:spacing w:after="120"/>
        <w:rPr>
          <w:rFonts w:ascii="Aptos" w:hAnsi="Aptos"/>
          <w:b/>
          <w:sz w:val="20"/>
          <w:szCs w:val="20"/>
        </w:rPr>
      </w:pPr>
    </w:p>
    <w:p w14:paraId="2F6D9ACC" w14:textId="77777777" w:rsidR="00540991" w:rsidRPr="006F30B6" w:rsidRDefault="00540991">
      <w:pPr>
        <w:spacing w:after="120"/>
        <w:rPr>
          <w:rFonts w:ascii="Aptos" w:hAnsi="Aptos"/>
          <w:b/>
          <w:sz w:val="20"/>
          <w:szCs w:val="20"/>
        </w:rPr>
      </w:pPr>
    </w:p>
    <w:p w14:paraId="1AD852C9" w14:textId="77777777" w:rsidR="00540991" w:rsidRPr="006F30B6" w:rsidRDefault="00540991">
      <w:pPr>
        <w:spacing w:after="120"/>
        <w:rPr>
          <w:rFonts w:ascii="Aptos" w:hAnsi="Aptos"/>
          <w:b/>
          <w:sz w:val="20"/>
          <w:szCs w:val="20"/>
        </w:rPr>
      </w:pPr>
    </w:p>
    <w:p w14:paraId="77ECB837" w14:textId="77777777" w:rsidR="00540991" w:rsidRPr="006F30B6" w:rsidRDefault="00540991">
      <w:pPr>
        <w:spacing w:after="120"/>
        <w:rPr>
          <w:rFonts w:ascii="Aptos" w:hAnsi="Aptos"/>
          <w:b/>
          <w:sz w:val="20"/>
          <w:szCs w:val="20"/>
        </w:rPr>
      </w:pPr>
    </w:p>
    <w:p w14:paraId="4F6415F5" w14:textId="77777777" w:rsidR="00540991" w:rsidRPr="006F30B6" w:rsidRDefault="00540991">
      <w:pPr>
        <w:spacing w:after="120"/>
        <w:rPr>
          <w:rFonts w:ascii="Aptos" w:hAnsi="Aptos"/>
          <w:b/>
          <w:sz w:val="20"/>
          <w:szCs w:val="20"/>
        </w:rPr>
      </w:pPr>
    </w:p>
    <w:p w14:paraId="4DAB3B22" w14:textId="77777777" w:rsidR="00540991" w:rsidRPr="006F30B6" w:rsidRDefault="00540991">
      <w:pPr>
        <w:spacing w:after="120"/>
        <w:rPr>
          <w:rFonts w:ascii="Aptos" w:hAnsi="Aptos"/>
          <w:b/>
          <w:sz w:val="20"/>
          <w:szCs w:val="20"/>
        </w:rPr>
      </w:pPr>
    </w:p>
    <w:p w14:paraId="3D086D1B" w14:textId="77777777" w:rsidR="00540991" w:rsidRPr="006F30B6" w:rsidRDefault="00540991">
      <w:pPr>
        <w:spacing w:after="120"/>
        <w:rPr>
          <w:rFonts w:ascii="Aptos" w:hAnsi="Aptos"/>
          <w:b/>
          <w:sz w:val="20"/>
          <w:szCs w:val="20"/>
        </w:rPr>
      </w:pPr>
    </w:p>
    <w:p w14:paraId="074E71EA" w14:textId="77777777" w:rsidR="00540991" w:rsidRPr="006F30B6" w:rsidRDefault="00540991">
      <w:pPr>
        <w:spacing w:after="120"/>
        <w:rPr>
          <w:rFonts w:ascii="Aptos" w:hAnsi="Aptos"/>
          <w:b/>
          <w:sz w:val="20"/>
          <w:szCs w:val="20"/>
        </w:rPr>
      </w:pPr>
    </w:p>
    <w:p w14:paraId="6774CDF6" w14:textId="77777777" w:rsidR="00540991" w:rsidRPr="006F30B6" w:rsidRDefault="00540991">
      <w:pPr>
        <w:spacing w:after="120"/>
        <w:rPr>
          <w:rFonts w:ascii="Aptos" w:hAnsi="Aptos"/>
          <w:b/>
          <w:sz w:val="20"/>
          <w:szCs w:val="20"/>
        </w:rPr>
      </w:pPr>
    </w:p>
    <w:p w14:paraId="070E39CD" w14:textId="77777777" w:rsidR="00540991" w:rsidRPr="006F30B6" w:rsidRDefault="00540991">
      <w:pPr>
        <w:spacing w:after="120"/>
        <w:rPr>
          <w:rFonts w:ascii="Aptos" w:hAnsi="Aptos"/>
          <w:b/>
          <w:sz w:val="20"/>
          <w:szCs w:val="20"/>
        </w:rPr>
      </w:pPr>
    </w:p>
    <w:p w14:paraId="47CC225F" w14:textId="77777777" w:rsidR="00540991" w:rsidRPr="006F30B6" w:rsidRDefault="00540991">
      <w:pPr>
        <w:spacing w:after="120"/>
        <w:rPr>
          <w:rFonts w:ascii="Aptos" w:hAnsi="Aptos"/>
          <w:b/>
          <w:sz w:val="20"/>
          <w:szCs w:val="20"/>
        </w:rPr>
      </w:pPr>
    </w:p>
    <w:p w14:paraId="7D4F797D" w14:textId="77777777" w:rsidR="00540991" w:rsidRPr="006F30B6" w:rsidRDefault="00540991">
      <w:pPr>
        <w:spacing w:after="120"/>
        <w:rPr>
          <w:sz w:val="20"/>
          <w:szCs w:val="20"/>
        </w:rPr>
      </w:pPr>
    </w:p>
    <w:p w14:paraId="6CF4AE96" w14:textId="77777777" w:rsidR="00AE3B01" w:rsidRPr="006F30B6" w:rsidRDefault="00AE3B01">
      <w:pPr>
        <w:spacing w:after="120"/>
        <w:rPr>
          <w:sz w:val="20"/>
          <w:szCs w:val="20"/>
        </w:rPr>
      </w:pPr>
    </w:p>
    <w:p w14:paraId="01DAAC34" w14:textId="77777777" w:rsidR="00AE3B01" w:rsidRPr="006F30B6" w:rsidRDefault="00AE3B01">
      <w:pPr>
        <w:spacing w:after="120"/>
        <w:rPr>
          <w:sz w:val="20"/>
          <w:szCs w:val="20"/>
        </w:rPr>
      </w:pPr>
    </w:p>
    <w:p w14:paraId="3D0CF62C" w14:textId="77777777" w:rsidR="00AE3B01" w:rsidRPr="006F30B6" w:rsidRDefault="00AE3B01">
      <w:pPr>
        <w:spacing w:after="120"/>
        <w:rPr>
          <w:sz w:val="20"/>
          <w:szCs w:val="20"/>
        </w:rPr>
      </w:pPr>
    </w:p>
    <w:p w14:paraId="354CC111" w14:textId="77777777" w:rsidR="00AE3B01" w:rsidRPr="006F30B6" w:rsidRDefault="00000000">
      <w:pPr>
        <w:spacing w:before="120" w:after="80"/>
        <w:jc w:val="right"/>
        <w:rPr>
          <w:sz w:val="20"/>
          <w:szCs w:val="20"/>
        </w:rPr>
      </w:pPr>
      <w:r w:rsidRPr="006F30B6">
        <w:rPr>
          <w:rFonts w:ascii="Aptos" w:hAnsi="Aptos"/>
          <w:b/>
          <w:sz w:val="20"/>
          <w:szCs w:val="20"/>
        </w:rPr>
        <w:t>Sınav Süresi: 40 Dakikadır. | Başarılar Dilerim. KonuVakti.com | TestVakti.net | Turkcetestvakti.com</w:t>
      </w:r>
    </w:p>
    <w:p w14:paraId="5C9773CE" w14:textId="77777777" w:rsidR="00AE3B01" w:rsidRPr="006F30B6" w:rsidRDefault="00000000">
      <w:pPr>
        <w:spacing w:before="200" w:after="80"/>
        <w:jc w:val="center"/>
        <w:rPr>
          <w:sz w:val="20"/>
          <w:szCs w:val="20"/>
        </w:rPr>
      </w:pPr>
      <w:r w:rsidRPr="006F30B6">
        <w:rPr>
          <w:rFonts w:ascii="Segoe UI Emoji" w:hAnsi="Segoe UI Emoji"/>
          <w:b/>
          <w:sz w:val="20"/>
          <w:szCs w:val="20"/>
        </w:rPr>
        <w:lastRenderedPageBreak/>
        <w:t xml:space="preserve">🔑 </w:t>
      </w:r>
      <w:r w:rsidRPr="006F30B6">
        <w:rPr>
          <w:rFonts w:ascii="Aptos" w:hAnsi="Aptos"/>
          <w:b/>
          <w:sz w:val="20"/>
          <w:szCs w:val="20"/>
        </w:rPr>
        <w:t>Öğretmenim İçin Cevap Anahtarı</w:t>
      </w:r>
    </w:p>
    <w:p w14:paraId="39427C61" w14:textId="77777777" w:rsidR="00AE3B01" w:rsidRPr="006F30B6" w:rsidRDefault="00000000">
      <w:pPr>
        <w:spacing w:before="40" w:after="40"/>
        <w:rPr>
          <w:sz w:val="20"/>
          <w:szCs w:val="20"/>
        </w:rPr>
      </w:pPr>
      <w:r w:rsidRPr="006F30B6">
        <w:rPr>
          <w:rFonts w:ascii="Aptos" w:hAnsi="Aptos"/>
          <w:b/>
          <w:sz w:val="20"/>
          <w:szCs w:val="20"/>
        </w:rPr>
        <w:t>1. Soru:</w:t>
      </w:r>
      <w:r w:rsidRPr="006F30B6">
        <w:rPr>
          <w:rFonts w:ascii="Aptos" w:hAnsi="Aptos"/>
          <w:sz w:val="20"/>
          <w:szCs w:val="20"/>
        </w:rPr>
        <w:t xml:space="preserve"> "Ulu" sözcüğünün tahmini: Erdemleri bakımından çok büyük, yüce, ulu, yaşlı ve görkemli (ağaç). Cümle: "Köy meydanındaki ulu çam ağacının altında dinlendik." (Tahmin 6, Cümle 4 Puan; Toplam 10 Puan)</w:t>
      </w:r>
    </w:p>
    <w:p w14:paraId="46AA6736" w14:textId="77777777" w:rsidR="00AE3B01" w:rsidRPr="006F30B6" w:rsidRDefault="00000000">
      <w:pPr>
        <w:spacing w:before="40" w:after="40"/>
        <w:rPr>
          <w:sz w:val="20"/>
          <w:szCs w:val="20"/>
        </w:rPr>
      </w:pPr>
      <w:r w:rsidRPr="006F30B6">
        <w:rPr>
          <w:rFonts w:ascii="Aptos" w:hAnsi="Aptos"/>
          <w:b/>
          <w:sz w:val="20"/>
          <w:szCs w:val="20"/>
        </w:rPr>
        <w:t>2. Soru:</w:t>
      </w:r>
      <w:r w:rsidRPr="006F30B6">
        <w:rPr>
          <w:rFonts w:ascii="Aptos" w:hAnsi="Aptos"/>
          <w:sz w:val="20"/>
          <w:szCs w:val="20"/>
        </w:rPr>
        <w:t xml:space="preserve"> Yaz günlerinde çocuklar ağacın gölgesinde saklambaç oynar, yaşlılar ise köklerinin yanına konmuş tahta bankta çaylarını yudumlayarak sohbet ederlerdi. (15 Puan)</w:t>
      </w:r>
    </w:p>
    <w:p w14:paraId="12465185" w14:textId="77777777" w:rsidR="00AE3B01" w:rsidRPr="006F30B6" w:rsidRDefault="00000000">
      <w:pPr>
        <w:spacing w:before="40" w:after="40"/>
        <w:rPr>
          <w:sz w:val="20"/>
          <w:szCs w:val="20"/>
        </w:rPr>
      </w:pPr>
      <w:r w:rsidRPr="006F30B6">
        <w:rPr>
          <w:rFonts w:ascii="Aptos" w:hAnsi="Aptos"/>
          <w:b/>
          <w:sz w:val="20"/>
          <w:szCs w:val="20"/>
        </w:rPr>
        <w:t>3. Soru:</w:t>
      </w:r>
      <w:r w:rsidRPr="006F30B6">
        <w:rPr>
          <w:rFonts w:ascii="Aptos" w:hAnsi="Aptos"/>
          <w:sz w:val="20"/>
          <w:szCs w:val="20"/>
        </w:rPr>
        <w:t xml:space="preserve"> Mahalle sakinleri genç yaşlı demeden ağacın etrafında el ele tutuşarak bir sevgi çemberi oluşturmuşlardır. Bunu gören yetkililer de etkilenerek projeyi değiştirmiş ve ağacı kesmekten vazgeçmişlerdir. (15 Puan)</w:t>
      </w:r>
    </w:p>
    <w:p w14:paraId="2EB2190F" w14:textId="77777777" w:rsidR="00AE3B01" w:rsidRPr="006F30B6" w:rsidRDefault="00000000">
      <w:pPr>
        <w:spacing w:before="40" w:after="40"/>
        <w:rPr>
          <w:sz w:val="20"/>
          <w:szCs w:val="20"/>
        </w:rPr>
      </w:pPr>
      <w:r w:rsidRPr="006F30B6">
        <w:rPr>
          <w:rFonts w:ascii="Aptos" w:hAnsi="Aptos"/>
          <w:b/>
          <w:sz w:val="20"/>
          <w:szCs w:val="20"/>
        </w:rPr>
        <w:t>4. Soru:</w:t>
      </w:r>
      <w:r w:rsidRPr="006F30B6">
        <w:rPr>
          <w:rFonts w:ascii="Aptos" w:hAnsi="Aptos"/>
          <w:sz w:val="20"/>
          <w:szCs w:val="20"/>
        </w:rPr>
        <w:t xml:space="preserve"> a) En fazla sevilen spor: Futbol (90 öğrenci), En az sevilen spor: Masa Tenisi (30 öğrenci). (8 Puan)</w:t>
      </w:r>
      <w:r w:rsidRPr="006F30B6">
        <w:rPr>
          <w:rFonts w:ascii="Aptos" w:hAnsi="Aptos"/>
          <w:sz w:val="20"/>
          <w:szCs w:val="20"/>
        </w:rPr>
        <w:br/>
        <w:t>b) Futbol (90) - Yüzme (45) = 45 öğrenci fazladır. (7 Puan)</w:t>
      </w:r>
    </w:p>
    <w:p w14:paraId="017821B4" w14:textId="77777777" w:rsidR="00AE3B01" w:rsidRPr="006F30B6" w:rsidRDefault="00000000">
      <w:pPr>
        <w:spacing w:before="40" w:after="40"/>
        <w:rPr>
          <w:sz w:val="20"/>
          <w:szCs w:val="20"/>
        </w:rPr>
      </w:pPr>
      <w:r w:rsidRPr="006F30B6">
        <w:rPr>
          <w:rFonts w:ascii="Aptos" w:hAnsi="Aptos"/>
          <w:b/>
          <w:bCs/>
          <w:sz w:val="20"/>
          <w:szCs w:val="20"/>
        </w:rPr>
        <w:t>5. Soru:</w:t>
      </w:r>
      <w:r w:rsidRPr="006F30B6">
        <w:rPr>
          <w:rFonts w:ascii="Aptos" w:hAnsi="Aptos"/>
          <w:sz w:val="20"/>
          <w:szCs w:val="20"/>
        </w:rPr>
        <w:t xml:space="preserve"> (Her doğru anahtar kelime 5 Puan; toplam 15 Puan)</w:t>
      </w:r>
      <w:r w:rsidRPr="006F30B6">
        <w:rPr>
          <w:rFonts w:ascii="Aptos" w:hAnsi="Aptos"/>
          <w:sz w:val="20"/>
          <w:szCs w:val="20"/>
        </w:rPr>
        <w:br/>
        <w:t>Metnin konusunu ve ana düşüncesini yansıtan "çınar ağacı", "dayanışma / birlik", "mahalle", "doğa sevgisi" sözcüklerinden üç tanesinin yazılması beklenir.</w:t>
      </w:r>
    </w:p>
    <w:p w14:paraId="78B1B447" w14:textId="77777777" w:rsidR="00AE3B01" w:rsidRPr="006F30B6" w:rsidRDefault="00000000">
      <w:pPr>
        <w:spacing w:before="40" w:after="40"/>
        <w:rPr>
          <w:sz w:val="20"/>
          <w:szCs w:val="20"/>
        </w:rPr>
      </w:pPr>
      <w:r w:rsidRPr="006F30B6">
        <w:rPr>
          <w:rFonts w:ascii="Aptos" w:hAnsi="Aptos"/>
          <w:b/>
          <w:sz w:val="20"/>
          <w:szCs w:val="20"/>
        </w:rPr>
        <w:t>6. Soru:</w:t>
      </w:r>
      <w:r w:rsidRPr="006F30B6">
        <w:rPr>
          <w:rFonts w:ascii="Aptos" w:hAnsi="Aptos"/>
          <w:sz w:val="20"/>
          <w:szCs w:val="20"/>
        </w:rPr>
        <w:t xml:space="preserve"> Doğru sıralama şu şekilde olmalıdır:</w:t>
      </w:r>
      <w:r w:rsidRPr="006F30B6">
        <w:rPr>
          <w:rFonts w:ascii="Aptos" w:hAnsi="Aptos"/>
          <w:sz w:val="20"/>
          <w:szCs w:val="20"/>
        </w:rPr>
        <w:br/>
        <w:t>( 4 ) Ertesi gün okula gittiğinde kitabı büyük bir heyecanla öğretmenine anlattı.</w:t>
      </w:r>
      <w:r w:rsidRPr="006F30B6">
        <w:rPr>
          <w:rFonts w:ascii="Aptos" w:hAnsi="Aptos"/>
          <w:sz w:val="20"/>
          <w:szCs w:val="20"/>
        </w:rPr>
        <w:br/>
        <w:t>( 1 ) Ahmet okuldan dönerken mahalledeki eski kitapçıya uğradı.</w:t>
      </w:r>
      <w:r w:rsidRPr="006F30B6">
        <w:rPr>
          <w:rFonts w:ascii="Aptos" w:hAnsi="Aptos"/>
          <w:sz w:val="20"/>
          <w:szCs w:val="20"/>
        </w:rPr>
        <w:br/>
        <w:t>( 2 ) Kitapçı amcanın tavsiyesiyle macera dolu bir kitap satın aldı.</w:t>
      </w:r>
      <w:r w:rsidRPr="006F30B6">
        <w:rPr>
          <w:rFonts w:ascii="Aptos" w:hAnsi="Aptos"/>
          <w:sz w:val="20"/>
          <w:szCs w:val="20"/>
        </w:rPr>
        <w:br/>
        <w:t>( 3 ) Akşam eve varır varmaz odasına çekilip kitabı bir çırpıda okudu. (10 Puan)</w:t>
      </w:r>
    </w:p>
    <w:p w14:paraId="545E0958" w14:textId="77777777" w:rsidR="00AE3B01" w:rsidRPr="006F30B6" w:rsidRDefault="00000000">
      <w:pPr>
        <w:spacing w:before="40" w:after="40"/>
        <w:rPr>
          <w:sz w:val="20"/>
          <w:szCs w:val="20"/>
        </w:rPr>
      </w:pPr>
      <w:r w:rsidRPr="006F30B6">
        <w:rPr>
          <w:rFonts w:ascii="Aptos" w:hAnsi="Aptos"/>
          <w:b/>
          <w:sz w:val="20"/>
          <w:szCs w:val="20"/>
        </w:rPr>
        <w:t>7. Soru: Yazma Değerlendirme Baremi (20 Puan)</w:t>
      </w:r>
      <w:r w:rsidRPr="006F30B6">
        <w:rPr>
          <w:rFonts w:ascii="Aptos" w:hAnsi="Aptos"/>
          <w:sz w:val="20"/>
          <w:szCs w:val="20"/>
        </w:rPr>
        <w:br/>
        <w:t>• Konuya uygunluk ve içerik bütünlüğü: 7 Puan</w:t>
      </w:r>
      <w:r w:rsidRPr="006F30B6">
        <w:rPr>
          <w:rFonts w:ascii="Aptos" w:hAnsi="Aptos"/>
          <w:sz w:val="20"/>
          <w:szCs w:val="20"/>
        </w:rPr>
        <w:br/>
        <w:t>• Belirtilen anahtar sözcüklerin (en az üçünün) yerinde kullanımı: 5 Puan</w:t>
      </w:r>
      <w:r w:rsidRPr="006F30B6">
        <w:rPr>
          <w:rFonts w:ascii="Aptos" w:hAnsi="Aptos"/>
          <w:sz w:val="20"/>
          <w:szCs w:val="20"/>
        </w:rPr>
        <w:br/>
        <w:t>• Yazım ve noktalama kurallarına uygunluk: 4 Puan</w:t>
      </w:r>
      <w:r w:rsidRPr="006F30B6">
        <w:rPr>
          <w:rFonts w:ascii="Aptos" w:hAnsi="Aptos"/>
          <w:sz w:val="20"/>
          <w:szCs w:val="20"/>
        </w:rPr>
        <w:br/>
        <w:t>• Sayfa düzeni ve başlık seçimi: 4 Puan</w:t>
      </w:r>
    </w:p>
    <w:p w14:paraId="36995C98" w14:textId="77777777" w:rsidR="00AE3B01" w:rsidRPr="006F30B6" w:rsidRDefault="00000000">
      <w:pPr>
        <w:spacing w:before="120" w:after="40"/>
        <w:jc w:val="right"/>
        <w:rPr>
          <w:sz w:val="20"/>
          <w:szCs w:val="20"/>
        </w:rPr>
      </w:pPr>
      <w:r w:rsidRPr="006F30B6">
        <w:rPr>
          <w:rFonts w:ascii="Aptos" w:hAnsi="Aptos"/>
          <w:b/>
          <w:sz w:val="20"/>
          <w:szCs w:val="20"/>
        </w:rPr>
        <w:t>KonuVakti.com | TestVakti.net | Turkcetestvakti.com</w:t>
      </w:r>
    </w:p>
    <w:sectPr w:rsidR="00AE3B01" w:rsidRPr="006F30B6"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736320652">
    <w:abstractNumId w:val="8"/>
  </w:num>
  <w:num w:numId="2" w16cid:durableId="1977442808">
    <w:abstractNumId w:val="6"/>
  </w:num>
  <w:num w:numId="3" w16cid:durableId="729034962">
    <w:abstractNumId w:val="5"/>
  </w:num>
  <w:num w:numId="4" w16cid:durableId="699089614">
    <w:abstractNumId w:val="4"/>
  </w:num>
  <w:num w:numId="5" w16cid:durableId="2101635826">
    <w:abstractNumId w:val="7"/>
  </w:num>
  <w:num w:numId="6" w16cid:durableId="1984043611">
    <w:abstractNumId w:val="3"/>
  </w:num>
  <w:num w:numId="7" w16cid:durableId="2122071205">
    <w:abstractNumId w:val="2"/>
  </w:num>
  <w:num w:numId="8" w16cid:durableId="803540730">
    <w:abstractNumId w:val="1"/>
  </w:num>
  <w:num w:numId="9" w16cid:durableId="1839615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41DD"/>
    <w:rsid w:val="0015074B"/>
    <w:rsid w:val="0029639D"/>
    <w:rsid w:val="00326F90"/>
    <w:rsid w:val="00540991"/>
    <w:rsid w:val="006C405B"/>
    <w:rsid w:val="006F30B6"/>
    <w:rsid w:val="008A5439"/>
    <w:rsid w:val="00AA1D8D"/>
    <w:rsid w:val="00AE3B01"/>
    <w:rsid w:val="00B47730"/>
    <w:rsid w:val="00CB0664"/>
    <w:rsid w:val="00CD3D15"/>
    <w:rsid w:val="00E65FD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5C056E"/>
  <w14:defaultImageDpi w14:val="300"/>
  <w15:docId w15:val="{485E029B-2080-47D7-B04E-56BB3F747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4</cp:revision>
  <dcterms:created xsi:type="dcterms:W3CDTF">2013-12-23T23:15:00Z</dcterms:created>
  <dcterms:modified xsi:type="dcterms:W3CDTF">2026-10-23T12:42:00Z</dcterms:modified>
  <cp:category/>
</cp:coreProperties>
</file>