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C9F" w14:textId="77777777" w:rsidR="00BB2B84" w:rsidRPr="00D271D9" w:rsidRDefault="00000000">
      <w:pPr>
        <w:spacing w:after="40"/>
        <w:jc w:val="center"/>
      </w:pPr>
      <w:r w:rsidRPr="00D271D9">
        <w:rPr>
          <w:rFonts w:ascii="Aptos" w:hAnsi="Aptos"/>
          <w:b/>
        </w:rPr>
        <w:t>................................................................ ORTAOKULU</w:t>
      </w:r>
    </w:p>
    <w:p w14:paraId="4D8119AE" w14:textId="77777777" w:rsidR="00BB2B84" w:rsidRPr="00D271D9" w:rsidRDefault="00000000">
      <w:pPr>
        <w:spacing w:after="80"/>
        <w:jc w:val="center"/>
      </w:pPr>
      <w:r w:rsidRPr="00D271D9">
        <w:rPr>
          <w:rFonts w:ascii="Aptos" w:hAnsi="Aptos"/>
          <w:b/>
        </w:rPr>
        <w:t>2026-2027 EĞİTİM ÖĞRETİM YILI TÜRKÇE DERSİ 5. SINIF 1. DÖNEM 1. ORTAK YAZILI SINAVI (2.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BB2B84" w:rsidRPr="00D271D9" w14:paraId="03A4354F" w14:textId="77777777" w:rsidTr="008C3ED5">
        <w:trPr>
          <w:trHeight w:hRule="exact" w:val="454"/>
          <w:jc w:val="center"/>
        </w:trPr>
        <w:tc>
          <w:tcPr>
            <w:tcW w:w="7654" w:type="dxa"/>
          </w:tcPr>
          <w:p w14:paraId="6CC311B5" w14:textId="77777777" w:rsidR="00BB2B84" w:rsidRPr="00D271D9" w:rsidRDefault="00000000">
            <w:pPr>
              <w:spacing w:before="40" w:after="40"/>
            </w:pPr>
            <w:r w:rsidRPr="00D271D9">
              <w:rPr>
                <w:rFonts w:ascii="Aptos" w:hAnsi="Aptos"/>
                <w:b/>
              </w:rPr>
              <w:t>Adı Soyadı:</w:t>
            </w:r>
          </w:p>
        </w:tc>
        <w:tc>
          <w:tcPr>
            <w:tcW w:w="2835" w:type="dxa"/>
          </w:tcPr>
          <w:p w14:paraId="128B435E" w14:textId="77777777" w:rsidR="00BB2B84" w:rsidRPr="00D271D9" w:rsidRDefault="00000000">
            <w:pPr>
              <w:spacing w:before="40" w:after="40"/>
            </w:pPr>
            <w:r w:rsidRPr="00D271D9">
              <w:rPr>
                <w:rFonts w:ascii="Aptos" w:hAnsi="Aptos"/>
                <w:b/>
              </w:rPr>
              <w:t>Aldığı Not:</w:t>
            </w:r>
          </w:p>
        </w:tc>
      </w:tr>
      <w:tr w:rsidR="00BB2B84" w:rsidRPr="00D271D9" w14:paraId="140556B1" w14:textId="77777777" w:rsidTr="008C3ED5">
        <w:trPr>
          <w:trHeight w:hRule="exact" w:val="454"/>
          <w:jc w:val="center"/>
        </w:trPr>
        <w:tc>
          <w:tcPr>
            <w:tcW w:w="7654" w:type="dxa"/>
          </w:tcPr>
          <w:p w14:paraId="4D9DC81A" w14:textId="77777777" w:rsidR="00BB2B84" w:rsidRPr="00D271D9" w:rsidRDefault="00000000">
            <w:pPr>
              <w:spacing w:before="40" w:after="40"/>
            </w:pPr>
            <w:r w:rsidRPr="00D271D9">
              <w:rPr>
                <w:rFonts w:ascii="Aptos" w:hAnsi="Aptos"/>
                <w:b/>
              </w:rPr>
              <w:t>Sınıfı / No:</w:t>
            </w:r>
          </w:p>
        </w:tc>
        <w:tc>
          <w:tcPr>
            <w:tcW w:w="2835" w:type="dxa"/>
          </w:tcPr>
          <w:p w14:paraId="39127453" w14:textId="77777777" w:rsidR="00BB2B84" w:rsidRPr="00D271D9" w:rsidRDefault="00BB2B84">
            <w:pPr>
              <w:spacing w:before="40" w:after="40"/>
            </w:pPr>
          </w:p>
        </w:tc>
      </w:tr>
    </w:tbl>
    <w:p w14:paraId="2BDB832B" w14:textId="77777777" w:rsidR="00BB2B84" w:rsidRPr="00D271D9" w:rsidRDefault="00000000">
      <w:pPr>
        <w:spacing w:before="120" w:after="40"/>
      </w:pPr>
      <w:r w:rsidRPr="00D271D9">
        <w:rPr>
          <w:rFonts w:ascii="Aptos" w:hAnsi="Aptos"/>
          <w:b/>
        </w:rPr>
        <w:t>A. OKUMA VE ANLAMA ÇALIŞMASI</w:t>
      </w:r>
    </w:p>
    <w:p w14:paraId="1F43CB4F" w14:textId="77777777" w:rsidR="00BB2B84" w:rsidRPr="00D271D9" w:rsidRDefault="00000000">
      <w:pPr>
        <w:spacing w:after="80"/>
      </w:pPr>
      <w:r w:rsidRPr="00D271D9">
        <w:rPr>
          <w:rFonts w:ascii="Aptos" w:hAnsi="Aptos"/>
          <w:i/>
        </w:rPr>
        <w:t>(Aşağıdaki 1, 2 ve 3. soruları metne göre cevaplayınız.)</w:t>
      </w:r>
    </w:p>
    <w:p w14:paraId="06DB6281" w14:textId="77777777" w:rsidR="00BB2B84" w:rsidRPr="00D271D9" w:rsidRDefault="00000000">
      <w:pPr>
        <w:spacing w:before="40" w:after="40"/>
        <w:jc w:val="center"/>
      </w:pPr>
      <w:r w:rsidRPr="00D271D9">
        <w:rPr>
          <w:rFonts w:ascii="Aptos" w:hAnsi="Aptos"/>
          <w:b/>
        </w:rPr>
        <w:t>KÜÇÜK MARANGOZUN HAYALİ</w:t>
      </w:r>
    </w:p>
    <w:p w14:paraId="295EA94F" w14:textId="77777777" w:rsidR="00BB2B84" w:rsidRPr="00D271D9" w:rsidRDefault="00000000">
      <w:pPr>
        <w:spacing w:after="60"/>
        <w:jc w:val="both"/>
      </w:pPr>
      <w:r w:rsidRPr="00D271D9">
        <w:rPr>
          <w:rFonts w:ascii="Aptos" w:hAnsi="Aptos"/>
        </w:rPr>
        <w:t xml:space="preserve">Kasabanın dar ve sakin sokağındaki küçük bir marangoz atölyesinde tahta yongalarının ve çam ağacının taze kokusu yükselirdi. On bir yaşındaki Emre, her okul çıkışında ustası olan dedesini ziyarete giderdi. Dedesinin elindeki keskiyle ahşaba nasıl biçim verdiğini hayranlıkla izler, yerdeki talaşları özenle süpürürdü. Bir gün dedesi ona zımparalanmış küçük bir ceviz kütüğü uzatarak: "Ustalık sadece ağacı kesmek değil; sabırla, sevgiyle ve </w:t>
      </w:r>
      <w:r w:rsidRPr="00D271D9">
        <w:rPr>
          <w:rFonts w:ascii="Aptos" w:hAnsi="Aptos"/>
          <w:b/>
        </w:rPr>
        <w:t>özveriyle</w:t>
      </w:r>
      <w:r w:rsidRPr="00D271D9">
        <w:rPr>
          <w:rFonts w:ascii="Aptos" w:hAnsi="Aptos"/>
        </w:rPr>
        <w:t xml:space="preserve"> ona can vermektir evlat." dedi. Emre günlerce uğraşarak o ceviz parçasından sokak kuşları için minik bir su kabı oydu. Havalar soğuyup ilk kar taneleri düştüğünde, ağaç dalına astığı o küçük kap minik serçelerle dolup taştı. Emre, sabırla gösterilen emeğin dünyayı nasıl güzelleştirdiğini o gün yüreğinde hissetti.</w:t>
      </w:r>
    </w:p>
    <w:p w14:paraId="2F920940" w14:textId="77777777" w:rsidR="00BB2B84" w:rsidRPr="00D271D9" w:rsidRDefault="00000000">
      <w:pPr>
        <w:spacing w:before="80" w:after="20"/>
      </w:pPr>
      <w:r w:rsidRPr="00D271D9">
        <w:rPr>
          <w:rFonts w:ascii="Aptos" w:hAnsi="Aptos"/>
          <w:b/>
        </w:rPr>
        <w:t xml:space="preserve">SORU 1: </w:t>
      </w:r>
      <w:r w:rsidRPr="00D271D9">
        <w:rPr>
          <w:rFonts w:ascii="Aptos" w:hAnsi="Aptos"/>
        </w:rPr>
        <w:t>(Kazanım: T.O.5.5. Metinde geçen anlamını bilmediği söz varlığı unsurlarının anlamını tahmin edebilme.) (15 Puan)</w:t>
      </w:r>
    </w:p>
    <w:p w14:paraId="1079B604" w14:textId="77777777" w:rsidR="00BB2B84" w:rsidRPr="00D271D9" w:rsidRDefault="00000000">
      <w:pPr>
        <w:spacing w:after="40"/>
      </w:pPr>
      <w:r w:rsidRPr="00D271D9">
        <w:rPr>
          <w:rFonts w:ascii="Aptos" w:hAnsi="Aptos"/>
          <w:b/>
        </w:rPr>
        <w:t xml:space="preserve">Metinde koyu yazılmış </w:t>
      </w:r>
      <w:r w:rsidRPr="00D271D9">
        <w:rPr>
          <w:rFonts w:ascii="Aptos" w:hAnsi="Aptos"/>
          <w:b/>
          <w:i/>
          <w:iCs/>
        </w:rPr>
        <w:t>"özveriyle"</w:t>
      </w:r>
      <w:r w:rsidRPr="00D271D9">
        <w:rPr>
          <w:rFonts w:ascii="Aptos" w:hAnsi="Aptos"/>
          <w:b/>
        </w:rPr>
        <w:t xml:space="preserve"> sözcüğünün anlamını cümlenin gelişinden (bağlamından) hareketle tahmin edip yazınız. Tahmininizi destekleyen bir cümlede kullanınız.</w:t>
      </w:r>
    </w:p>
    <w:p w14:paraId="28488229" w14:textId="77777777" w:rsidR="00BB2B84" w:rsidRPr="00D271D9" w:rsidRDefault="00BB2B84">
      <w:pPr>
        <w:spacing w:after="120"/>
      </w:pPr>
    </w:p>
    <w:p w14:paraId="00B6160C" w14:textId="77777777" w:rsidR="00BB2B84" w:rsidRPr="00D271D9" w:rsidRDefault="00BB2B84">
      <w:pPr>
        <w:spacing w:after="120"/>
      </w:pPr>
    </w:p>
    <w:p w14:paraId="6392C543" w14:textId="77777777" w:rsidR="008C3ED5" w:rsidRPr="00D271D9" w:rsidRDefault="008C3ED5">
      <w:pPr>
        <w:spacing w:after="120"/>
      </w:pPr>
    </w:p>
    <w:p w14:paraId="647871D8" w14:textId="77777777" w:rsidR="00BB2B84" w:rsidRPr="00D271D9" w:rsidRDefault="00000000">
      <w:pPr>
        <w:spacing w:before="40" w:after="20"/>
      </w:pPr>
      <w:r w:rsidRPr="00D271D9">
        <w:rPr>
          <w:rFonts w:ascii="Aptos" w:hAnsi="Aptos"/>
          <w:b/>
        </w:rPr>
        <w:t xml:space="preserve">SORU 2: </w:t>
      </w:r>
      <w:r w:rsidRPr="00D271D9">
        <w:rPr>
          <w:rFonts w:ascii="Aptos" w:hAnsi="Aptos"/>
        </w:rPr>
        <w:t>(Kazanım: T.O.5.6. Metnin yüzey anlamını belirleyebilme.) (15 Puan)</w:t>
      </w:r>
    </w:p>
    <w:p w14:paraId="7BB4611B" w14:textId="77777777" w:rsidR="00BB2B84" w:rsidRPr="00D271D9" w:rsidRDefault="00000000">
      <w:pPr>
        <w:spacing w:after="40"/>
      </w:pPr>
      <w:r w:rsidRPr="00D271D9">
        <w:rPr>
          <w:rFonts w:ascii="Aptos" w:hAnsi="Aptos"/>
          <w:b/>
        </w:rPr>
        <w:t>Dedesinin verdiği ceviz kütüğünden Emre ne yapmıştır ve bu yaptığı şey soğuk kış gününde nasıl bir işe yaramıştır? Metne göre açıklayınız.</w:t>
      </w:r>
    </w:p>
    <w:p w14:paraId="51FE34DB" w14:textId="77777777" w:rsidR="00BB2B84" w:rsidRPr="00D271D9" w:rsidRDefault="00BB2B84">
      <w:pPr>
        <w:spacing w:after="120"/>
      </w:pPr>
    </w:p>
    <w:p w14:paraId="12882634" w14:textId="77777777" w:rsidR="008C3ED5" w:rsidRPr="00D271D9" w:rsidRDefault="008C3ED5">
      <w:pPr>
        <w:spacing w:after="120"/>
      </w:pPr>
    </w:p>
    <w:p w14:paraId="67C43D5A" w14:textId="77777777" w:rsidR="008C3ED5" w:rsidRPr="00D271D9" w:rsidRDefault="008C3ED5">
      <w:pPr>
        <w:spacing w:after="120"/>
      </w:pPr>
    </w:p>
    <w:p w14:paraId="203E8CB4" w14:textId="77777777" w:rsidR="00BB2B84" w:rsidRPr="00D271D9" w:rsidRDefault="00BB2B84">
      <w:pPr>
        <w:spacing w:after="120"/>
      </w:pPr>
    </w:p>
    <w:p w14:paraId="1AA89263" w14:textId="77777777" w:rsidR="00BB2B84" w:rsidRPr="00D271D9" w:rsidRDefault="00000000">
      <w:pPr>
        <w:spacing w:before="40" w:after="20"/>
      </w:pPr>
      <w:r w:rsidRPr="00D271D9">
        <w:rPr>
          <w:rFonts w:ascii="Aptos" w:hAnsi="Aptos"/>
          <w:b/>
        </w:rPr>
        <w:t xml:space="preserve">SORU 3: </w:t>
      </w:r>
      <w:r w:rsidRPr="00D271D9">
        <w:rPr>
          <w:rFonts w:ascii="Aptos" w:hAnsi="Aptos"/>
        </w:rPr>
        <w:t>(Kazanım: T.O.5.15. Metnin anahtar kelimelerini belirlemeye yönelik çözümleme yapabilme.) (15 Puan)</w:t>
      </w:r>
    </w:p>
    <w:p w14:paraId="50048DE5" w14:textId="77777777" w:rsidR="00BB2B84" w:rsidRPr="00D271D9" w:rsidRDefault="00000000">
      <w:pPr>
        <w:spacing w:after="40"/>
      </w:pPr>
      <w:r w:rsidRPr="00D271D9">
        <w:rPr>
          <w:rFonts w:ascii="Aptos" w:hAnsi="Aptos"/>
          <w:b/>
        </w:rPr>
        <w:t>Okuduğunuz metnin konusunu en iyi yansıtan üç anahtar kelimeyi belirleyerek aşağıya yazınız.</w:t>
      </w:r>
    </w:p>
    <w:p w14:paraId="59C4714B" w14:textId="77777777" w:rsidR="00BB2B84" w:rsidRPr="00D271D9" w:rsidRDefault="00BB2B84">
      <w:pPr>
        <w:spacing w:after="120"/>
      </w:pPr>
    </w:p>
    <w:p w14:paraId="47BFF26D" w14:textId="77777777" w:rsidR="008C3ED5" w:rsidRPr="00D271D9" w:rsidRDefault="008C3ED5">
      <w:pPr>
        <w:spacing w:after="120"/>
      </w:pPr>
    </w:p>
    <w:p w14:paraId="5B9805BC" w14:textId="77777777" w:rsidR="008C3ED5" w:rsidRPr="00D271D9" w:rsidRDefault="008C3ED5">
      <w:pPr>
        <w:spacing w:after="120"/>
      </w:pPr>
    </w:p>
    <w:p w14:paraId="7442C4D8" w14:textId="77777777" w:rsidR="008C3ED5" w:rsidRPr="00D271D9" w:rsidRDefault="008C3ED5">
      <w:pPr>
        <w:spacing w:after="120"/>
      </w:pPr>
    </w:p>
    <w:p w14:paraId="059323C9" w14:textId="77777777" w:rsidR="008C3ED5" w:rsidRPr="00D271D9" w:rsidRDefault="008C3ED5">
      <w:pPr>
        <w:spacing w:after="120"/>
      </w:pPr>
    </w:p>
    <w:p w14:paraId="75DB206A" w14:textId="77777777" w:rsidR="008C3ED5" w:rsidRPr="00D271D9" w:rsidRDefault="008C3ED5">
      <w:pPr>
        <w:spacing w:after="120"/>
      </w:pPr>
    </w:p>
    <w:p w14:paraId="6C68A2AD" w14:textId="77777777" w:rsidR="008C3ED5" w:rsidRPr="00D271D9" w:rsidRDefault="008C3ED5">
      <w:pPr>
        <w:spacing w:after="120"/>
      </w:pPr>
    </w:p>
    <w:p w14:paraId="762B88A1" w14:textId="77777777" w:rsidR="008C3ED5" w:rsidRPr="00D271D9" w:rsidRDefault="008C3ED5">
      <w:pPr>
        <w:spacing w:after="120"/>
      </w:pPr>
    </w:p>
    <w:p w14:paraId="5BF7371F" w14:textId="77777777" w:rsidR="008C3ED5" w:rsidRPr="00D271D9" w:rsidRDefault="008C3ED5">
      <w:pPr>
        <w:spacing w:after="120"/>
      </w:pPr>
    </w:p>
    <w:p w14:paraId="4C3CFAA2" w14:textId="77777777" w:rsidR="008C3ED5" w:rsidRPr="00D271D9" w:rsidRDefault="008C3ED5">
      <w:pPr>
        <w:spacing w:after="120"/>
      </w:pPr>
    </w:p>
    <w:p w14:paraId="603B21B0" w14:textId="77777777" w:rsidR="00BB2B84" w:rsidRPr="00D271D9" w:rsidRDefault="00000000">
      <w:pPr>
        <w:spacing w:before="80" w:after="40"/>
      </w:pPr>
      <w:r>
        <w:rPr>
          <w:rFonts w:ascii="Aptos" w:hAnsi="Aptos"/>
          <w:b/>
        </w:rPr>
        <w:lastRenderedPageBreak/>
        <w:t>B. GÖRSEL OKUMA VE YAZMA ÇALIŞMASI</w:t>
      </w:r>
    </w:p>
    <w:p w14:paraId="578835CD" w14:textId="77777777" w:rsidR="00BB2B84" w:rsidRPr="00D271D9" w:rsidRDefault="00000000">
      <w:pPr>
        <w:spacing w:before="40" w:after="20"/>
      </w:pPr>
      <w:r w:rsidRPr="00D271D9">
        <w:rPr>
          <w:rFonts w:ascii="Aptos" w:hAnsi="Aptos"/>
          <w:b/>
        </w:rPr>
        <w:t xml:space="preserve">SORU 4: </w:t>
      </w:r>
      <w:r w:rsidRPr="00D271D9">
        <w:rPr>
          <w:rFonts w:ascii="Aptos" w:hAnsi="Aptos"/>
        </w:rPr>
        <w:t>(Kazanım: T.O.5.7. Görselle iletilen anlamı belirleyebilme.) (15 Puan)</w:t>
      </w:r>
    </w:p>
    <w:p w14:paraId="1F84E3A6" w14:textId="77777777" w:rsidR="00BB2B84" w:rsidRPr="00D271D9" w:rsidRDefault="00000000">
      <w:pPr>
        <w:spacing w:before="40" w:after="40"/>
        <w:jc w:val="center"/>
      </w:pPr>
      <w:r w:rsidRPr="00D271D9">
        <w:rPr>
          <w:noProof/>
        </w:rPr>
        <w:drawing>
          <wp:inline distT="0" distB="0" distL="0" distR="0" wp14:anchorId="1D33751F" wp14:editId="5FE32AB4">
            <wp:extent cx="4475747" cy="1918178"/>
            <wp:effectExtent l="0" t="0" r="127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ap_grafigi.png"/>
                    <pic:cNvPicPr/>
                  </pic:nvPicPr>
                  <pic:blipFill>
                    <a:blip r:embed="rId6"/>
                    <a:stretch>
                      <a:fillRect/>
                    </a:stretch>
                  </pic:blipFill>
                  <pic:spPr>
                    <a:xfrm>
                      <a:off x="0" y="0"/>
                      <a:ext cx="4522470" cy="1938202"/>
                    </a:xfrm>
                    <a:prstGeom prst="rect">
                      <a:avLst/>
                    </a:prstGeom>
                  </pic:spPr>
                </pic:pic>
              </a:graphicData>
            </a:graphic>
          </wp:inline>
        </w:drawing>
      </w:r>
    </w:p>
    <w:p w14:paraId="481E198B" w14:textId="77777777" w:rsidR="00BB2B84" w:rsidRPr="00D271D9" w:rsidRDefault="00000000">
      <w:pPr>
        <w:spacing w:before="40" w:after="40"/>
      </w:pPr>
      <w:r w:rsidRPr="00D271D9">
        <w:rPr>
          <w:rFonts w:ascii="Aptos" w:hAnsi="Aptos"/>
          <w:b/>
        </w:rPr>
        <w:t>Yukarıdaki grafikte bir okulun 5. sınıf öğrencilerinin bir yılda okuduğu kitap türleri ve öğrenci sayıları gösterilmiştir.</w:t>
      </w:r>
      <w:r w:rsidRPr="00D271D9">
        <w:rPr>
          <w:rFonts w:ascii="Aptos" w:hAnsi="Aptos"/>
          <w:b/>
        </w:rPr>
        <w:br/>
        <w:t>Grafiğe göre aşağıdaki soruları cevaplayınız:</w:t>
      </w:r>
      <w:r w:rsidRPr="00D271D9">
        <w:rPr>
          <w:rFonts w:ascii="Aptos" w:hAnsi="Aptos"/>
          <w:b/>
        </w:rPr>
        <w:br/>
        <w:t>a) En çok ve en az tercih edilen kitap türleri hangileridir? (8 Puan)</w:t>
      </w:r>
      <w:r w:rsidRPr="00D271D9">
        <w:rPr>
          <w:rFonts w:ascii="Aptos" w:hAnsi="Aptos"/>
          <w:b/>
        </w:rPr>
        <w:br/>
        <w:t>b) Masal &amp; Hikâye okuyan öğrenci sayısı, Bilim &amp; Keşif okuyanlardan kaç fazladır? (7 Puan)</w:t>
      </w:r>
    </w:p>
    <w:p w14:paraId="45C6B2DA" w14:textId="77777777" w:rsidR="00BB2B84" w:rsidRPr="00D271D9" w:rsidRDefault="00BB2B84">
      <w:pPr>
        <w:spacing w:after="120"/>
      </w:pPr>
    </w:p>
    <w:p w14:paraId="219A2F63" w14:textId="77777777" w:rsidR="000B707C" w:rsidRPr="00D271D9" w:rsidRDefault="000B707C">
      <w:pPr>
        <w:spacing w:after="120"/>
      </w:pPr>
    </w:p>
    <w:p w14:paraId="03C16975" w14:textId="77777777" w:rsidR="00BB2B84" w:rsidRPr="00D271D9" w:rsidRDefault="00000000">
      <w:pPr>
        <w:spacing w:before="40" w:after="20"/>
      </w:pPr>
      <w:r w:rsidRPr="00D271D9">
        <w:rPr>
          <w:rFonts w:ascii="Aptos" w:hAnsi="Aptos"/>
          <w:b/>
        </w:rPr>
        <w:t xml:space="preserve">SORU 5: </w:t>
      </w:r>
      <w:r w:rsidRPr="00D271D9">
        <w:rPr>
          <w:rFonts w:ascii="Aptos" w:hAnsi="Aptos"/>
        </w:rPr>
        <w:t>(Kazanım: T.O.5.7. Görselle iletilen anlamı belirleyebilme.) (20 Puan)</w:t>
      </w:r>
    </w:p>
    <w:p w14:paraId="2DF74FBF" w14:textId="18570262" w:rsidR="00BB2B84" w:rsidRPr="00D271D9" w:rsidRDefault="00000000">
      <w:pPr>
        <w:spacing w:after="40"/>
      </w:pPr>
      <w:r w:rsidRPr="00D271D9">
        <w:rPr>
          <w:rFonts w:ascii="Aptos" w:hAnsi="Aptos"/>
          <w:b/>
        </w:rPr>
        <w:t xml:space="preserve">Aşağıdaki </w:t>
      </w:r>
      <w:proofErr w:type="spellStart"/>
      <w:r w:rsidRPr="00D271D9">
        <w:rPr>
          <w:rFonts w:ascii="Aptos" w:hAnsi="Aptos"/>
          <w:b/>
        </w:rPr>
        <w:t>afişte</w:t>
      </w:r>
      <w:proofErr w:type="spellEnd"/>
      <w:r w:rsidRPr="00D271D9">
        <w:rPr>
          <w:rFonts w:ascii="Aptos" w:hAnsi="Aptos"/>
          <w:b/>
        </w:rPr>
        <w:t xml:space="preserve"> </w:t>
      </w:r>
      <w:proofErr w:type="spellStart"/>
      <w:r w:rsidRPr="00D271D9">
        <w:rPr>
          <w:rFonts w:ascii="Aptos" w:hAnsi="Aptos"/>
          <w:b/>
        </w:rPr>
        <w:t>yer</w:t>
      </w:r>
      <w:proofErr w:type="spellEnd"/>
      <w:r w:rsidRPr="00D271D9">
        <w:rPr>
          <w:rFonts w:ascii="Aptos" w:hAnsi="Aptos"/>
          <w:b/>
        </w:rPr>
        <w:t xml:space="preserve"> </w:t>
      </w:r>
      <w:proofErr w:type="spellStart"/>
      <w:r w:rsidRPr="00D271D9">
        <w:rPr>
          <w:rFonts w:ascii="Aptos" w:hAnsi="Aptos"/>
          <w:b/>
        </w:rPr>
        <w:t>alan</w:t>
      </w:r>
      <w:proofErr w:type="spellEnd"/>
      <w:r w:rsidRPr="00D271D9">
        <w:rPr>
          <w:rFonts w:ascii="Aptos" w:hAnsi="Aptos"/>
          <w:b/>
        </w:rPr>
        <w:t xml:space="preserve"> </w:t>
      </w:r>
      <w:proofErr w:type="spellStart"/>
      <w:r w:rsidRPr="00D271D9">
        <w:rPr>
          <w:rFonts w:ascii="Aptos" w:hAnsi="Aptos"/>
          <w:b/>
        </w:rPr>
        <w:t>görsel</w:t>
      </w:r>
      <w:proofErr w:type="spellEnd"/>
      <w:r w:rsidRPr="00D271D9">
        <w:rPr>
          <w:rFonts w:ascii="Aptos" w:hAnsi="Aptos"/>
          <w:b/>
        </w:rPr>
        <w:t xml:space="preserve"> </w:t>
      </w:r>
      <w:proofErr w:type="spellStart"/>
      <w:r w:rsidRPr="00D271D9">
        <w:rPr>
          <w:rFonts w:ascii="Aptos" w:hAnsi="Aptos"/>
          <w:b/>
        </w:rPr>
        <w:t>inceleyiniz</w:t>
      </w:r>
      <w:proofErr w:type="spellEnd"/>
      <w:r w:rsidRPr="00D271D9">
        <w:rPr>
          <w:rFonts w:ascii="Aptos" w:hAnsi="Aptos"/>
          <w:b/>
        </w:rPr>
        <w:t>:</w:t>
      </w:r>
    </w:p>
    <w:p w14:paraId="3D1FD393" w14:textId="6D7E87BF" w:rsidR="008C3ED5" w:rsidRPr="00D271D9" w:rsidRDefault="000B707C">
      <w:pPr>
        <w:spacing w:before="40" w:after="40"/>
        <w:rPr>
          <w:rFonts w:ascii="Aptos" w:hAnsi="Aptos"/>
          <w:b/>
        </w:rPr>
      </w:pPr>
      <w:r w:rsidRPr="00D271D9">
        <w:rPr>
          <w:rFonts w:ascii="Aptos" w:hAnsi="Aptos"/>
          <w:b/>
          <w:noProof/>
        </w:rPr>
        <w:drawing>
          <wp:inline distT="0" distB="0" distL="0" distR="0" wp14:anchorId="3AC8F020" wp14:editId="205065F5">
            <wp:extent cx="6193828" cy="1499937"/>
            <wp:effectExtent l="0" t="0" r="0" b="508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
                      <a:extLst>
                        <a:ext uri="{28A0092B-C50C-407E-A947-70E740481C1C}">
                          <a14:useLocalDpi xmlns:a14="http://schemas.microsoft.com/office/drawing/2010/main" val="0"/>
                        </a:ext>
                      </a:extLst>
                    </a:blip>
                    <a:srcRect t="4445" b="3529"/>
                    <a:stretch/>
                  </pic:blipFill>
                  <pic:spPr bwMode="auto">
                    <a:xfrm>
                      <a:off x="0" y="0"/>
                      <a:ext cx="6231209" cy="1508989"/>
                    </a:xfrm>
                    <a:prstGeom prst="rect">
                      <a:avLst/>
                    </a:prstGeom>
                    <a:noFill/>
                    <a:ln>
                      <a:noFill/>
                    </a:ln>
                    <a:extLst>
                      <a:ext uri="{53640926-AAD7-44D8-BBD7-CCE9431645EC}">
                        <a14:shadowObscured xmlns:a14="http://schemas.microsoft.com/office/drawing/2010/main"/>
                      </a:ext>
                    </a:extLst>
                  </pic:spPr>
                </pic:pic>
              </a:graphicData>
            </a:graphic>
          </wp:inline>
        </w:drawing>
      </w:r>
    </w:p>
    <w:p w14:paraId="3052F4E5" w14:textId="6E729736" w:rsidR="00BB2B84" w:rsidRPr="00D271D9" w:rsidRDefault="00000000">
      <w:pPr>
        <w:spacing w:before="40" w:after="40"/>
      </w:pPr>
      <w:r w:rsidRPr="00D271D9">
        <w:rPr>
          <w:rFonts w:ascii="Aptos" w:hAnsi="Aptos"/>
          <w:b/>
        </w:rPr>
        <w:t xml:space="preserve">Bu </w:t>
      </w:r>
      <w:proofErr w:type="spellStart"/>
      <w:r w:rsidRPr="00D271D9">
        <w:rPr>
          <w:rFonts w:ascii="Aptos" w:hAnsi="Aptos"/>
          <w:b/>
        </w:rPr>
        <w:t>afişte</w:t>
      </w:r>
      <w:proofErr w:type="spellEnd"/>
      <w:r w:rsidRPr="00D271D9">
        <w:rPr>
          <w:rFonts w:ascii="Aptos" w:hAnsi="Aptos"/>
          <w:b/>
        </w:rPr>
        <w:t xml:space="preserve"> </w:t>
      </w:r>
      <w:proofErr w:type="spellStart"/>
      <w:r w:rsidRPr="00D271D9">
        <w:rPr>
          <w:rFonts w:ascii="Aptos" w:hAnsi="Aptos"/>
          <w:b/>
        </w:rPr>
        <w:t>iletilmek</w:t>
      </w:r>
      <w:proofErr w:type="spellEnd"/>
      <w:r w:rsidRPr="00D271D9">
        <w:rPr>
          <w:rFonts w:ascii="Aptos" w:hAnsi="Aptos"/>
          <w:b/>
        </w:rPr>
        <w:t xml:space="preserve"> </w:t>
      </w:r>
      <w:proofErr w:type="spellStart"/>
      <w:r w:rsidRPr="00D271D9">
        <w:rPr>
          <w:rFonts w:ascii="Aptos" w:hAnsi="Aptos"/>
          <w:b/>
        </w:rPr>
        <w:t>istenen</w:t>
      </w:r>
      <w:proofErr w:type="spellEnd"/>
      <w:r w:rsidRPr="00D271D9">
        <w:rPr>
          <w:rFonts w:ascii="Aptos" w:hAnsi="Aptos"/>
          <w:b/>
        </w:rPr>
        <w:t xml:space="preserve"> </w:t>
      </w:r>
      <w:proofErr w:type="spellStart"/>
      <w:r w:rsidRPr="00D271D9">
        <w:rPr>
          <w:rFonts w:ascii="Aptos" w:hAnsi="Aptos"/>
          <w:b/>
        </w:rPr>
        <w:t>temel</w:t>
      </w:r>
      <w:proofErr w:type="spellEnd"/>
      <w:r w:rsidRPr="00D271D9">
        <w:rPr>
          <w:rFonts w:ascii="Aptos" w:hAnsi="Aptos"/>
          <w:b/>
        </w:rPr>
        <w:t xml:space="preserve"> mesajı ve insanların hangi konuda uyarılmak istendiğini iki cümleyle açıklayınız.</w:t>
      </w:r>
    </w:p>
    <w:p w14:paraId="7989CD3B" w14:textId="77777777" w:rsidR="00BB2B84" w:rsidRPr="00D271D9" w:rsidRDefault="00BB2B84">
      <w:pPr>
        <w:spacing w:after="120"/>
      </w:pPr>
    </w:p>
    <w:p w14:paraId="52E2E4F6" w14:textId="77777777" w:rsidR="000B707C" w:rsidRPr="00D271D9" w:rsidRDefault="000B707C">
      <w:pPr>
        <w:spacing w:after="120"/>
      </w:pPr>
    </w:p>
    <w:p w14:paraId="36933AAF" w14:textId="77777777" w:rsidR="00BB2B84" w:rsidRPr="00D271D9" w:rsidRDefault="00BB2B84">
      <w:pPr>
        <w:spacing w:after="120"/>
      </w:pPr>
    </w:p>
    <w:p w14:paraId="493F14EE" w14:textId="77777777" w:rsidR="00BB2B84" w:rsidRPr="00D271D9" w:rsidRDefault="00000000">
      <w:pPr>
        <w:spacing w:before="80" w:after="40"/>
      </w:pPr>
      <w:r w:rsidRPr="00D271D9">
        <w:rPr>
          <w:rFonts w:ascii="Aptos" w:hAnsi="Aptos"/>
          <w:b/>
        </w:rPr>
        <w:t>C. YAZIM VE NOKTALAMA ÇALIŞMASI</w:t>
      </w:r>
    </w:p>
    <w:p w14:paraId="1412C1A2" w14:textId="77777777" w:rsidR="00BB2B84" w:rsidRPr="00D271D9" w:rsidRDefault="00000000">
      <w:pPr>
        <w:spacing w:before="40" w:after="20"/>
      </w:pPr>
      <w:r w:rsidRPr="00D271D9">
        <w:rPr>
          <w:rFonts w:ascii="Aptos" w:hAnsi="Aptos"/>
          <w:b/>
        </w:rPr>
        <w:t xml:space="preserve">SORU 6: </w:t>
      </w:r>
      <w:r w:rsidRPr="00D271D9">
        <w:rPr>
          <w:rFonts w:ascii="Aptos" w:hAnsi="Aptos"/>
        </w:rPr>
        <w:t>(Kazanım: T.Y.5.16. Yazım ve noktalama işaretleriyle ilgili kuralları uygulayabilme.) (20 Puan)</w:t>
      </w:r>
    </w:p>
    <w:p w14:paraId="2E9B2F28" w14:textId="77777777" w:rsidR="00BB2B84" w:rsidRPr="00D271D9" w:rsidRDefault="00000000">
      <w:pPr>
        <w:spacing w:after="40"/>
        <w:rPr>
          <w:rFonts w:ascii="Aptos" w:hAnsi="Aptos"/>
        </w:rPr>
      </w:pPr>
      <w:r w:rsidRPr="00D271D9">
        <w:rPr>
          <w:rFonts w:ascii="Aptos" w:hAnsi="Aptos"/>
          <w:b/>
        </w:rPr>
        <w:t xml:space="preserve">a) Aşağıdaki cümlede yay ayraçların </w:t>
      </w:r>
      <w:proofErr w:type="gramStart"/>
      <w:r w:rsidRPr="00D271D9">
        <w:rPr>
          <w:rFonts w:ascii="Aptos" w:hAnsi="Aptos"/>
          <w:b/>
        </w:rPr>
        <w:t>( )</w:t>
      </w:r>
      <w:proofErr w:type="gramEnd"/>
      <w:r w:rsidRPr="00D271D9">
        <w:rPr>
          <w:rFonts w:ascii="Aptos" w:hAnsi="Aptos"/>
          <w:b/>
        </w:rPr>
        <w:t xml:space="preserve"> içine uygun noktalama işaretlerini yerleştiriniz. (10 Puan)</w:t>
      </w:r>
      <w:r w:rsidRPr="00D271D9">
        <w:rPr>
          <w:rFonts w:ascii="Aptos" w:hAnsi="Aptos"/>
          <w:b/>
        </w:rPr>
        <w:br/>
      </w:r>
      <w:r w:rsidRPr="00D271D9">
        <w:rPr>
          <w:rFonts w:ascii="Aptos" w:hAnsi="Aptos"/>
        </w:rPr>
        <w:t xml:space="preserve">Emre heyecanla </w:t>
      </w:r>
      <w:proofErr w:type="gramStart"/>
      <w:r w:rsidRPr="00D271D9">
        <w:rPr>
          <w:rFonts w:ascii="Aptos" w:hAnsi="Aptos"/>
        </w:rPr>
        <w:t xml:space="preserve">(  </w:t>
      </w:r>
      <w:proofErr w:type="gramEnd"/>
      <w:r w:rsidRPr="00D271D9">
        <w:rPr>
          <w:rFonts w:ascii="Aptos" w:hAnsi="Aptos"/>
        </w:rPr>
        <w:t xml:space="preserve"> ) Dedeciğim (   ) kuşlar yaptığım kaptan su içiyor (   ) diye bağırdı (   )</w:t>
      </w:r>
    </w:p>
    <w:p w14:paraId="214DB5E4" w14:textId="77777777" w:rsidR="000B707C" w:rsidRPr="00D271D9" w:rsidRDefault="000B707C">
      <w:pPr>
        <w:spacing w:after="40"/>
      </w:pPr>
    </w:p>
    <w:p w14:paraId="126CDA11" w14:textId="3E215980" w:rsidR="00BB2B84" w:rsidRPr="00D271D9" w:rsidRDefault="00000000">
      <w:pPr>
        <w:spacing w:before="40" w:after="40"/>
      </w:pPr>
      <w:r w:rsidRPr="00D271D9">
        <w:rPr>
          <w:rFonts w:ascii="Aptos" w:hAnsi="Aptos"/>
          <w:b/>
        </w:rPr>
        <w:t>b) Aşağıdaki cümlelerde yapılan yazım yanlışlarını bularak kelimelerin doğru hâllerini yazınız. (10 Puan)</w:t>
      </w:r>
      <w:r w:rsidRPr="00D271D9">
        <w:rPr>
          <w:rFonts w:ascii="Aptos" w:hAnsi="Aptos"/>
          <w:b/>
        </w:rPr>
        <w:br/>
      </w:r>
      <w:r w:rsidRPr="00D271D9">
        <w:rPr>
          <w:rFonts w:ascii="Aptos" w:hAnsi="Aptos"/>
        </w:rPr>
        <w:t>1. Emre'de dedesi gibi marangozluk mesleğini çok seviyor.  -&gt; Doğrusu: .....................................</w:t>
      </w:r>
      <w:r w:rsidRPr="00D271D9">
        <w:rPr>
          <w:rFonts w:ascii="Aptos" w:hAnsi="Aptos"/>
        </w:rPr>
        <w:br/>
        <w:t xml:space="preserve">2. 15 ekim pazartesi günü atölyeye yeni ahşaplar geldi.       </w:t>
      </w:r>
      <w:r w:rsidR="003B19B8">
        <w:rPr>
          <w:rFonts w:ascii="Aptos" w:hAnsi="Aptos"/>
        </w:rPr>
        <w:t xml:space="preserve">   </w:t>
      </w:r>
      <w:r w:rsidRPr="00D271D9">
        <w:rPr>
          <w:rFonts w:ascii="Aptos" w:hAnsi="Aptos"/>
        </w:rPr>
        <w:t xml:space="preserve">-&gt; </w:t>
      </w:r>
      <w:proofErr w:type="spellStart"/>
      <w:r w:rsidRPr="00D271D9">
        <w:rPr>
          <w:rFonts w:ascii="Aptos" w:hAnsi="Aptos"/>
        </w:rPr>
        <w:t>Doğrusu</w:t>
      </w:r>
      <w:proofErr w:type="spellEnd"/>
      <w:r w:rsidRPr="00D271D9">
        <w:rPr>
          <w:rFonts w:ascii="Aptos" w:hAnsi="Aptos"/>
        </w:rPr>
        <w:t>: .....................................</w:t>
      </w:r>
    </w:p>
    <w:p w14:paraId="711273A3" w14:textId="77777777" w:rsidR="00D271D9" w:rsidRDefault="00D271D9">
      <w:pPr>
        <w:spacing w:before="160" w:after="80"/>
        <w:jc w:val="right"/>
        <w:rPr>
          <w:rFonts w:ascii="Aptos" w:hAnsi="Aptos"/>
          <w:b/>
        </w:rPr>
      </w:pPr>
    </w:p>
    <w:p w14:paraId="62ECA92C" w14:textId="77777777" w:rsidR="00D271D9" w:rsidRPr="008C71C6" w:rsidRDefault="00D271D9" w:rsidP="00D271D9">
      <w:pPr>
        <w:pBdr>
          <w:top w:val="nil"/>
          <w:left w:val="nil"/>
          <w:bottom w:val="nil"/>
          <w:right w:val="nil"/>
          <w:between w:val="nil"/>
        </w:pBdr>
        <w:ind w:left="225" w:right="225"/>
        <w:jc w:val="right"/>
        <w:rPr>
          <w:rFonts w:ascii="Aptos" w:hAnsi="Aptos"/>
          <w:b/>
          <w:bCs/>
          <w:sz w:val="20"/>
          <w:szCs w:val="20"/>
          <w:shd w:val="clear" w:color="auto" w:fill="FAFAFA"/>
        </w:rPr>
      </w:pPr>
      <w:proofErr w:type="spellStart"/>
      <w:r w:rsidRPr="008C71C6">
        <w:rPr>
          <w:rFonts w:ascii="Aptos" w:hAnsi="Aptos"/>
          <w:b/>
          <w:bCs/>
          <w:sz w:val="20"/>
          <w:szCs w:val="20"/>
        </w:rPr>
        <w:t>Sınav</w:t>
      </w:r>
      <w:proofErr w:type="spellEnd"/>
      <w:r w:rsidRPr="008C71C6">
        <w:rPr>
          <w:rFonts w:ascii="Aptos" w:hAnsi="Aptos"/>
          <w:b/>
          <w:bCs/>
          <w:sz w:val="20"/>
          <w:szCs w:val="20"/>
        </w:rPr>
        <w:t xml:space="preserve"> </w:t>
      </w:r>
      <w:proofErr w:type="spellStart"/>
      <w:r w:rsidRPr="008C71C6">
        <w:rPr>
          <w:rFonts w:ascii="Aptos" w:hAnsi="Aptos"/>
          <w:b/>
          <w:bCs/>
          <w:sz w:val="20"/>
          <w:szCs w:val="20"/>
        </w:rPr>
        <w:t>Süresi</w:t>
      </w:r>
      <w:proofErr w:type="spellEnd"/>
      <w:r w:rsidRPr="008C71C6">
        <w:rPr>
          <w:rFonts w:ascii="Aptos" w:hAnsi="Aptos"/>
          <w:b/>
          <w:bCs/>
          <w:sz w:val="20"/>
          <w:szCs w:val="20"/>
        </w:rPr>
        <w:t xml:space="preserve">: 40 </w:t>
      </w:r>
      <w:proofErr w:type="spellStart"/>
      <w:r w:rsidRPr="008C71C6">
        <w:rPr>
          <w:rFonts w:ascii="Aptos" w:hAnsi="Aptos"/>
          <w:b/>
          <w:bCs/>
          <w:sz w:val="20"/>
          <w:szCs w:val="20"/>
        </w:rPr>
        <w:t>Dakikadır</w:t>
      </w:r>
      <w:proofErr w:type="spellEnd"/>
      <w:r w:rsidRPr="008C71C6">
        <w:rPr>
          <w:rFonts w:ascii="Aptos" w:hAnsi="Aptos"/>
          <w:b/>
          <w:bCs/>
          <w:sz w:val="20"/>
          <w:szCs w:val="20"/>
        </w:rPr>
        <w:t xml:space="preserve">. | </w:t>
      </w:r>
      <w:proofErr w:type="spellStart"/>
      <w:r w:rsidRPr="008C71C6">
        <w:rPr>
          <w:rFonts w:ascii="Aptos" w:hAnsi="Aptos"/>
          <w:b/>
          <w:bCs/>
          <w:sz w:val="20"/>
          <w:szCs w:val="20"/>
        </w:rPr>
        <w:t>Başarılar</w:t>
      </w:r>
      <w:proofErr w:type="spellEnd"/>
      <w:r w:rsidRPr="008C71C6">
        <w:rPr>
          <w:rFonts w:ascii="Aptos" w:hAnsi="Aptos"/>
          <w:b/>
          <w:bCs/>
          <w:sz w:val="20"/>
          <w:szCs w:val="20"/>
        </w:rPr>
        <w:t xml:space="preserve"> </w:t>
      </w:r>
      <w:proofErr w:type="spellStart"/>
      <w:r w:rsidRPr="008C71C6">
        <w:rPr>
          <w:rFonts w:ascii="Aptos" w:hAnsi="Aptos"/>
          <w:b/>
          <w:bCs/>
          <w:sz w:val="20"/>
          <w:szCs w:val="20"/>
        </w:rPr>
        <w:t>Dilerim</w:t>
      </w:r>
      <w:proofErr w:type="spellEnd"/>
      <w:r w:rsidRPr="008C71C6">
        <w:rPr>
          <w:rFonts w:ascii="Aptos" w:hAnsi="Aptos"/>
          <w:b/>
          <w:bCs/>
          <w:sz w:val="20"/>
          <w:szCs w:val="20"/>
        </w:rPr>
        <w:t>. KonuVakti.com | TestVakti.net</w:t>
      </w:r>
      <w:r>
        <w:rPr>
          <w:rFonts w:ascii="Aptos" w:hAnsi="Aptos"/>
          <w:b/>
          <w:bCs/>
          <w:sz w:val="20"/>
          <w:szCs w:val="20"/>
        </w:rPr>
        <w:t xml:space="preserve"> </w:t>
      </w:r>
      <w:r w:rsidRPr="008C71C6">
        <w:rPr>
          <w:rFonts w:ascii="Aptos" w:hAnsi="Aptos"/>
          <w:b/>
          <w:bCs/>
          <w:sz w:val="20"/>
          <w:szCs w:val="20"/>
        </w:rPr>
        <w:t>|</w:t>
      </w:r>
      <w:r>
        <w:rPr>
          <w:rFonts w:ascii="Aptos" w:hAnsi="Aptos"/>
          <w:b/>
          <w:bCs/>
          <w:sz w:val="20"/>
          <w:szCs w:val="20"/>
        </w:rPr>
        <w:t xml:space="preserve"> T</w:t>
      </w:r>
      <w:r w:rsidRPr="008112C7">
        <w:rPr>
          <w:rFonts w:ascii="Aptos" w:hAnsi="Aptos"/>
          <w:b/>
          <w:bCs/>
          <w:sz w:val="20"/>
          <w:szCs w:val="20"/>
        </w:rPr>
        <w:t>urkcetestvakti.com</w:t>
      </w:r>
    </w:p>
    <w:p w14:paraId="2C75F0B9" w14:textId="77777777" w:rsidR="00BB2B84" w:rsidRPr="00D271D9" w:rsidRDefault="00000000">
      <w:pPr>
        <w:spacing w:before="200" w:after="80"/>
        <w:jc w:val="center"/>
      </w:pPr>
      <w:r w:rsidRPr="00D271D9">
        <w:rPr>
          <w:rFonts w:ascii="Segoe UI Emoji" w:hAnsi="Segoe UI Emoji"/>
          <w:b/>
        </w:rPr>
        <w:lastRenderedPageBreak/>
        <w:t xml:space="preserve">🔑 </w:t>
      </w:r>
      <w:proofErr w:type="spellStart"/>
      <w:r w:rsidRPr="00D271D9">
        <w:rPr>
          <w:rFonts w:ascii="Aptos" w:hAnsi="Aptos"/>
          <w:b/>
        </w:rPr>
        <w:t>Öğretmenim</w:t>
      </w:r>
      <w:proofErr w:type="spellEnd"/>
      <w:r w:rsidRPr="00D271D9">
        <w:rPr>
          <w:rFonts w:ascii="Aptos" w:hAnsi="Aptos"/>
          <w:b/>
        </w:rPr>
        <w:t xml:space="preserve"> </w:t>
      </w:r>
      <w:proofErr w:type="spellStart"/>
      <w:r w:rsidRPr="00D271D9">
        <w:rPr>
          <w:rFonts w:ascii="Aptos" w:hAnsi="Aptos"/>
          <w:b/>
        </w:rPr>
        <w:t>İçin</w:t>
      </w:r>
      <w:proofErr w:type="spellEnd"/>
      <w:r w:rsidRPr="00D271D9">
        <w:rPr>
          <w:rFonts w:ascii="Aptos" w:hAnsi="Aptos"/>
          <w:b/>
        </w:rPr>
        <w:t xml:space="preserve"> Cevap </w:t>
      </w:r>
      <w:proofErr w:type="spellStart"/>
      <w:r w:rsidRPr="00D271D9">
        <w:rPr>
          <w:rFonts w:ascii="Aptos" w:hAnsi="Aptos"/>
          <w:b/>
        </w:rPr>
        <w:t>Anahtarı</w:t>
      </w:r>
      <w:proofErr w:type="spellEnd"/>
    </w:p>
    <w:p w14:paraId="43A0ADC4" w14:textId="77777777" w:rsidR="00BB2B84" w:rsidRPr="00D271D9" w:rsidRDefault="00000000" w:rsidP="008C3ED5">
      <w:pPr>
        <w:spacing w:before="40" w:after="40" w:line="360" w:lineRule="auto"/>
      </w:pPr>
      <w:r w:rsidRPr="00D271D9">
        <w:rPr>
          <w:rFonts w:ascii="Aptos" w:hAnsi="Aptos"/>
          <w:b/>
        </w:rPr>
        <w:t>1. Soru:</w:t>
      </w:r>
      <w:r w:rsidRPr="00D271D9">
        <w:rPr>
          <w:rFonts w:ascii="Aptos" w:hAnsi="Aptos"/>
        </w:rPr>
        <w:t xml:space="preserve"> "Özveriyle" sözcüğünün tahmini: Bir amaç uğruna veya bir başkası yararına kendi çıkarlarından vazgeçerek, fedakârlıkla, canla başla çalışarak. Cümle örneği: "Annem bizim için yıllarca özveriyle çalıştı." (Tahmin: 10 Puan, Cümle: 5 Puan)</w:t>
      </w:r>
    </w:p>
    <w:p w14:paraId="063719C3" w14:textId="77777777" w:rsidR="00BB2B84" w:rsidRPr="00D271D9" w:rsidRDefault="00000000" w:rsidP="008C3ED5">
      <w:pPr>
        <w:spacing w:before="40" w:after="40" w:line="360" w:lineRule="auto"/>
      </w:pPr>
      <w:r w:rsidRPr="00D271D9">
        <w:rPr>
          <w:rFonts w:ascii="Aptos" w:hAnsi="Aptos"/>
          <w:b/>
        </w:rPr>
        <w:t>2. Soru:</w:t>
      </w:r>
      <w:r w:rsidRPr="00D271D9">
        <w:rPr>
          <w:rFonts w:ascii="Aptos" w:hAnsi="Aptos"/>
        </w:rPr>
        <w:t xml:space="preserve"> Emre, dedesinin verdiği ceviz kütüğünden kuşlar için küçük bir su kabı oymuştur. Kış mevsiminde kar yağdığında ve sular donduğunda, serçeler bu kaba gelerek susuzluklarını gidermiş ve hayatta kalmıştır. (15 Puan)</w:t>
      </w:r>
    </w:p>
    <w:p w14:paraId="0AE4145A" w14:textId="77777777" w:rsidR="00BB2B84" w:rsidRPr="00D271D9" w:rsidRDefault="00000000" w:rsidP="008C3ED5">
      <w:pPr>
        <w:spacing w:before="40" w:after="40" w:line="360" w:lineRule="auto"/>
      </w:pPr>
      <w:r w:rsidRPr="00D271D9">
        <w:rPr>
          <w:rFonts w:ascii="Aptos" w:hAnsi="Aptos"/>
          <w:b/>
        </w:rPr>
        <w:t>3. Soru:</w:t>
      </w:r>
      <w:r w:rsidRPr="00D271D9">
        <w:rPr>
          <w:rFonts w:ascii="Aptos" w:hAnsi="Aptos"/>
        </w:rPr>
        <w:t xml:space="preserve"> Metnin anahtar kelimeleri: Ahşap/Marangoz, Emek/Sabır, Kuşlar/Yardımlaşma. (Her doğru kelime 5 puan; toplam 15 Puan)</w:t>
      </w:r>
    </w:p>
    <w:p w14:paraId="6AED713F" w14:textId="77777777" w:rsidR="00BB2B84" w:rsidRPr="00D271D9" w:rsidRDefault="00000000" w:rsidP="008C3ED5">
      <w:pPr>
        <w:spacing w:before="40" w:after="40" w:line="360" w:lineRule="auto"/>
      </w:pPr>
      <w:r w:rsidRPr="00D271D9">
        <w:rPr>
          <w:rFonts w:ascii="Aptos" w:hAnsi="Aptos"/>
          <w:b/>
        </w:rPr>
        <w:t>4. Soru:</w:t>
      </w:r>
      <w:r w:rsidRPr="00D271D9">
        <w:rPr>
          <w:rFonts w:ascii="Aptos" w:hAnsi="Aptos"/>
        </w:rPr>
        <w:t xml:space="preserve"> a) En çok okunan: Macera &amp; Gizem (95 öğrenci), En az okunan: Şiir (30 öğrenci). (8 Puan)</w:t>
      </w:r>
      <w:r w:rsidRPr="00D271D9">
        <w:rPr>
          <w:rFonts w:ascii="Aptos" w:hAnsi="Aptos"/>
        </w:rPr>
        <w:br/>
        <w:t>b) Masal &amp; Hikâye (85) - Bilim &amp; Keşif (60) = 25 öğrenci fazladır. (7 Puan)</w:t>
      </w:r>
    </w:p>
    <w:p w14:paraId="321E72B3" w14:textId="77777777" w:rsidR="00BB2B84" w:rsidRPr="00D271D9" w:rsidRDefault="00000000" w:rsidP="008C3ED5">
      <w:pPr>
        <w:spacing w:before="40" w:after="40" w:line="360" w:lineRule="auto"/>
      </w:pPr>
      <w:r w:rsidRPr="00D271D9">
        <w:rPr>
          <w:rFonts w:ascii="Aptos" w:hAnsi="Aptos"/>
          <w:b/>
        </w:rPr>
        <w:t>5. Soru:</w:t>
      </w:r>
      <w:r w:rsidRPr="00D271D9">
        <w:rPr>
          <w:rFonts w:ascii="Aptos" w:hAnsi="Aptos"/>
        </w:rPr>
        <w:t xml:space="preserve"> Afişte suyun hayat kaynağı olduğu ve sınırsız olmadığı vurgulanmaktadır. İnsanlar, su tasarrufu yapmaları ve suyu israf etmekten kaçınmaları konusunda uyarılmaktadır. (Açıklama: 20 Puan)</w:t>
      </w:r>
    </w:p>
    <w:p w14:paraId="55231DC2" w14:textId="77777777" w:rsidR="00BB2B84" w:rsidRPr="00D271D9" w:rsidRDefault="00000000" w:rsidP="008C3ED5">
      <w:pPr>
        <w:spacing w:before="40" w:after="40" w:line="360" w:lineRule="auto"/>
      </w:pPr>
      <w:r w:rsidRPr="00D271D9">
        <w:rPr>
          <w:rFonts w:ascii="Aptos" w:hAnsi="Aptos"/>
          <w:b/>
        </w:rPr>
        <w:t>6. Soru:</w:t>
      </w:r>
      <w:r w:rsidRPr="00D271D9">
        <w:rPr>
          <w:rFonts w:ascii="Aptos" w:hAnsi="Aptos"/>
        </w:rPr>
        <w:t xml:space="preserve"> a) Noktalama: Emre heyecanla </w:t>
      </w:r>
      <w:proofErr w:type="gramStart"/>
      <w:r w:rsidRPr="00D271D9">
        <w:rPr>
          <w:rFonts w:ascii="Aptos" w:hAnsi="Aptos"/>
        </w:rPr>
        <w:t>( :</w:t>
      </w:r>
      <w:proofErr w:type="gramEnd"/>
      <w:r w:rsidRPr="00D271D9">
        <w:rPr>
          <w:rFonts w:ascii="Aptos" w:hAnsi="Aptos"/>
        </w:rPr>
        <w:t xml:space="preserve"> ) ( “ ) Dedeciğim ( , ) kuşlar yaptığım kaptan su içiyor ( ! / . ) </w:t>
      </w:r>
      <w:proofErr w:type="gramStart"/>
      <w:r w:rsidRPr="00D271D9">
        <w:rPr>
          <w:rFonts w:ascii="Aptos" w:hAnsi="Aptos"/>
        </w:rPr>
        <w:t>( ”</w:t>
      </w:r>
      <w:proofErr w:type="gramEnd"/>
      <w:r w:rsidRPr="00D271D9">
        <w:rPr>
          <w:rFonts w:ascii="Aptos" w:hAnsi="Aptos"/>
        </w:rPr>
        <w:t xml:space="preserve"> ) diye bağırdı ( . ) [Veya: Emre heyecanla: "Dedeciğim, kuşlar yaptığım kaptan su içiyor!" diye bağırdı.] (10 Puan)</w:t>
      </w:r>
      <w:r w:rsidRPr="00D271D9">
        <w:rPr>
          <w:rFonts w:ascii="Aptos" w:hAnsi="Aptos"/>
        </w:rPr>
        <w:br/>
        <w:t>b) Yazım Yanlışı: 1. "Emre'de" değil, bağlaç olan da/de ayrı yazılmalıdır: "Emre de" (5 Puan)</w:t>
      </w:r>
      <w:r w:rsidRPr="00D271D9">
        <w:rPr>
          <w:rFonts w:ascii="Aptos" w:hAnsi="Aptos"/>
        </w:rPr>
        <w:br/>
        <w:t>2. Belirli bir tarih bildirildiği için ay ve gün adları büyük harfle başlamalıdır: "15 Ekim Pazartesi" (5 Puan)</w:t>
      </w:r>
    </w:p>
    <w:p w14:paraId="0DB48312" w14:textId="77777777" w:rsidR="00D271D9" w:rsidRPr="008C71C6" w:rsidRDefault="00D271D9" w:rsidP="00D271D9">
      <w:pPr>
        <w:pBdr>
          <w:top w:val="nil"/>
          <w:left w:val="nil"/>
          <w:bottom w:val="nil"/>
          <w:right w:val="nil"/>
          <w:between w:val="nil"/>
        </w:pBdr>
        <w:ind w:left="225" w:right="225"/>
        <w:jc w:val="right"/>
        <w:rPr>
          <w:rFonts w:ascii="Aptos" w:hAnsi="Aptos"/>
          <w:b/>
          <w:bCs/>
          <w:sz w:val="20"/>
          <w:szCs w:val="20"/>
          <w:shd w:val="clear" w:color="auto" w:fill="FAFAFA"/>
        </w:rPr>
      </w:pPr>
      <w:proofErr w:type="spellStart"/>
      <w:r w:rsidRPr="008C71C6">
        <w:rPr>
          <w:rFonts w:ascii="Aptos" w:hAnsi="Aptos"/>
          <w:b/>
          <w:bCs/>
          <w:sz w:val="20"/>
          <w:szCs w:val="20"/>
        </w:rPr>
        <w:t>Sınav</w:t>
      </w:r>
      <w:proofErr w:type="spellEnd"/>
      <w:r w:rsidRPr="008C71C6">
        <w:rPr>
          <w:rFonts w:ascii="Aptos" w:hAnsi="Aptos"/>
          <w:b/>
          <w:bCs/>
          <w:sz w:val="20"/>
          <w:szCs w:val="20"/>
        </w:rPr>
        <w:t xml:space="preserve"> </w:t>
      </w:r>
      <w:proofErr w:type="spellStart"/>
      <w:r w:rsidRPr="008C71C6">
        <w:rPr>
          <w:rFonts w:ascii="Aptos" w:hAnsi="Aptos"/>
          <w:b/>
          <w:bCs/>
          <w:sz w:val="20"/>
          <w:szCs w:val="20"/>
        </w:rPr>
        <w:t>Süresi</w:t>
      </w:r>
      <w:proofErr w:type="spellEnd"/>
      <w:r w:rsidRPr="008C71C6">
        <w:rPr>
          <w:rFonts w:ascii="Aptos" w:hAnsi="Aptos"/>
          <w:b/>
          <w:bCs/>
          <w:sz w:val="20"/>
          <w:szCs w:val="20"/>
        </w:rPr>
        <w:t xml:space="preserve">: 40 </w:t>
      </w:r>
      <w:proofErr w:type="spellStart"/>
      <w:r w:rsidRPr="008C71C6">
        <w:rPr>
          <w:rFonts w:ascii="Aptos" w:hAnsi="Aptos"/>
          <w:b/>
          <w:bCs/>
          <w:sz w:val="20"/>
          <w:szCs w:val="20"/>
        </w:rPr>
        <w:t>Dakikadır</w:t>
      </w:r>
      <w:proofErr w:type="spellEnd"/>
      <w:r w:rsidRPr="008C71C6">
        <w:rPr>
          <w:rFonts w:ascii="Aptos" w:hAnsi="Aptos"/>
          <w:b/>
          <w:bCs/>
          <w:sz w:val="20"/>
          <w:szCs w:val="20"/>
        </w:rPr>
        <w:t xml:space="preserve">. | </w:t>
      </w:r>
      <w:proofErr w:type="spellStart"/>
      <w:r w:rsidRPr="008C71C6">
        <w:rPr>
          <w:rFonts w:ascii="Aptos" w:hAnsi="Aptos"/>
          <w:b/>
          <w:bCs/>
          <w:sz w:val="20"/>
          <w:szCs w:val="20"/>
        </w:rPr>
        <w:t>Başarılar</w:t>
      </w:r>
      <w:proofErr w:type="spellEnd"/>
      <w:r w:rsidRPr="008C71C6">
        <w:rPr>
          <w:rFonts w:ascii="Aptos" w:hAnsi="Aptos"/>
          <w:b/>
          <w:bCs/>
          <w:sz w:val="20"/>
          <w:szCs w:val="20"/>
        </w:rPr>
        <w:t xml:space="preserve"> </w:t>
      </w:r>
      <w:proofErr w:type="spellStart"/>
      <w:r w:rsidRPr="008C71C6">
        <w:rPr>
          <w:rFonts w:ascii="Aptos" w:hAnsi="Aptos"/>
          <w:b/>
          <w:bCs/>
          <w:sz w:val="20"/>
          <w:szCs w:val="20"/>
        </w:rPr>
        <w:t>Dilerim</w:t>
      </w:r>
      <w:proofErr w:type="spellEnd"/>
      <w:r w:rsidRPr="008C71C6">
        <w:rPr>
          <w:rFonts w:ascii="Aptos" w:hAnsi="Aptos"/>
          <w:b/>
          <w:bCs/>
          <w:sz w:val="20"/>
          <w:szCs w:val="20"/>
        </w:rPr>
        <w:t>. KonuVakti.com | TestVakti.net</w:t>
      </w:r>
      <w:r>
        <w:rPr>
          <w:rFonts w:ascii="Aptos" w:hAnsi="Aptos"/>
          <w:b/>
          <w:bCs/>
          <w:sz w:val="20"/>
          <w:szCs w:val="20"/>
        </w:rPr>
        <w:t xml:space="preserve"> </w:t>
      </w:r>
      <w:r w:rsidRPr="008C71C6">
        <w:rPr>
          <w:rFonts w:ascii="Aptos" w:hAnsi="Aptos"/>
          <w:b/>
          <w:bCs/>
          <w:sz w:val="20"/>
          <w:szCs w:val="20"/>
        </w:rPr>
        <w:t>|</w:t>
      </w:r>
      <w:r>
        <w:rPr>
          <w:rFonts w:ascii="Aptos" w:hAnsi="Aptos"/>
          <w:b/>
          <w:bCs/>
          <w:sz w:val="20"/>
          <w:szCs w:val="20"/>
        </w:rPr>
        <w:t xml:space="preserve"> T</w:t>
      </w:r>
      <w:r w:rsidRPr="008112C7">
        <w:rPr>
          <w:rFonts w:ascii="Aptos" w:hAnsi="Aptos"/>
          <w:b/>
          <w:bCs/>
          <w:sz w:val="20"/>
          <w:szCs w:val="20"/>
        </w:rPr>
        <w:t>urkcetestvakti.com</w:t>
      </w:r>
    </w:p>
    <w:p w14:paraId="3F39886C" w14:textId="6551C9B8" w:rsidR="00BB2B84" w:rsidRPr="00D271D9" w:rsidRDefault="00BB2B84" w:rsidP="00D271D9">
      <w:pPr>
        <w:spacing w:before="120" w:after="40"/>
        <w:jc w:val="right"/>
      </w:pPr>
    </w:p>
    <w:sectPr w:rsidR="00BB2B84" w:rsidRPr="00D271D9"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24286332">
    <w:abstractNumId w:val="8"/>
  </w:num>
  <w:num w:numId="2" w16cid:durableId="97407812">
    <w:abstractNumId w:val="6"/>
  </w:num>
  <w:num w:numId="3" w16cid:durableId="2082018857">
    <w:abstractNumId w:val="5"/>
  </w:num>
  <w:num w:numId="4" w16cid:durableId="1027832128">
    <w:abstractNumId w:val="4"/>
  </w:num>
  <w:num w:numId="5" w16cid:durableId="600533402">
    <w:abstractNumId w:val="7"/>
  </w:num>
  <w:num w:numId="6" w16cid:durableId="2035301529">
    <w:abstractNumId w:val="3"/>
  </w:num>
  <w:num w:numId="7" w16cid:durableId="1600216044">
    <w:abstractNumId w:val="2"/>
  </w:num>
  <w:num w:numId="8" w16cid:durableId="2005862861">
    <w:abstractNumId w:val="1"/>
  </w:num>
  <w:num w:numId="9" w16cid:durableId="1449087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07C"/>
    <w:rsid w:val="0015074B"/>
    <w:rsid w:val="0029632A"/>
    <w:rsid w:val="0029639D"/>
    <w:rsid w:val="00326F90"/>
    <w:rsid w:val="003B19B8"/>
    <w:rsid w:val="008C3ED5"/>
    <w:rsid w:val="00AA1D8D"/>
    <w:rsid w:val="00B47730"/>
    <w:rsid w:val="00BB2B84"/>
    <w:rsid w:val="00CB0664"/>
    <w:rsid w:val="00CD3D15"/>
    <w:rsid w:val="00D271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9FB224"/>
  <w14:defaultImageDpi w14:val="300"/>
  <w15:docId w15:val="{1F248FB6-E20F-4D2B-B533-63E0994A0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716</Words>
  <Characters>4087</Characters>
  <Application>Microsoft Office Word</Application>
  <DocSecurity>0</DocSecurity>
  <Lines>34</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2026-10-23T07:38:00Z</dcterms:modified>
  <cp:category/>
</cp:coreProperties>
</file>