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2D11F" w14:textId="77777777" w:rsidR="0074265A" w:rsidRDefault="0074265A"/>
    <w:p w14:paraId="2C3D527A" w14:textId="77777777" w:rsidR="0074265A" w:rsidRDefault="0074265A"/>
    <w:p w14:paraId="4791DF59" w14:textId="77777777" w:rsidR="0074265A" w:rsidRDefault="0074265A"/>
    <w:p w14:paraId="423228AE" w14:textId="77777777" w:rsidR="0074265A" w:rsidRDefault="0074265A"/>
    <w:p w14:paraId="194F82C4" w14:textId="77777777" w:rsidR="0074265A" w:rsidRDefault="0074265A"/>
    <w:p w14:paraId="1A584DBB" w14:textId="77777777" w:rsidR="0074265A" w:rsidRDefault="0074265A"/>
    <w:p w14:paraId="48AABF12" w14:textId="77777777" w:rsidR="0074265A" w:rsidRDefault="0074265A"/>
    <w:p w14:paraId="597101F6" w14:textId="77777777" w:rsidR="0074265A" w:rsidRDefault="00000000">
      <w:pPr>
        <w:jc w:val="center"/>
      </w:pPr>
      <w:r>
        <w:rPr>
          <w:b/>
          <w:sz w:val="32"/>
        </w:rPr>
        <w:t>T.C.</w:t>
      </w:r>
      <w:r>
        <w:rPr>
          <w:b/>
          <w:sz w:val="32"/>
        </w:rPr>
        <w:br/>
        <w:t>.................................................................... MÜDÜRLÜĞÜ</w:t>
      </w:r>
    </w:p>
    <w:p w14:paraId="5F650DD6" w14:textId="77777777" w:rsidR="0074265A" w:rsidRDefault="0074265A"/>
    <w:p w14:paraId="42D0B1EB" w14:textId="77777777" w:rsidR="0074265A" w:rsidRDefault="0074265A"/>
    <w:p w14:paraId="5B4662C8" w14:textId="77777777" w:rsidR="0074265A" w:rsidRDefault="0074265A"/>
    <w:p w14:paraId="36486767" w14:textId="77777777" w:rsidR="0074265A" w:rsidRDefault="0074265A"/>
    <w:p w14:paraId="12B39E9B" w14:textId="77777777" w:rsidR="0074265A" w:rsidRDefault="00000000">
      <w:pPr>
        <w:jc w:val="center"/>
      </w:pPr>
      <w:r>
        <w:rPr>
          <w:b/>
          <w:sz w:val="44"/>
        </w:rPr>
        <w:t>4 EKİM HAYVANLARI KORUMA GÜNÜ</w:t>
      </w:r>
      <w:r>
        <w:rPr>
          <w:b/>
          <w:sz w:val="44"/>
        </w:rPr>
        <w:br/>
        <w:t>KUTLAMA PROGRAMI</w:t>
      </w:r>
    </w:p>
    <w:p w14:paraId="0FD85F07" w14:textId="77777777" w:rsidR="0074265A" w:rsidRDefault="0074265A"/>
    <w:p w14:paraId="7AC2444A" w14:textId="77777777" w:rsidR="0074265A" w:rsidRDefault="0074265A"/>
    <w:p w14:paraId="09C2C64B" w14:textId="77777777" w:rsidR="0074265A" w:rsidRDefault="0074265A"/>
    <w:p w14:paraId="103DE505" w14:textId="77777777" w:rsidR="0074265A" w:rsidRDefault="0074265A"/>
    <w:p w14:paraId="3187A604" w14:textId="77777777" w:rsidR="0074265A" w:rsidRDefault="0074265A"/>
    <w:p w14:paraId="3BF8BFF2" w14:textId="77777777" w:rsidR="0074265A" w:rsidRDefault="0074265A"/>
    <w:p w14:paraId="50E86E3F" w14:textId="77777777" w:rsidR="0074265A" w:rsidRDefault="0074265A"/>
    <w:p w14:paraId="7FDA3DBA" w14:textId="77777777" w:rsidR="0074265A" w:rsidRDefault="00000000">
      <w:pPr>
        <w:jc w:val="center"/>
      </w:pPr>
      <w:r>
        <w:rPr>
          <w:b/>
          <w:sz w:val="26"/>
        </w:rPr>
        <w:t>20... - 20... EĞİTİM ÖĞRETİM YILI</w:t>
      </w:r>
    </w:p>
    <w:p w14:paraId="727EF66A" w14:textId="77777777" w:rsidR="0074265A" w:rsidRDefault="00000000">
      <w:r>
        <w:br w:type="page"/>
      </w:r>
    </w:p>
    <w:p w14:paraId="0BC02571" w14:textId="77777777" w:rsidR="0074265A" w:rsidRDefault="00000000">
      <w:pPr>
        <w:spacing w:after="320"/>
        <w:jc w:val="center"/>
      </w:pPr>
      <w:r>
        <w:rPr>
          <w:b/>
          <w:sz w:val="26"/>
        </w:rPr>
        <w:lastRenderedPageBreak/>
        <w:t>.................................................................... MÜDÜRLÜĞÜNE</w:t>
      </w:r>
    </w:p>
    <w:p w14:paraId="656906F0" w14:textId="77777777" w:rsidR="0074265A" w:rsidRDefault="00000000">
      <w:r>
        <w:t xml:space="preserve">       Hazırlamış olduğumuz "4 Ekim Hayvanları Koruma Günü" kutlama programını .../.../20... günü saat ........’da okul bahçesinde / konferans salonunda gerçekleştirmek istiyoruz. Genişletilmiş ve ayrıntılı program akışı aşağıda belirtilmiştir.</w:t>
      </w:r>
    </w:p>
    <w:p w14:paraId="093C0972" w14:textId="77777777" w:rsidR="0074265A" w:rsidRDefault="00000000">
      <w:pPr>
        <w:spacing w:after="280"/>
      </w:pPr>
      <w:r>
        <w:t xml:space="preserve">       Gereğini bilgilerinize arz ederim.</w:t>
      </w:r>
    </w:p>
    <w:p w14:paraId="5F430F3D" w14:textId="77777777" w:rsidR="0074265A" w:rsidRDefault="00000000">
      <w:pPr>
        <w:spacing w:after="120"/>
      </w:pPr>
      <w:r>
        <w:rPr>
          <w:b/>
        </w:rPr>
        <w:t>PROGRAM AKIŞI:</w:t>
      </w:r>
    </w:p>
    <w:p w14:paraId="2AAC732C" w14:textId="51A3B7A6" w:rsidR="0074265A" w:rsidRDefault="00000000">
      <w:pPr>
        <w:spacing w:after="60"/>
        <w:ind w:left="288"/>
      </w:pPr>
      <w:r>
        <w:t>1. Açılış</w:t>
      </w:r>
    </w:p>
    <w:p w14:paraId="34CB3AEC" w14:textId="77777777" w:rsidR="0074265A" w:rsidRDefault="00000000">
      <w:pPr>
        <w:spacing w:after="60"/>
        <w:ind w:left="288"/>
      </w:pPr>
      <w:r>
        <w:t>2. Günün Anlam ve Önemini Belirten Konuşma (Okul Müdürü / Öğretmen Konuşması)</w:t>
      </w:r>
    </w:p>
    <w:p w14:paraId="73A044B3" w14:textId="77777777" w:rsidR="0074265A" w:rsidRDefault="00000000">
      <w:pPr>
        <w:spacing w:after="60"/>
        <w:ind w:left="288"/>
      </w:pPr>
      <w:r>
        <w:t>3. Şiir: "Hayvanları Sevelim" (M. Necati ÖNGAY)</w:t>
      </w:r>
    </w:p>
    <w:p w14:paraId="6678867A" w14:textId="77777777" w:rsidR="0074265A" w:rsidRDefault="00000000">
      <w:pPr>
        <w:spacing w:after="60"/>
        <w:ind w:left="288"/>
      </w:pPr>
      <w:r>
        <w:t>4. Öğrenci Temsilcisi Konuşması ("Sessiz Canların Sesi Olmak")</w:t>
      </w:r>
    </w:p>
    <w:p w14:paraId="38CBF579" w14:textId="77777777" w:rsidR="0074265A" w:rsidRDefault="00000000">
      <w:pPr>
        <w:spacing w:after="60"/>
        <w:ind w:left="288"/>
      </w:pPr>
      <w:r>
        <w:t>5. Tarihsel Bilgilendirme ve Kültürümüz: "Ecdadımızın Merhamet Medeniyeti ve Kuş Evleri"</w:t>
      </w:r>
    </w:p>
    <w:p w14:paraId="0395062B" w14:textId="77777777" w:rsidR="0074265A" w:rsidRDefault="00000000">
      <w:pPr>
        <w:spacing w:after="60"/>
        <w:ind w:left="288"/>
      </w:pPr>
      <w:r>
        <w:t>6. Şiir: "Köpeğim" (Tevfik FİKRET)</w:t>
      </w:r>
    </w:p>
    <w:p w14:paraId="071A3F9F" w14:textId="77777777" w:rsidR="0074265A" w:rsidRDefault="00000000">
      <w:pPr>
        <w:spacing w:after="60"/>
        <w:ind w:left="288"/>
      </w:pPr>
      <w:r>
        <w:t>7. Hayvanları Koruma Günü Oratoryosu: "Biz de Bu Dünyanın Parçasıyız"</w:t>
      </w:r>
    </w:p>
    <w:p w14:paraId="15075962" w14:textId="77777777" w:rsidR="0074265A" w:rsidRDefault="00000000">
      <w:pPr>
        <w:spacing w:after="60"/>
        <w:ind w:left="288"/>
      </w:pPr>
      <w:r>
        <w:t>8. Şiir: "Uçun Kuşlar" (Rıza Tevfik BÖLÜKBAŞI)</w:t>
      </w:r>
    </w:p>
    <w:p w14:paraId="55FCB4EE" w14:textId="77777777" w:rsidR="0074265A" w:rsidRDefault="00000000">
      <w:pPr>
        <w:spacing w:after="60"/>
        <w:ind w:left="288"/>
      </w:pPr>
      <w:r>
        <w:t>9. Hayvan Hakları Evrensel Beyannamesi İlkeleri ve Özlü Sözler</w:t>
      </w:r>
    </w:p>
    <w:p w14:paraId="5AB5EE5E" w14:textId="77777777" w:rsidR="0074265A" w:rsidRDefault="00000000">
      <w:pPr>
        <w:spacing w:after="60"/>
        <w:ind w:left="288"/>
      </w:pPr>
      <w:r>
        <w:t>10. Şiir: "Sokak Kedisi" (Orhan Veli KANIK)</w:t>
      </w:r>
    </w:p>
    <w:p w14:paraId="1086792C" w14:textId="77777777" w:rsidR="0074265A" w:rsidRDefault="00000000">
      <w:pPr>
        <w:spacing w:after="60"/>
        <w:ind w:left="288"/>
      </w:pPr>
      <w:r>
        <w:t>11. Şiir: "Bütün Hayvanlar Kardeştir" (Anonim)</w:t>
      </w:r>
    </w:p>
    <w:p w14:paraId="11E34B7A" w14:textId="77777777" w:rsidR="0074265A" w:rsidRDefault="00000000">
      <w:pPr>
        <w:spacing w:after="60"/>
        <w:ind w:left="288"/>
      </w:pPr>
      <w:r>
        <w:t>12. Okulda "Bir Kap Su, Bir Kap Mama" Kampanyası Başlatılması ve Kapanış</w:t>
      </w:r>
    </w:p>
    <w:p w14:paraId="57D34D87" w14:textId="77777777" w:rsidR="0074265A" w:rsidRDefault="0074265A">
      <w:pPr>
        <w:spacing w:after="320"/>
      </w:pPr>
    </w:p>
    <w:tbl>
      <w:tblPr>
        <w:tblW w:w="0" w:type="auto"/>
        <w:jc w:val="center"/>
        <w:tblLook w:val="04A0" w:firstRow="1" w:lastRow="0" w:firstColumn="1" w:lastColumn="0" w:noHBand="0" w:noVBand="1"/>
      </w:tblPr>
      <w:tblGrid>
        <w:gridCol w:w="4608"/>
        <w:gridCol w:w="4608"/>
      </w:tblGrid>
      <w:tr w:rsidR="0074265A" w14:paraId="51E71446" w14:textId="77777777">
        <w:trPr>
          <w:jc w:val="center"/>
        </w:trPr>
        <w:tc>
          <w:tcPr>
            <w:tcW w:w="4608" w:type="dxa"/>
          </w:tcPr>
          <w:p w14:paraId="60521573" w14:textId="77777777" w:rsidR="0074265A" w:rsidRDefault="00000000">
            <w:pPr>
              <w:jc w:val="center"/>
            </w:pPr>
            <w:r>
              <w:rPr>
                <w:b/>
              </w:rPr>
              <w:t>... / ... / 20...</w:t>
            </w:r>
            <w:r>
              <w:rPr>
                <w:b/>
              </w:rPr>
              <w:br/>
            </w:r>
            <w:r>
              <w:rPr>
                <w:b/>
              </w:rPr>
              <w:br/>
            </w:r>
            <w:r>
              <w:rPr>
                <w:b/>
              </w:rPr>
              <w:br/>
            </w:r>
            <w:r>
              <w:rPr>
                <w:b/>
              </w:rPr>
              <w:br/>
              <w:t>...................................................</w:t>
            </w:r>
            <w:r>
              <w:rPr>
                <w:b/>
              </w:rPr>
              <w:br/>
            </w:r>
            <w:r>
              <w:t>Türkçe Öğretmeni</w:t>
            </w:r>
          </w:p>
        </w:tc>
        <w:tc>
          <w:tcPr>
            <w:tcW w:w="4608" w:type="dxa"/>
          </w:tcPr>
          <w:p w14:paraId="480DBBB6" w14:textId="77777777" w:rsidR="0074265A" w:rsidRDefault="00000000">
            <w:pPr>
              <w:jc w:val="center"/>
            </w:pPr>
            <w:r>
              <w:rPr>
                <w:b/>
              </w:rPr>
              <w:t>... / ... / 20...</w:t>
            </w:r>
            <w:r>
              <w:rPr>
                <w:b/>
              </w:rPr>
              <w:br/>
              <w:t>UYGUNDUR</w:t>
            </w:r>
            <w:r>
              <w:rPr>
                <w:b/>
              </w:rPr>
              <w:br/>
            </w:r>
            <w:r>
              <w:rPr>
                <w:b/>
              </w:rPr>
              <w:br/>
            </w:r>
            <w:r>
              <w:rPr>
                <w:b/>
              </w:rPr>
              <w:br/>
              <w:t>...................................................</w:t>
            </w:r>
            <w:r>
              <w:rPr>
                <w:b/>
              </w:rPr>
              <w:br/>
            </w:r>
            <w:r>
              <w:t>Okul Müdürü</w:t>
            </w:r>
          </w:p>
        </w:tc>
      </w:tr>
    </w:tbl>
    <w:p w14:paraId="2901B57F" w14:textId="77777777" w:rsidR="0074265A" w:rsidRDefault="00000000">
      <w:r>
        <w:br w:type="page"/>
      </w:r>
    </w:p>
    <w:p w14:paraId="419C8A79" w14:textId="111C272D" w:rsidR="0074265A" w:rsidRDefault="00000000">
      <w:pPr>
        <w:pStyle w:val="Balk1"/>
        <w:spacing w:after="320"/>
        <w:jc w:val="center"/>
      </w:pPr>
      <w:r>
        <w:lastRenderedPageBreak/>
        <w:t>4 EKİM HAYVANLARI KORUMA GÜNÜ</w:t>
      </w:r>
      <w:r>
        <w:br/>
        <w:t>PROGRAM SUNUCU METNİ</w:t>
      </w:r>
    </w:p>
    <w:p w14:paraId="1CB7D2EB" w14:textId="39D4D07A" w:rsidR="0074265A" w:rsidRDefault="00000000" w:rsidP="001B329F">
      <w:r>
        <w:rPr>
          <w:b/>
        </w:rPr>
        <w:t xml:space="preserve">1- AÇILIŞ </w:t>
      </w:r>
      <w:r>
        <w:t>Sayın Okul Müdürüm, Değerli Öğretmenlerim ve Sevgili Öğrenci Arkadaşlarım,</w:t>
      </w:r>
      <w:r>
        <w:br/>
      </w:r>
      <w:r>
        <w:br/>
        <w:t>Yeryüzünün ortak sakinleri olan, ekosistemin dengesini sağlayan ve karşılıksız sevgileriyle hayatımıza anlam katan can dostlarımızın günü; 4 Ekim Hayvanları Koruma Günü programımıza hoş geldiniz!</w:t>
      </w:r>
      <w:r>
        <w:br/>
      </w:r>
      <w:r>
        <w:br/>
      </w:r>
      <w:r>
        <w:rPr>
          <w:b/>
        </w:rPr>
        <w:t>Gazi Mustafa Kemal ATATÜRK diyor ki:</w:t>
      </w:r>
      <w:r>
        <w:rPr>
          <w:b/>
        </w:rPr>
        <w:br/>
      </w:r>
      <w:r>
        <w:rPr>
          <w:i/>
        </w:rPr>
        <w:t>“Hayvanları korumak; doğanın ahengini, insanlığın vicdanını korumaktır. Hayvan sevgisi, insan sevgisinin en saf ve en yalın basamağıdır.”</w:t>
      </w:r>
    </w:p>
    <w:p w14:paraId="5323482D" w14:textId="77777777" w:rsidR="0074265A" w:rsidRDefault="00000000">
      <w:r>
        <w:rPr>
          <w:b/>
        </w:rPr>
        <w:t>2- GÜNÜN ANLAM VE ÖNEMİ KONUŞMASI TAKDİMİ</w:t>
      </w:r>
      <w:r>
        <w:rPr>
          <w:b/>
        </w:rPr>
        <w:br/>
      </w:r>
      <w:r>
        <w:t>Hayvan haklarının ve doğaya saygının önemini vurgulamak üzere konuşmasını yapmak için okulumuz öğretmenlerinden Sayın ............................................................................’ı kürsüye davet ediyorum.</w:t>
      </w:r>
    </w:p>
    <w:p w14:paraId="0B94D924" w14:textId="77777777" w:rsidR="0074265A" w:rsidRDefault="00000000">
      <w:r>
        <w:rPr>
          <w:b/>
        </w:rPr>
        <w:t>3- ŞİİR TAKDİMİ ("HAYVANLARI SEVELİM")</w:t>
      </w:r>
      <w:r>
        <w:rPr>
          <w:b/>
        </w:rPr>
        <w:br/>
      </w:r>
      <w:r>
        <w:t>M. Necati Öngay’ın "Hayvanları Sevelim" adlı şiirini okumak üzere okulumuz ..... / ..... sınıfı öğrencilerinden ...................................................... kürsüye davet ediyorum.</w:t>
      </w:r>
    </w:p>
    <w:p w14:paraId="685AF80B" w14:textId="77777777" w:rsidR="0074265A" w:rsidRDefault="00000000">
      <w:r>
        <w:rPr>
          <w:b/>
        </w:rPr>
        <w:t>4- ÖĞRENCİ TEMSİLCİSİ KONUŞMASI TAKDİMİ</w:t>
      </w:r>
      <w:r>
        <w:rPr>
          <w:b/>
        </w:rPr>
        <w:br/>
      </w:r>
      <w:r>
        <w:t>Sessiz dostlarımızın sesi olmak üzere okulumuz öğrencilerinden ...................................................... konuşmasını yapmak için davet ediyorum.</w:t>
      </w:r>
    </w:p>
    <w:p w14:paraId="04EAA028" w14:textId="77777777" w:rsidR="0074265A" w:rsidRDefault="00000000">
      <w:pPr>
        <w:spacing w:after="240"/>
      </w:pPr>
      <w:r>
        <w:rPr>
          <w:b/>
        </w:rPr>
        <w:t>5- KÜLTÜRÜMÜZDEN BİR MİRAS: KUŞ EVLERİ VE VAKIFLAR</w:t>
      </w:r>
      <w:r>
        <w:rPr>
          <w:b/>
        </w:rPr>
        <w:br/>
      </w:r>
      <w:r>
        <w:t>Tarihimizde hayvanlara gösterilen eşsiz merhameti ve kurulan vakıfları anlatan sunumu yapmak üzere öğrenci arkadaşımızı kürsüye davet ediyorum.</w:t>
      </w:r>
    </w:p>
    <w:p w14:paraId="50DA2949" w14:textId="4957E91A" w:rsidR="0074265A" w:rsidRDefault="00000000">
      <w:r>
        <w:rPr>
          <w:b/>
        </w:rPr>
        <w:t>6- ŞİİR TAKDİMİ ("KÖPEĞİM")</w:t>
      </w:r>
      <w:r>
        <w:rPr>
          <w:b/>
        </w:rPr>
        <w:br/>
      </w:r>
      <w:r>
        <w:t>Tevfik Fikret’in "Köpeğim" adlı şiirini seslendirmek üzere ..... / ..... sınıfından ...................................................... kürsüye davet ediyorum.</w:t>
      </w:r>
    </w:p>
    <w:p w14:paraId="5C6EC05E" w14:textId="77777777" w:rsidR="0074265A" w:rsidRDefault="00000000">
      <w:r>
        <w:rPr>
          <w:b/>
        </w:rPr>
        <w:t>7- ORATORYO GÖSTERİSİ TAKDİMİ</w:t>
      </w:r>
      <w:r>
        <w:rPr>
          <w:b/>
        </w:rPr>
        <w:br/>
      </w:r>
      <w:r>
        <w:t>Öğrencilerimiz tarafından hazırlanan "Biz de Bu Dünyanın Parçasıyız" adlı oratoryo gösterisini sunmak üzere ekibimizi sahneye davet ediyorum.</w:t>
      </w:r>
    </w:p>
    <w:p w14:paraId="1FD6B0BD" w14:textId="77777777" w:rsidR="0074265A" w:rsidRDefault="00000000">
      <w:r>
        <w:rPr>
          <w:b/>
        </w:rPr>
        <w:t>8- ŞİİR TAKDİMİ ("UÇUN KUŞLAR")</w:t>
      </w:r>
      <w:r>
        <w:rPr>
          <w:b/>
        </w:rPr>
        <w:br/>
      </w:r>
      <w:r>
        <w:t>Rıza Tevfik Bölükbaşı’nın "Uçun Kuşlar" adlı güzel şiirini dinlemek üzere ..... / ..... sınıfından ...................................................... sahneye davet ediyorum.</w:t>
      </w:r>
    </w:p>
    <w:p w14:paraId="0A470D4B" w14:textId="77777777" w:rsidR="0074265A" w:rsidRDefault="00000000">
      <w:r>
        <w:rPr>
          <w:b/>
        </w:rPr>
        <w:t>9- HAYVAN HAKLARI VE ÖZLÜ SÖZLER TAKDİMİ</w:t>
      </w:r>
      <w:r>
        <w:rPr>
          <w:b/>
        </w:rPr>
        <w:br/>
      </w:r>
      <w:r>
        <w:t>Hayvan Hakları Evrensel Bildirgesi maddelerini ve filozofların sözlerini aktarmak üzere öğrenci arkadaşlarımızı davet ediyorum.</w:t>
      </w:r>
    </w:p>
    <w:p w14:paraId="62D5A66C" w14:textId="77777777" w:rsidR="0074265A" w:rsidRDefault="00000000">
      <w:r>
        <w:rPr>
          <w:b/>
        </w:rPr>
        <w:lastRenderedPageBreak/>
        <w:t>10- ŞİİR TAKDİMİ ("SOKAK KEDİSİ" VE "BÜTÜN HAYVANLAR KARDEŞTİR")</w:t>
      </w:r>
      <w:r>
        <w:rPr>
          <w:b/>
        </w:rPr>
        <w:br/>
      </w:r>
      <w:r>
        <w:t>Orhan Veli Kanık’ın "Sokak Kedisi" ve "Bütün Hayvanlar Kardeştir" adlı şiirlerini dinliyoruz.</w:t>
      </w:r>
    </w:p>
    <w:p w14:paraId="395E7592" w14:textId="77777777" w:rsidR="0074265A" w:rsidRDefault="00000000">
      <w:pPr>
        <w:spacing w:after="280"/>
      </w:pPr>
      <w:r>
        <w:rPr>
          <w:b/>
        </w:rPr>
        <w:t>11- KAMPANYA DUYURUSU VE KAPANIŞ</w:t>
      </w:r>
      <w:r>
        <w:rPr>
          <w:b/>
        </w:rPr>
        <w:br/>
      </w:r>
      <w:r>
        <w:t>Okulumuzda bugün başlattığımız "Bir Kap Su, Bir Kap Sevgi" kampanyasıyla okul bahçemize ve evlerimizin önüne mama ve su kapları bırakıyoruz.</w:t>
      </w:r>
      <w:r>
        <w:br/>
      </w:r>
      <w:r>
        <w:br/>
        <w:t>Unutmayalım; dünya sadece bizim değil, onlarla birlikte daha güzel!</w:t>
      </w:r>
      <w:r>
        <w:br/>
      </w:r>
      <w:r>
        <w:br/>
        <w:t>Programımız burada sona ermiştir. Katılımlarınızdan dolayı teşekkür ederiz.</w:t>
      </w:r>
    </w:p>
    <w:p w14:paraId="77D130EF" w14:textId="77777777" w:rsidR="0074265A" w:rsidRDefault="00000000">
      <w:r>
        <w:br w:type="page"/>
      </w:r>
    </w:p>
    <w:p w14:paraId="2F4F4B4B" w14:textId="77777777" w:rsidR="0074265A" w:rsidRDefault="00000000">
      <w:pPr>
        <w:pStyle w:val="Balk1"/>
        <w:spacing w:after="360"/>
        <w:jc w:val="center"/>
      </w:pPr>
      <w:r>
        <w:lastRenderedPageBreak/>
        <w:t>GÜNÜN ANLAM VE ÖNEMİNİ BELİRTEN KONUŞMA METNİ</w:t>
      </w:r>
      <w:r>
        <w:br/>
        <w:t>(Öğretmen / İdareci)</w:t>
      </w:r>
    </w:p>
    <w:p w14:paraId="10084980" w14:textId="77777777" w:rsidR="0074265A" w:rsidRDefault="00000000">
      <w:pPr>
        <w:spacing w:after="160"/>
      </w:pPr>
      <w:r>
        <w:t>Sayın Okul Müdürüm, Değerli Meslektaşlarım ve Sevgili Öğrenciler,</w:t>
      </w:r>
    </w:p>
    <w:p w14:paraId="28F87164" w14:textId="77777777" w:rsidR="0074265A" w:rsidRDefault="00000000">
      <w:pPr>
        <w:spacing w:after="160"/>
      </w:pPr>
      <w:r>
        <w:t>Bugün, yeryüzünün en masum sakinleri olan dilsiz dostlarımızın haklarını hatırlatmak, tabiatın bize sunduğu güzellikleri koruma bilincini tazelemek üzere 4 Ekim Hayvanları Koruma Günü vesilesiyle toplanmış bulunmaktayız.</w:t>
      </w:r>
    </w:p>
    <w:p w14:paraId="5E22E484" w14:textId="77777777" w:rsidR="0074265A" w:rsidRDefault="00000000">
      <w:pPr>
        <w:spacing w:after="160"/>
      </w:pPr>
      <w:r>
        <w:t>Hayvanları Koruma Günü, 1931 yılında Floransa’da toplanan Dünya Hayvanları Koruma Federasyonu tarafından ilan edilmiştir. Ancak bu bilinç, bizim milletimizin köklü tarihinde yüzyıllar öncesinden yaşatılmaktadır. Ecdadımız Osmanlı; cami duvarlarına, kervansaraylara zarif kuş evleri inşa etmiş, kış aylarında aç kalan yaban hayvanları için dağlara yiyecek bırakan vakıflar kurmuş, hatta göç edemeyen yaralı leylekler için Bursa’da "Gurabahane-i Laklakan" adıyla dünyanın ilk hayvan hastanesini açmıştır.</w:t>
      </w:r>
    </w:p>
    <w:p w14:paraId="7BA577F6" w14:textId="77777777" w:rsidR="0074265A" w:rsidRDefault="00000000">
      <w:pPr>
        <w:spacing w:after="160"/>
      </w:pPr>
      <w:r>
        <w:t>Doğa kusursuz bir denge üzerine kuruludur. Ağaçlar havayı temizlerken, kuşlar tohumları taşır, arılar bitkileri döller, karıncalar toprağı havalandırır. Bu muazzam zincirin tek bir halkasının kopması, insanlığın da geleceğini tehlikeye atar. Dolayısıyla hayvanları korumak, sadece merhamet değil; doğaya, kendimize ve geleceğimize duyduğumuz saygının bir gereğidir.</w:t>
      </w:r>
    </w:p>
    <w:p w14:paraId="15F81AAC" w14:textId="77777777" w:rsidR="0074265A" w:rsidRDefault="00000000">
      <w:pPr>
        <w:spacing w:after="160"/>
      </w:pPr>
      <w:r>
        <w:t>Sevgili Gençler,</w:t>
      </w:r>
      <w:r>
        <w:br/>
        <w:t>Merhamet, insan ruhunun en yüce süsüdür. Sokakta gördüğünüz bir kedinin başını okşamak, susuz kalmış bir köpeğe su uzatmak, soğuk havalarda pencere kenarına birkaç ekmek kırıntısı bırakmak sizleri daha erdemli birer insan yapacaktır. Hiçbir canlının eziyet görmesine, terk edilmesine sessiz kalmayınız.</w:t>
      </w:r>
    </w:p>
    <w:p w14:paraId="6A23E72A" w14:textId="77777777" w:rsidR="0074265A" w:rsidRDefault="00000000">
      <w:pPr>
        <w:spacing w:after="160"/>
      </w:pPr>
      <w:r>
        <w:t>Bu anlamlı günde; tüm canlıların hür, sağlıklı ve güven içinde yaşadığı bir dünya temenni ediyor, 4 Ekim Hayvanları Koruma Günü’nü kutluyorum.</w:t>
      </w:r>
    </w:p>
    <w:p w14:paraId="7E681650" w14:textId="77777777" w:rsidR="0074265A" w:rsidRDefault="00000000">
      <w:pPr>
        <w:spacing w:after="160"/>
      </w:pPr>
      <w:r>
        <w:rPr>
          <w:b/>
        </w:rPr>
        <w:t>Unutmayalım: Yaşamak, her canlının en doğal hakkıdır!</w:t>
      </w:r>
    </w:p>
    <w:p w14:paraId="7A2CF604" w14:textId="77777777" w:rsidR="0074265A" w:rsidRDefault="00000000">
      <w:r>
        <w:br w:type="page"/>
      </w:r>
    </w:p>
    <w:p w14:paraId="29E6FA81" w14:textId="77777777" w:rsidR="0074265A" w:rsidRDefault="00000000">
      <w:pPr>
        <w:pStyle w:val="Balk1"/>
        <w:spacing w:after="360"/>
        <w:jc w:val="center"/>
      </w:pPr>
      <w:r>
        <w:lastRenderedPageBreak/>
        <w:t>ÖĞRENCİ TEMSİLCİSİ KONUŞMA METNİ</w:t>
      </w:r>
      <w:r>
        <w:br/>
        <w:t>"SESSİZ CANLARIN SESİ OLMAK"</w:t>
      </w:r>
    </w:p>
    <w:p w14:paraId="1D24F4DE" w14:textId="77777777" w:rsidR="0074265A" w:rsidRDefault="00000000">
      <w:pPr>
        <w:spacing w:after="120"/>
      </w:pPr>
      <w:r>
        <w:t>Sayın Okul Müdürüm, Değerli Öğretmenlerim ve Sevgili Arkadaşlarım,</w:t>
      </w:r>
    </w:p>
    <w:p w14:paraId="2DD29F7F" w14:textId="77777777" w:rsidR="0074265A" w:rsidRDefault="00000000">
      <w:pPr>
        <w:spacing w:after="120"/>
      </w:pPr>
      <w:r>
        <w:t>Bugün sizlere kendi adıma değil; dili olmayan, haklarını aramak için mahkemelere başvuramayan, aç kaldığında "acıkıyorum" diyemeyen sessiz dostlarımız adına sesleniyorum.</w:t>
      </w:r>
    </w:p>
    <w:p w14:paraId="043DA37B" w14:textId="77777777" w:rsidR="0074265A" w:rsidRDefault="00000000">
      <w:pPr>
        <w:spacing w:after="120"/>
      </w:pPr>
      <w:r>
        <w:t>Her gün sokakta yanından geçip gittiğimiz o kedi, park köşesinde bir parça gölge arayan köpek, teller üzerinde titreyen serçeler... Onlar bu dünyanın birer süsü değil, bu dünyanın bizim kadar hak sahibi olan gerçek ortaklarıdır.</w:t>
      </w:r>
    </w:p>
    <w:p w14:paraId="4BB55F14" w14:textId="77777777" w:rsidR="0074265A" w:rsidRDefault="00000000">
      <w:pPr>
        <w:spacing w:after="120"/>
      </w:pPr>
      <w:r>
        <w:t>Ne yazık ki insanlar bazen bencil davranabiliyor. Ormanları yok ediyor, suları kirletiyor, hevesle evine aldığı bir hayvanı sokağa terk edebiliyor. Oysa hayvanlar oyuncak değildir; sevilmeye, korunmaya ve saygı görmeye muhtaç canlılardır.</w:t>
      </w:r>
    </w:p>
    <w:p w14:paraId="080D615A" w14:textId="77777777" w:rsidR="0074265A" w:rsidRDefault="00000000">
      <w:pPr>
        <w:spacing w:after="120"/>
      </w:pPr>
      <w:r>
        <w:t>Bizler Türk gençleri olarak vicdanımızın sesini dinlemeliyiz. Kapımızın önüne bir kap su koymak birkaç dakikamızı alır ama bir canlının hayatını kurtarır. Gelin hep birlikte sokak hayvanlarına sahip çıkalım, onların haklarının yılmaz savunucusu olalım.</w:t>
      </w:r>
    </w:p>
    <w:p w14:paraId="045C806E" w14:textId="77777777" w:rsidR="0074265A" w:rsidRDefault="00000000">
      <w:pPr>
        <w:spacing w:after="120"/>
      </w:pPr>
      <w:r>
        <w:t>Beni dinlediğiniz için teşekkür ederim. Yaşasın doğa, yaşasın tüm can dostlarımız!</w:t>
      </w:r>
    </w:p>
    <w:p w14:paraId="6BB7C16B" w14:textId="77777777" w:rsidR="0074265A" w:rsidRDefault="00000000">
      <w:r>
        <w:br w:type="page"/>
      </w:r>
    </w:p>
    <w:p w14:paraId="03840E53" w14:textId="77777777" w:rsidR="0074265A" w:rsidRDefault="00000000">
      <w:pPr>
        <w:pStyle w:val="Balk1"/>
        <w:spacing w:after="360"/>
        <w:jc w:val="center"/>
      </w:pPr>
      <w:r>
        <w:lastRenderedPageBreak/>
        <w:t>TARİHİMİZDE HAYVAN SEVGİSİ VE MERHAMET VAKIFLARI</w:t>
      </w:r>
      <w:r>
        <w:br/>
        <w:t>(Öğrenci Sunum Metni)</w:t>
      </w:r>
    </w:p>
    <w:p w14:paraId="7C2641B8" w14:textId="77777777" w:rsidR="0074265A" w:rsidRDefault="00000000">
      <w:pPr>
        <w:pStyle w:val="Balk2"/>
        <w:spacing w:after="120"/>
      </w:pPr>
      <w:r>
        <w:t>1. Dünyanın İlk Leylek Hastanesi: Gurabahane-i Laklakan</w:t>
      </w:r>
    </w:p>
    <w:p w14:paraId="62B41931" w14:textId="77777777" w:rsidR="0074265A" w:rsidRDefault="00000000">
      <w:pPr>
        <w:spacing w:after="240"/>
      </w:pPr>
      <w:r>
        <w:t>19. yüzyılda Bursa’da kurulan "Gurabahane-i Laklakan", göç yolunda yaralanan, kanadı kırılan ve uçamayan leylekler ile diğer göçmen kuşların bakımı için kurulmuş dünyanın ilk hayvan hastanesidir. Bu hastane, ecdadımızın merhamet sınırlarının ne denli geniş olduğunu tüm dünyaya kanıtlamıştır.</w:t>
      </w:r>
    </w:p>
    <w:p w14:paraId="323755A0" w14:textId="77777777" w:rsidR="0074265A" w:rsidRDefault="00000000">
      <w:pPr>
        <w:pStyle w:val="Balk2"/>
        <w:spacing w:after="120"/>
      </w:pPr>
      <w:r>
        <w:t>2. Mimarinin Zarif İncileri: Kuş Evleri ve Köşkleri</w:t>
      </w:r>
    </w:p>
    <w:p w14:paraId="0FDCB963" w14:textId="77777777" w:rsidR="0074265A" w:rsidRDefault="00000000">
      <w:pPr>
        <w:spacing w:after="240"/>
      </w:pPr>
      <w:r>
        <w:t>Osmanlı mimarisinde camilerin, kervansarayların, köprülerin ve medreselerin rüzgâr almayan cephelerine saray yavrusu gibi minyatür "Kuş Evleri" yapılmıştır. Kuşların barınması, kışın soğuktan korunması ve yavrulaması için yapılan bu yapılar, taşın merhametle nasıl yoğrulduğunu gösterir.</w:t>
      </w:r>
    </w:p>
    <w:p w14:paraId="21C0D1C6" w14:textId="77777777" w:rsidR="0074265A" w:rsidRDefault="00000000">
      <w:pPr>
        <w:pStyle w:val="Balk2"/>
        <w:spacing w:after="120"/>
      </w:pPr>
      <w:r>
        <w:t>3. Yaban Hayvanlarını Doyuran Vakıflar</w:t>
      </w:r>
    </w:p>
    <w:p w14:paraId="7D3C655A" w14:textId="77777777" w:rsidR="0074265A" w:rsidRDefault="00000000">
      <w:pPr>
        <w:spacing w:after="240"/>
      </w:pPr>
      <w:r>
        <w:t>Tarihimizde kışın karlı dağlarda aç kalan kurtlar, kuşlar ve yaban hayvanları için yiyecek bırakan özel vakıflar kurulmuştur. Mancacılar, sokak köpekleri ve kedileri için düzenli et ve mama dağıtmış; yük hayvanlarının cuma günleri çalıştırılmaması padişah fermanlarıyla kanunlaşmıştır.</w:t>
      </w:r>
    </w:p>
    <w:p w14:paraId="11093864" w14:textId="77777777" w:rsidR="0074265A" w:rsidRDefault="00000000">
      <w:r>
        <w:br w:type="page"/>
      </w:r>
    </w:p>
    <w:p w14:paraId="29C51033" w14:textId="77777777" w:rsidR="0074265A" w:rsidRDefault="00000000">
      <w:pPr>
        <w:pStyle w:val="Balk1"/>
        <w:spacing w:after="320"/>
        <w:jc w:val="center"/>
      </w:pPr>
      <w:r>
        <w:lastRenderedPageBreak/>
        <w:t>HAYVANLARI KORUMA GÜNÜ ORATORYOSU</w:t>
      </w:r>
      <w:r>
        <w:br/>
        <w:t>"BİZ DE BU DÜNYANIN PARÇASIYIZ"</w:t>
      </w:r>
    </w:p>
    <w:p w14:paraId="080B2D07" w14:textId="77777777" w:rsidR="0074265A" w:rsidRDefault="00000000">
      <w:pPr>
        <w:spacing w:after="120"/>
        <w:ind w:left="288"/>
      </w:pPr>
      <w:r>
        <w:rPr>
          <w:b/>
        </w:rPr>
        <w:t xml:space="preserve">1. Öğrenci: </w:t>
      </w:r>
      <w:r>
        <w:t>Bakar mısınız bana? Ben sokakta titreyen bir kedi yavrusuyum... Soğuk kaldırımlarda bir lokma sevgi arıyorum.</w:t>
      </w:r>
    </w:p>
    <w:p w14:paraId="2FCB175F" w14:textId="77777777" w:rsidR="0074265A" w:rsidRDefault="00000000">
      <w:pPr>
        <w:spacing w:after="120"/>
        <w:ind w:left="288"/>
      </w:pPr>
      <w:r>
        <w:rPr>
          <w:b/>
        </w:rPr>
        <w:t xml:space="preserve">2. Öğrenci: </w:t>
      </w:r>
      <w:r>
        <w:t>Ben bir köpeğim... Yüzyıllardır insanın en sadık dostu, evinin bekçisi, sürüsünün yoldaşıyım.</w:t>
      </w:r>
    </w:p>
    <w:p w14:paraId="1D4C6956" w14:textId="77777777" w:rsidR="0074265A" w:rsidRDefault="00000000">
      <w:pPr>
        <w:spacing w:after="120"/>
        <w:ind w:left="288"/>
      </w:pPr>
      <w:r>
        <w:rPr>
          <w:b/>
        </w:rPr>
        <w:t xml:space="preserve">3. Öğrenci: </w:t>
      </w:r>
      <w:r>
        <w:t>Ben göklerde kanat çırpan bir serçeyim... Pencerene konduğumda bana bir avuç yem bırakır mısın?</w:t>
      </w:r>
    </w:p>
    <w:p w14:paraId="1771C935" w14:textId="77777777" w:rsidR="0074265A" w:rsidRDefault="00000000">
      <w:pPr>
        <w:spacing w:after="120"/>
        <w:ind w:left="288"/>
      </w:pPr>
      <w:r>
        <w:rPr>
          <w:b/>
        </w:rPr>
        <w:t xml:space="preserve">4. Öğrenci: </w:t>
      </w:r>
      <w:r>
        <w:t>Ben ormanların asil sakiniyim... Ağaçlarımı kesmeyin, yuvamı yıkmayın!</w:t>
      </w:r>
    </w:p>
    <w:p w14:paraId="0340BC3E" w14:textId="77777777" w:rsidR="0074265A" w:rsidRDefault="00000000">
      <w:pPr>
        <w:spacing w:after="120"/>
        <w:ind w:left="288"/>
      </w:pPr>
      <w:r>
        <w:rPr>
          <w:b/>
        </w:rPr>
        <w:t xml:space="preserve">KORO: </w:t>
      </w:r>
      <w:r>
        <w:t>Biz de bu dünyanın parçasıyız! Bizim de kalbimiz atıyor, biz de acıyı ve sevgiyi hissediyoruz!</w:t>
      </w:r>
    </w:p>
    <w:p w14:paraId="65823CA9" w14:textId="77777777" w:rsidR="0074265A" w:rsidRDefault="00000000">
      <w:pPr>
        <w:spacing w:after="120"/>
        <w:ind w:left="288"/>
      </w:pPr>
      <w:r>
        <w:rPr>
          <w:b/>
        </w:rPr>
        <w:t xml:space="preserve">1. Öğrenci: </w:t>
      </w:r>
      <w:r>
        <w:t>Bize bir taş atıldığında içimiz acır ama "ah" diyemeyiz.</w:t>
      </w:r>
    </w:p>
    <w:p w14:paraId="505E0AB2" w14:textId="77777777" w:rsidR="0074265A" w:rsidRDefault="00000000">
      <w:pPr>
        <w:spacing w:after="120"/>
        <w:ind w:left="288"/>
      </w:pPr>
      <w:r>
        <w:rPr>
          <w:b/>
        </w:rPr>
        <w:t xml:space="preserve">2. Öğrenci: </w:t>
      </w:r>
      <w:r>
        <w:t>Susuzluktan kavrulur dilimiz ama "bana su verin" diyemeyiz.</w:t>
      </w:r>
    </w:p>
    <w:p w14:paraId="42CD1D57" w14:textId="77777777" w:rsidR="0074265A" w:rsidRDefault="00000000">
      <w:pPr>
        <w:spacing w:after="120"/>
        <w:ind w:left="288"/>
      </w:pPr>
      <w:r>
        <w:rPr>
          <w:b/>
        </w:rPr>
        <w:t xml:space="preserve">3. Öğrenci: </w:t>
      </w:r>
      <w:r>
        <w:t>Bizim dilimiz yok ama gözlerimiz var... Görmesini bilen bir vicdana neler anlatmaz ki o gözler?</w:t>
      </w:r>
    </w:p>
    <w:p w14:paraId="51EB61CE" w14:textId="77777777" w:rsidR="0074265A" w:rsidRDefault="00000000">
      <w:pPr>
        <w:spacing w:after="120"/>
        <w:ind w:left="288"/>
      </w:pPr>
      <w:r>
        <w:rPr>
          <w:b/>
        </w:rPr>
        <w:t xml:space="preserve">4. Öğrenci: </w:t>
      </w:r>
      <w:r>
        <w:t>Ey insan kardeşim! Doğa senin mülkün değil, emanetindir.</w:t>
      </w:r>
    </w:p>
    <w:p w14:paraId="4E13F573" w14:textId="77777777" w:rsidR="0074265A" w:rsidRDefault="00000000">
      <w:pPr>
        <w:spacing w:after="120"/>
        <w:ind w:left="288"/>
      </w:pPr>
      <w:r>
        <w:rPr>
          <w:b/>
        </w:rPr>
        <w:t xml:space="preserve">KORO: </w:t>
      </w:r>
      <w:r>
        <w:t>Koru bizi, sev bizi! Bir kap su, bir kap mama, kocaman bir merhamet yeter bize!</w:t>
      </w:r>
    </w:p>
    <w:p w14:paraId="6EBC1FE8" w14:textId="77777777" w:rsidR="0074265A" w:rsidRDefault="00000000">
      <w:r>
        <w:br w:type="page"/>
      </w:r>
    </w:p>
    <w:p w14:paraId="4220ED09" w14:textId="77777777" w:rsidR="0074265A" w:rsidRDefault="00000000">
      <w:pPr>
        <w:pStyle w:val="Balk1"/>
        <w:spacing w:after="360"/>
        <w:jc w:val="center"/>
      </w:pPr>
      <w:r>
        <w:lastRenderedPageBreak/>
        <w:t>HAYVAN HAKLARI VE MERHAMET ÜZERİNE ÖZLÜ SÖZLER</w:t>
      </w:r>
      <w:r>
        <w:br/>
        <w:t>(Öğrenci Sunumu)</w:t>
      </w:r>
    </w:p>
    <w:p w14:paraId="04323F86" w14:textId="77777777" w:rsidR="0074265A" w:rsidRDefault="00000000">
      <w:pPr>
        <w:spacing w:after="120"/>
        <w:ind w:left="288"/>
      </w:pPr>
      <w:r>
        <w:rPr>
          <w:b/>
        </w:rPr>
        <w:t xml:space="preserve">• Hz. Muhammed (s.a.v.): </w:t>
      </w:r>
      <w:r>
        <w:t>“Yeryüzündekilere merhamet edin ki, göktekiler de size merhamet etsin.”</w:t>
      </w:r>
    </w:p>
    <w:p w14:paraId="16BBB593" w14:textId="77777777" w:rsidR="0074265A" w:rsidRDefault="00000000">
      <w:pPr>
        <w:spacing w:after="120"/>
        <w:ind w:left="288"/>
      </w:pPr>
      <w:r>
        <w:rPr>
          <w:b/>
        </w:rPr>
        <w:t xml:space="preserve">• Gazi Mustafa Kemal Atatürk: </w:t>
      </w:r>
      <w:r>
        <w:t>“Hayvanları sevmeyen, insanları ve doğayı da gerçekten sevemez.”</w:t>
      </w:r>
    </w:p>
    <w:p w14:paraId="3A317D3A" w14:textId="77777777" w:rsidR="0074265A" w:rsidRDefault="00000000">
      <w:pPr>
        <w:spacing w:after="120"/>
        <w:ind w:left="288"/>
      </w:pPr>
      <w:r>
        <w:rPr>
          <w:b/>
        </w:rPr>
        <w:t xml:space="preserve">• Mahatma Gandhi: </w:t>
      </w:r>
      <w:r>
        <w:t>“Bir milletin büyüklüğü ve ahlaki gelişimi, hayvanlara olan davranış biçimiyle değerlendirilir.”</w:t>
      </w:r>
    </w:p>
    <w:p w14:paraId="179DF616" w14:textId="77777777" w:rsidR="0074265A" w:rsidRDefault="00000000">
      <w:pPr>
        <w:spacing w:after="120"/>
        <w:ind w:left="288"/>
      </w:pPr>
      <w:r>
        <w:rPr>
          <w:b/>
        </w:rPr>
        <w:t xml:space="preserve">• Albert Schweitzer: </w:t>
      </w:r>
      <w:r>
        <w:t>“Hayata saygı duymayan bir insan, insanlığa da saygı duyamaz.”</w:t>
      </w:r>
    </w:p>
    <w:p w14:paraId="21F65F91" w14:textId="77777777" w:rsidR="0074265A" w:rsidRDefault="00000000">
      <w:pPr>
        <w:spacing w:after="120"/>
        <w:ind w:left="288"/>
      </w:pPr>
      <w:r>
        <w:rPr>
          <w:b/>
        </w:rPr>
        <w:t xml:space="preserve">• Leo Tolstoy: </w:t>
      </w:r>
      <w:r>
        <w:t>“Bir insan hayvanları öldürdüğü sürece, diğer insanları da öldürecektir.”</w:t>
      </w:r>
    </w:p>
    <w:p w14:paraId="03BD12A6" w14:textId="77777777" w:rsidR="0074265A" w:rsidRDefault="00000000">
      <w:pPr>
        <w:spacing w:after="120"/>
        <w:ind w:left="288"/>
      </w:pPr>
      <w:r>
        <w:rPr>
          <w:b/>
        </w:rPr>
        <w:t xml:space="preserve">• Arthur Schopenhauer: </w:t>
      </w:r>
      <w:r>
        <w:t>“Hayvanlara karşı acımasız olan birinin iyi bir insan olması mümkün değildir.”</w:t>
      </w:r>
    </w:p>
    <w:p w14:paraId="07811D09" w14:textId="77777777" w:rsidR="0074265A" w:rsidRDefault="00000000">
      <w:pPr>
        <w:spacing w:after="120"/>
        <w:ind w:left="288"/>
      </w:pPr>
      <w:r>
        <w:rPr>
          <w:b/>
        </w:rPr>
        <w:t xml:space="preserve">• Pisagor: </w:t>
      </w:r>
      <w:r>
        <w:t>“Hayvanlar da bizim gibi nefes alır, yaşar ve hisseder. Onlara adaletle yaklaşınız.”</w:t>
      </w:r>
    </w:p>
    <w:p w14:paraId="7F43949E" w14:textId="77777777" w:rsidR="0074265A" w:rsidRDefault="00000000">
      <w:pPr>
        <w:spacing w:after="120"/>
        <w:ind w:left="288"/>
      </w:pPr>
      <w:r>
        <w:rPr>
          <w:b/>
        </w:rPr>
        <w:t xml:space="preserve">• Hayvan Hakları Evrensel Beyannamesi (Madde 1): </w:t>
      </w:r>
      <w:r>
        <w:t>“Bütün hayvanlar yaşam önünde eşit doğarlar ve aynı var olma hakkına sahiptirler.”</w:t>
      </w:r>
    </w:p>
    <w:p w14:paraId="5EA973FF" w14:textId="77777777" w:rsidR="0074265A" w:rsidRDefault="00000000">
      <w:r>
        <w:br w:type="page"/>
      </w:r>
    </w:p>
    <w:p w14:paraId="25D3EE8E" w14:textId="77777777" w:rsidR="0074265A" w:rsidRDefault="00000000">
      <w:pPr>
        <w:pStyle w:val="Balk1"/>
        <w:jc w:val="center"/>
      </w:pPr>
      <w:r>
        <w:lastRenderedPageBreak/>
        <w:t>HAYVANLARI SEVELİM</w:t>
      </w:r>
    </w:p>
    <w:p w14:paraId="4E738D29" w14:textId="77777777" w:rsidR="0074265A" w:rsidRDefault="00000000">
      <w:pPr>
        <w:spacing w:after="360"/>
        <w:jc w:val="center"/>
      </w:pPr>
      <w:r>
        <w:rPr>
          <w:i/>
        </w:rPr>
        <w:t>M. Necati ÖNGAY</w:t>
      </w:r>
    </w:p>
    <w:p w14:paraId="41FB33FD" w14:textId="77777777" w:rsidR="0074265A" w:rsidRDefault="00000000">
      <w:r>
        <w:t>Bizim gibi can taşırlar,</w:t>
      </w:r>
      <w:r>
        <w:br/>
        <w:t>Kırda, bayırda yaşarlar.</w:t>
      </w:r>
      <w:r>
        <w:br/>
        <w:t>Bize pek çok faydaları,</w:t>
      </w:r>
      <w:r>
        <w:br/>
        <w:t>Saymakla bitmez onların.</w:t>
      </w:r>
    </w:p>
    <w:p w14:paraId="5D063F6F" w14:textId="77777777" w:rsidR="0074265A" w:rsidRDefault="00000000">
      <w:r>
        <w:t>Kimi süt verir içmeye,</w:t>
      </w:r>
      <w:r>
        <w:br/>
        <w:t>Kimi tüy verir giymeye.</w:t>
      </w:r>
      <w:r>
        <w:br/>
        <w:t>Kimi sadık bir bekçidir,</w:t>
      </w:r>
      <w:r>
        <w:br/>
        <w:t>Kimi göklerde neşedir.</w:t>
      </w:r>
    </w:p>
    <w:p w14:paraId="53BC6CF3" w14:textId="77777777" w:rsidR="0074265A" w:rsidRDefault="00000000">
      <w:r>
        <w:t>Korumalıyız onları,</w:t>
      </w:r>
      <w:r>
        <w:br/>
        <w:t>İncitmeyelim canları.</w:t>
      </w:r>
      <w:r>
        <w:br/>
        <w:t>Onlar bizim dostlarımız,</w:t>
      </w:r>
      <w:r>
        <w:br/>
        <w:t>Güzelleşsin dünyamız!</w:t>
      </w:r>
    </w:p>
    <w:p w14:paraId="7EAC8821" w14:textId="77777777" w:rsidR="0074265A" w:rsidRDefault="00000000">
      <w:r>
        <w:br w:type="page"/>
      </w:r>
    </w:p>
    <w:p w14:paraId="3BEF62BC" w14:textId="77777777" w:rsidR="0074265A" w:rsidRDefault="00000000">
      <w:pPr>
        <w:pStyle w:val="Balk1"/>
        <w:jc w:val="center"/>
      </w:pPr>
      <w:r>
        <w:lastRenderedPageBreak/>
        <w:t>KÖPEĞİM</w:t>
      </w:r>
    </w:p>
    <w:p w14:paraId="69AB8CCD" w14:textId="77777777" w:rsidR="0074265A" w:rsidRDefault="00000000">
      <w:pPr>
        <w:spacing w:after="360"/>
        <w:jc w:val="center"/>
      </w:pPr>
      <w:r>
        <w:rPr>
          <w:i/>
        </w:rPr>
        <w:t>Tevfik FİKRET</w:t>
      </w:r>
    </w:p>
    <w:p w14:paraId="754591C0" w14:textId="77777777" w:rsidR="0074265A" w:rsidRDefault="00000000">
      <w:r>
        <w:t>Benim bir köpeğim var,</w:t>
      </w:r>
      <w:r>
        <w:br/>
        <w:t>Beni görünce koşar.</w:t>
      </w:r>
      <w:r>
        <w:br/>
        <w:t>Kuyruğunu sallar da,</w:t>
      </w:r>
      <w:r>
        <w:br/>
        <w:t>Etrafımda neşeyle coşar.</w:t>
      </w:r>
    </w:p>
    <w:p w14:paraId="08F56791" w14:textId="77777777" w:rsidR="0074265A" w:rsidRDefault="00000000">
      <w:r>
        <w:t>Sadıktır hiç ayrılmaz,</w:t>
      </w:r>
      <w:r>
        <w:br/>
        <w:t>Kötülük ona yakışmaz.</w:t>
      </w:r>
      <w:r>
        <w:br/>
        <w:t>Evimizi bekler o,</w:t>
      </w:r>
      <w:r>
        <w:br/>
        <w:t>Yabancıyı hiç sokmaz.</w:t>
      </w:r>
    </w:p>
    <w:p w14:paraId="4992E00B" w14:textId="77777777" w:rsidR="0074265A" w:rsidRDefault="00000000">
      <w:r>
        <w:t>Ben onu çok severim,</w:t>
      </w:r>
      <w:r>
        <w:br/>
        <w:t>Yemeğini veririm.</w:t>
      </w:r>
      <w:r>
        <w:br/>
        <w:t>O benim can dostumdur,</w:t>
      </w:r>
      <w:r>
        <w:br/>
        <w:t>Gözlerinden bilirim.</w:t>
      </w:r>
    </w:p>
    <w:p w14:paraId="22A9F2F2" w14:textId="77777777" w:rsidR="0074265A" w:rsidRDefault="00000000">
      <w:r>
        <w:br w:type="page"/>
      </w:r>
    </w:p>
    <w:p w14:paraId="6CD9E56F" w14:textId="77777777" w:rsidR="0074265A" w:rsidRDefault="00000000">
      <w:pPr>
        <w:pStyle w:val="Balk1"/>
        <w:jc w:val="center"/>
      </w:pPr>
      <w:r>
        <w:lastRenderedPageBreak/>
        <w:t>UÇUN KUŞLAR</w:t>
      </w:r>
    </w:p>
    <w:p w14:paraId="7E43C403" w14:textId="77777777" w:rsidR="0074265A" w:rsidRDefault="00000000">
      <w:pPr>
        <w:spacing w:after="360"/>
        <w:jc w:val="center"/>
      </w:pPr>
      <w:r>
        <w:rPr>
          <w:i/>
        </w:rPr>
        <w:t>Rıza Tevfik BÖLÜKBAŞI</w:t>
      </w:r>
    </w:p>
    <w:p w14:paraId="08C3AE7D" w14:textId="77777777" w:rsidR="0074265A" w:rsidRDefault="00000000">
      <w:r>
        <w:t>Uçun kuşlar uçun doğduğum yere;</w:t>
      </w:r>
      <w:r>
        <w:br/>
        <w:t>Şimdi dağlarında mor sümbül vardır.</w:t>
      </w:r>
      <w:r>
        <w:br/>
        <w:t>Ormanlar koynunda bir serin dere,</w:t>
      </w:r>
      <w:r>
        <w:br/>
        <w:t>Dikenler üstünde sarı gül vardır.</w:t>
      </w:r>
    </w:p>
    <w:p w14:paraId="5609AD94" w14:textId="77777777" w:rsidR="0074265A" w:rsidRDefault="00000000">
      <w:r>
        <w:t>Orada geçer benim güzel günlerim,</w:t>
      </w:r>
      <w:r>
        <w:br/>
        <w:t>Ağaçlar altında ninni dinlerim.</w:t>
      </w:r>
      <w:r>
        <w:br/>
        <w:t>Kuşların sesinde huzur dilerim,</w:t>
      </w:r>
      <w:r>
        <w:br/>
        <w:t>Gurbet elde kalan bir bülbül vardır.</w:t>
      </w:r>
    </w:p>
    <w:p w14:paraId="4C54DB22" w14:textId="77777777" w:rsidR="0074265A" w:rsidRDefault="00000000">
      <w:r>
        <w:t>Uçun kuşlar uçun, neşeniz dolsun,</w:t>
      </w:r>
      <w:r>
        <w:br/>
        <w:t>Uğradığınız her yer güllerle solsun.</w:t>
      </w:r>
      <w:r>
        <w:br/>
        <w:t>Kanat sesleriniz teselli olsun,</w:t>
      </w:r>
      <w:r>
        <w:br/>
        <w:t>Beni hatırlayan bir dağ gül vardır.</w:t>
      </w:r>
    </w:p>
    <w:p w14:paraId="6E67956B" w14:textId="77777777" w:rsidR="0074265A" w:rsidRDefault="00000000">
      <w:r>
        <w:br w:type="page"/>
      </w:r>
    </w:p>
    <w:p w14:paraId="16DC238F" w14:textId="77777777" w:rsidR="0074265A" w:rsidRDefault="00000000">
      <w:pPr>
        <w:pStyle w:val="Balk1"/>
        <w:jc w:val="center"/>
      </w:pPr>
      <w:r>
        <w:lastRenderedPageBreak/>
        <w:t>SOKAK KEDİSİ</w:t>
      </w:r>
    </w:p>
    <w:p w14:paraId="164CD7D4" w14:textId="77777777" w:rsidR="0074265A" w:rsidRDefault="00000000">
      <w:pPr>
        <w:spacing w:after="360"/>
        <w:jc w:val="center"/>
      </w:pPr>
      <w:r>
        <w:rPr>
          <w:i/>
        </w:rPr>
        <w:t>Orhan Veli KANIK</w:t>
      </w:r>
    </w:p>
    <w:p w14:paraId="1D00A04E" w14:textId="77777777" w:rsidR="0074265A" w:rsidRDefault="00000000">
      <w:r>
        <w:t>Uyuşamayız, yollarımız ayrı;</w:t>
      </w:r>
      <w:r>
        <w:br/>
        <w:t>Sen ciğercinin kedisi, ben sokak kedisi;</w:t>
      </w:r>
      <w:r>
        <w:br/>
        <w:t>Senin yiyeceğin kalaylı kapta;</w:t>
      </w:r>
      <w:r>
        <w:br/>
        <w:t>Benimki aslan ağzında;</w:t>
      </w:r>
      <w:r>
        <w:br/>
        <w:t>Sen aşk rüyaları görürsün, ben kemik.</w:t>
      </w:r>
    </w:p>
    <w:p w14:paraId="3C12A455" w14:textId="77777777" w:rsidR="0074265A" w:rsidRDefault="00000000">
      <w:r>
        <w:t>Ama seninki de kolay değil, kardeşim;</w:t>
      </w:r>
      <w:r>
        <w:br/>
        <w:t>Kolay değil hani,</w:t>
      </w:r>
      <w:r>
        <w:br/>
        <w:t>Böyle kuyruk sallamak tanrının günü.</w:t>
      </w:r>
    </w:p>
    <w:p w14:paraId="32371C1C" w14:textId="77777777" w:rsidR="0074265A" w:rsidRDefault="00000000">
      <w:r>
        <w:t>Bir sokak kedisi olmak zordur elbet,</w:t>
      </w:r>
      <w:r>
        <w:br/>
        <w:t>Kışın soğukta, yazın sıcakta...</w:t>
      </w:r>
      <w:r>
        <w:br/>
        <w:t>Yine de minnettarım bana bir kap su veren,</w:t>
      </w:r>
      <w:r>
        <w:br/>
        <w:t>Küçük bir çocuğun şefkat dolu bakışına.</w:t>
      </w:r>
    </w:p>
    <w:p w14:paraId="073E1FBD" w14:textId="77777777" w:rsidR="0074265A" w:rsidRDefault="00000000">
      <w:r>
        <w:br w:type="page"/>
      </w:r>
    </w:p>
    <w:p w14:paraId="755446A9" w14:textId="77777777" w:rsidR="0074265A" w:rsidRDefault="00000000">
      <w:pPr>
        <w:pStyle w:val="Balk1"/>
        <w:jc w:val="center"/>
      </w:pPr>
      <w:r>
        <w:lastRenderedPageBreak/>
        <w:t>BÜTÜN HAYVANLAR KARDEŞTİR</w:t>
      </w:r>
    </w:p>
    <w:p w14:paraId="3D27B9A8" w14:textId="77777777" w:rsidR="0074265A" w:rsidRDefault="00000000">
      <w:pPr>
        <w:spacing w:after="360"/>
        <w:jc w:val="center"/>
      </w:pPr>
      <w:r>
        <w:rPr>
          <w:i/>
        </w:rPr>
        <w:t>Anonim</w:t>
      </w:r>
    </w:p>
    <w:p w14:paraId="380A2A0A" w14:textId="77777777" w:rsidR="0074265A" w:rsidRDefault="00000000">
      <w:r>
        <w:t>Kedi, köpek, at ve kuş,</w:t>
      </w:r>
      <w:r>
        <w:br/>
        <w:t>Yerde yürür, gökte uçar.</w:t>
      </w:r>
      <w:r>
        <w:br/>
        <w:t>Biri ormanda koşar,</w:t>
      </w:r>
      <w:r>
        <w:br/>
        <w:t>Biri evimizde yaşar.</w:t>
      </w:r>
    </w:p>
    <w:p w14:paraId="78FB8A76" w14:textId="77777777" w:rsidR="0074265A" w:rsidRDefault="00000000">
      <w:r>
        <w:t>Onlar bize dost olur,</w:t>
      </w:r>
      <w:r>
        <w:br/>
        <w:t>Sevgiyle bakan gözler.</w:t>
      </w:r>
      <w:r>
        <w:br/>
        <w:t>Dertlerini diyemez,</w:t>
      </w:r>
      <w:r>
        <w:br/>
        <w:t>Sessizdir bütün sözler.</w:t>
      </w:r>
    </w:p>
    <w:p w14:paraId="64FBBFFC" w14:textId="77777777" w:rsidR="0074265A" w:rsidRDefault="00000000">
      <w:r>
        <w:t>Bir kap su, bir lokma aş,</w:t>
      </w:r>
      <w:r>
        <w:br/>
        <w:t>Onlara yeter inan.</w:t>
      </w:r>
      <w:r>
        <w:br/>
        <w:t>Hayvanları koruyan,</w:t>
      </w:r>
      <w:r>
        <w:br/>
        <w:t>En güzeldir her zaman!</w:t>
      </w:r>
    </w:p>
    <w:sectPr w:rsidR="0074265A"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525600080">
    <w:abstractNumId w:val="8"/>
  </w:num>
  <w:num w:numId="2" w16cid:durableId="1140146498">
    <w:abstractNumId w:val="6"/>
  </w:num>
  <w:num w:numId="3" w16cid:durableId="518470230">
    <w:abstractNumId w:val="5"/>
  </w:num>
  <w:num w:numId="4" w16cid:durableId="1747997204">
    <w:abstractNumId w:val="4"/>
  </w:num>
  <w:num w:numId="5" w16cid:durableId="1577128279">
    <w:abstractNumId w:val="7"/>
  </w:num>
  <w:num w:numId="6" w16cid:durableId="910113943">
    <w:abstractNumId w:val="3"/>
  </w:num>
  <w:num w:numId="7" w16cid:durableId="837498158">
    <w:abstractNumId w:val="2"/>
  </w:num>
  <w:num w:numId="8" w16cid:durableId="1953050860">
    <w:abstractNumId w:val="1"/>
  </w:num>
  <w:num w:numId="9" w16cid:durableId="159348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3EA9"/>
    <w:rsid w:val="0015074B"/>
    <w:rsid w:val="001B329F"/>
    <w:rsid w:val="0029639D"/>
    <w:rsid w:val="00326F90"/>
    <w:rsid w:val="00536EAF"/>
    <w:rsid w:val="005D35FB"/>
    <w:rsid w:val="0074265A"/>
    <w:rsid w:val="00AA1D8D"/>
    <w:rsid w:val="00B47730"/>
    <w:rsid w:val="00B63BC1"/>
    <w:rsid w:val="00C740E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935C9D"/>
  <w14:defaultImageDpi w14:val="300"/>
  <w15:docId w15:val="{7E279263-082C-4F28-B405-6AF0B311A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1735</Words>
  <Characters>9894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4</cp:revision>
  <dcterms:created xsi:type="dcterms:W3CDTF">2013-12-23T23:15:00Z</dcterms:created>
  <dcterms:modified xsi:type="dcterms:W3CDTF">2026-09-20T19:33:00Z</dcterms:modified>
  <cp:category/>
</cp:coreProperties>
</file>