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E8AE2" w14:textId="77777777" w:rsidR="00D112F5" w:rsidRDefault="00D112F5"/>
    <w:p w14:paraId="47430194" w14:textId="77777777" w:rsidR="00D112F5" w:rsidRDefault="00D112F5"/>
    <w:p w14:paraId="70A05FCE" w14:textId="77777777" w:rsidR="00D112F5" w:rsidRDefault="00D112F5"/>
    <w:p w14:paraId="53886842" w14:textId="77777777" w:rsidR="00D112F5" w:rsidRDefault="00D112F5"/>
    <w:p w14:paraId="331480B9" w14:textId="77777777" w:rsidR="00D112F5" w:rsidRDefault="00D112F5"/>
    <w:p w14:paraId="349AFD65" w14:textId="77777777" w:rsidR="00D112F5" w:rsidRDefault="00D112F5"/>
    <w:p w14:paraId="38F7CA68" w14:textId="77777777" w:rsidR="00D112F5" w:rsidRDefault="00D112F5"/>
    <w:p w14:paraId="151CD2E6" w14:textId="77777777" w:rsidR="00D112F5" w:rsidRDefault="00000000">
      <w:pPr>
        <w:jc w:val="center"/>
      </w:pPr>
      <w:r>
        <w:rPr>
          <w:b/>
          <w:sz w:val="32"/>
        </w:rPr>
        <w:t>T.C.</w:t>
      </w:r>
      <w:r>
        <w:rPr>
          <w:b/>
          <w:sz w:val="32"/>
        </w:rPr>
        <w:br/>
        <w:t>.................................................................... MÜDÜRLÜĞÜ</w:t>
      </w:r>
    </w:p>
    <w:p w14:paraId="0DD3703D" w14:textId="77777777" w:rsidR="00D112F5" w:rsidRDefault="00D112F5"/>
    <w:p w14:paraId="03858DDC" w14:textId="77777777" w:rsidR="00D112F5" w:rsidRDefault="00D112F5"/>
    <w:p w14:paraId="359FDF27" w14:textId="77777777" w:rsidR="00D112F5" w:rsidRDefault="00D112F5"/>
    <w:p w14:paraId="5140B7C7" w14:textId="77777777" w:rsidR="00D112F5" w:rsidRDefault="00D112F5"/>
    <w:p w14:paraId="3AD73A9D" w14:textId="77777777" w:rsidR="00D112F5" w:rsidRDefault="00000000">
      <w:pPr>
        <w:jc w:val="center"/>
      </w:pPr>
      <w:r>
        <w:rPr>
          <w:b/>
          <w:sz w:val="44"/>
        </w:rPr>
        <w:t>4 EKİM HAYVANLARI KORUMA GÜNÜ</w:t>
      </w:r>
      <w:r>
        <w:rPr>
          <w:b/>
          <w:sz w:val="44"/>
        </w:rPr>
        <w:br/>
        <w:t>KUTLAMA PROGRAMI</w:t>
      </w:r>
    </w:p>
    <w:p w14:paraId="6DF07365" w14:textId="77777777" w:rsidR="00D112F5" w:rsidRDefault="00D112F5"/>
    <w:p w14:paraId="3C87EC24" w14:textId="77777777" w:rsidR="00D112F5" w:rsidRDefault="00D112F5"/>
    <w:p w14:paraId="457B040F" w14:textId="77777777" w:rsidR="00D112F5" w:rsidRDefault="00D112F5"/>
    <w:p w14:paraId="1B578B45" w14:textId="77777777" w:rsidR="00D112F5" w:rsidRDefault="00D112F5"/>
    <w:p w14:paraId="0886850D" w14:textId="77777777" w:rsidR="00D112F5" w:rsidRDefault="00D112F5"/>
    <w:p w14:paraId="2BAAF2EE" w14:textId="77777777" w:rsidR="00D112F5" w:rsidRDefault="00D112F5"/>
    <w:p w14:paraId="58365892" w14:textId="77777777" w:rsidR="00D112F5" w:rsidRDefault="00D112F5"/>
    <w:p w14:paraId="37F0B726" w14:textId="77777777" w:rsidR="00D112F5" w:rsidRDefault="00000000">
      <w:pPr>
        <w:jc w:val="center"/>
      </w:pPr>
      <w:r>
        <w:rPr>
          <w:b/>
          <w:sz w:val="26"/>
        </w:rPr>
        <w:t>20... - 20... EĞİTİM ÖĞRETİM YILI</w:t>
      </w:r>
    </w:p>
    <w:p w14:paraId="28AF0C0A" w14:textId="77777777" w:rsidR="00D112F5" w:rsidRDefault="00000000">
      <w:r>
        <w:br w:type="page"/>
      </w:r>
    </w:p>
    <w:p w14:paraId="5E6DB04D" w14:textId="77777777" w:rsidR="00D112F5" w:rsidRDefault="00000000">
      <w:pPr>
        <w:spacing w:after="320"/>
        <w:jc w:val="center"/>
      </w:pPr>
      <w:r>
        <w:rPr>
          <w:b/>
          <w:sz w:val="26"/>
        </w:rPr>
        <w:lastRenderedPageBreak/>
        <w:t>.................................................................... MÜDÜRLÜĞÜNE</w:t>
      </w:r>
    </w:p>
    <w:p w14:paraId="31115D8E" w14:textId="77777777" w:rsidR="00D112F5" w:rsidRDefault="00000000">
      <w:r>
        <w:t xml:space="preserve">       Hazırlamış olduğumuz "4 Ekim Hayvanları Koruma Günü" kutlama programını .../.../20... günü saat ........’da okul bahçesinde / konferans salonunda gerçekleştirmek istiyoruz. Program akışı aşağıda belirtilmiştir.</w:t>
      </w:r>
    </w:p>
    <w:p w14:paraId="023ED36D" w14:textId="77777777" w:rsidR="00D112F5" w:rsidRDefault="00000000">
      <w:pPr>
        <w:spacing w:after="280"/>
      </w:pPr>
      <w:r>
        <w:t xml:space="preserve">       Gereğini bilgilerinize arz ederim.</w:t>
      </w:r>
    </w:p>
    <w:p w14:paraId="3F41B0F9" w14:textId="77777777" w:rsidR="00D112F5" w:rsidRDefault="00000000">
      <w:pPr>
        <w:spacing w:after="120"/>
      </w:pPr>
      <w:r>
        <w:rPr>
          <w:b/>
        </w:rPr>
        <w:t>PROGRAM AKIŞI:</w:t>
      </w:r>
    </w:p>
    <w:p w14:paraId="562F1906" w14:textId="2AF0F307" w:rsidR="00D112F5" w:rsidRDefault="00000000">
      <w:pPr>
        <w:spacing w:after="80"/>
        <w:ind w:left="288"/>
      </w:pPr>
      <w:r>
        <w:t>1. Açılış</w:t>
      </w:r>
    </w:p>
    <w:p w14:paraId="67DFE07B" w14:textId="77777777" w:rsidR="00D112F5" w:rsidRDefault="00000000">
      <w:pPr>
        <w:spacing w:after="80"/>
        <w:ind w:left="288"/>
      </w:pPr>
      <w:r>
        <w:t>2. Günün Anlam ve Önemini Belirten Konuşma (Öğretmen Konuşması)</w:t>
      </w:r>
    </w:p>
    <w:p w14:paraId="12B3BEB4" w14:textId="77777777" w:rsidR="00D112F5" w:rsidRDefault="00000000">
      <w:pPr>
        <w:spacing w:after="80"/>
        <w:ind w:left="288"/>
      </w:pPr>
      <w:r>
        <w:t>3. Şiir: "Hayvanları Sevelim" (M. Necati ÖNGAY)</w:t>
      </w:r>
    </w:p>
    <w:p w14:paraId="14A7C813" w14:textId="77777777" w:rsidR="00D112F5" w:rsidRDefault="00000000">
      <w:pPr>
        <w:spacing w:after="80"/>
        <w:ind w:left="288"/>
      </w:pPr>
      <w:r>
        <w:t>4. Öğrenci Temsilcisi Konuşması ("Onlar Bize Emanet")</w:t>
      </w:r>
    </w:p>
    <w:p w14:paraId="03B33BBA" w14:textId="77777777" w:rsidR="00D112F5" w:rsidRDefault="00000000">
      <w:pPr>
        <w:spacing w:after="80"/>
        <w:ind w:left="288"/>
      </w:pPr>
      <w:r>
        <w:t>5. Hayvan Sevgisi ve Hakları Üzerine Özlü Sözler</w:t>
      </w:r>
    </w:p>
    <w:p w14:paraId="0E06F23D" w14:textId="77777777" w:rsidR="00D112F5" w:rsidRDefault="00000000">
      <w:pPr>
        <w:spacing w:after="80"/>
        <w:ind w:left="288"/>
      </w:pPr>
      <w:r>
        <w:t>6. Şiir: "Köpeğim" (Tevfik FİKRET)</w:t>
      </w:r>
    </w:p>
    <w:p w14:paraId="3B87D352" w14:textId="77777777" w:rsidR="00D112F5" w:rsidRDefault="00000000">
      <w:pPr>
        <w:spacing w:after="80"/>
        <w:ind w:left="288"/>
      </w:pPr>
      <w:r>
        <w:t>7. Şiir: "Kuşlar"</w:t>
      </w:r>
    </w:p>
    <w:p w14:paraId="64C2BD5D" w14:textId="77777777" w:rsidR="00D112F5" w:rsidRDefault="00000000">
      <w:pPr>
        <w:spacing w:after="80"/>
        <w:ind w:left="288"/>
      </w:pPr>
      <w:r>
        <w:t>8. Kapanış</w:t>
      </w:r>
    </w:p>
    <w:p w14:paraId="1DE78B0E" w14:textId="77777777" w:rsidR="00D112F5" w:rsidRDefault="00D112F5">
      <w:pPr>
        <w:spacing w:after="500"/>
      </w:pPr>
    </w:p>
    <w:tbl>
      <w:tblPr>
        <w:tblW w:w="0" w:type="auto"/>
        <w:jc w:val="center"/>
        <w:tblLook w:val="04A0" w:firstRow="1" w:lastRow="0" w:firstColumn="1" w:lastColumn="0" w:noHBand="0" w:noVBand="1"/>
      </w:tblPr>
      <w:tblGrid>
        <w:gridCol w:w="4608"/>
        <w:gridCol w:w="4608"/>
      </w:tblGrid>
      <w:tr w:rsidR="00D112F5" w14:paraId="6A4D9AD3" w14:textId="77777777">
        <w:trPr>
          <w:jc w:val="center"/>
        </w:trPr>
        <w:tc>
          <w:tcPr>
            <w:tcW w:w="4608" w:type="dxa"/>
          </w:tcPr>
          <w:p w14:paraId="56CE4BA3" w14:textId="77777777" w:rsidR="00D112F5" w:rsidRDefault="00000000">
            <w:pPr>
              <w:jc w:val="center"/>
            </w:pPr>
            <w:r>
              <w:rPr>
                <w:b/>
              </w:rPr>
              <w:t>... / ... / 20...</w:t>
            </w:r>
            <w:r>
              <w:rPr>
                <w:b/>
              </w:rPr>
              <w:br/>
            </w:r>
            <w:r>
              <w:rPr>
                <w:b/>
              </w:rPr>
              <w:br/>
            </w:r>
            <w:r>
              <w:rPr>
                <w:b/>
              </w:rPr>
              <w:br/>
            </w:r>
            <w:r>
              <w:rPr>
                <w:b/>
              </w:rPr>
              <w:br/>
              <w:t>...................................................</w:t>
            </w:r>
            <w:r>
              <w:rPr>
                <w:b/>
              </w:rPr>
              <w:br/>
            </w:r>
            <w:r>
              <w:t>Türkçe Öğretmeni</w:t>
            </w:r>
          </w:p>
        </w:tc>
        <w:tc>
          <w:tcPr>
            <w:tcW w:w="4608" w:type="dxa"/>
          </w:tcPr>
          <w:p w14:paraId="433884DB" w14:textId="77777777" w:rsidR="00D112F5" w:rsidRDefault="00000000">
            <w:pPr>
              <w:jc w:val="center"/>
            </w:pPr>
            <w:r>
              <w:rPr>
                <w:b/>
              </w:rPr>
              <w:t>... / ... / 20...</w:t>
            </w:r>
            <w:r>
              <w:rPr>
                <w:b/>
              </w:rPr>
              <w:br/>
              <w:t>UYGUNDUR</w:t>
            </w:r>
            <w:r>
              <w:rPr>
                <w:b/>
              </w:rPr>
              <w:br/>
            </w:r>
            <w:r>
              <w:rPr>
                <w:b/>
              </w:rPr>
              <w:br/>
            </w:r>
            <w:r>
              <w:rPr>
                <w:b/>
              </w:rPr>
              <w:br/>
              <w:t>...................................................</w:t>
            </w:r>
            <w:r>
              <w:rPr>
                <w:b/>
              </w:rPr>
              <w:br/>
            </w:r>
            <w:r>
              <w:t>Okul Müdürü</w:t>
            </w:r>
          </w:p>
        </w:tc>
      </w:tr>
    </w:tbl>
    <w:p w14:paraId="3E39859E" w14:textId="77777777" w:rsidR="00D112F5" w:rsidRDefault="00000000">
      <w:r>
        <w:br w:type="page"/>
      </w:r>
    </w:p>
    <w:p w14:paraId="3FC7C6A1" w14:textId="68DBBCD6" w:rsidR="00D112F5" w:rsidRDefault="00000000">
      <w:pPr>
        <w:pStyle w:val="Balk1"/>
        <w:spacing w:after="320"/>
        <w:jc w:val="center"/>
      </w:pPr>
      <w:r>
        <w:lastRenderedPageBreak/>
        <w:t>4 EKİM HAYVANLARI KORUMA GÜNÜ</w:t>
      </w:r>
      <w:r w:rsidR="00FE08F6">
        <w:t xml:space="preserve"> </w:t>
      </w:r>
      <w:r>
        <w:t>PROGRAM SUNUCU METNİ</w:t>
      </w:r>
    </w:p>
    <w:p w14:paraId="40422976" w14:textId="0E979A4F" w:rsidR="00D112F5" w:rsidRDefault="00000000" w:rsidP="00D35B05">
      <w:r>
        <w:rPr>
          <w:b/>
        </w:rPr>
        <w:t>1- AÇILIŞ</w:t>
      </w:r>
      <w:r w:rsidR="009A199B">
        <w:rPr>
          <w:b/>
        </w:rPr>
        <w:t xml:space="preserve"> </w:t>
      </w:r>
      <w:r>
        <w:rPr>
          <w:b/>
        </w:rPr>
        <w:br/>
      </w:r>
      <w:r>
        <w:t>Sayın Okul Müdürüm, Değerli Öğretmenlerim ve Sevgili Arkadaşlarım,</w:t>
      </w:r>
      <w:r>
        <w:br/>
      </w:r>
      <w:r>
        <w:br/>
        <w:t>Doğanın dengesini kuran, yeryüzünü birlikte paylaştığımız ve varlıklarıyla dünyamızı güzelleştiren sevimli dostlarımızın günü olan 4 Ekim Hayvanları Koruma Günü kutlama programına hoş geldiniz.</w:t>
      </w:r>
      <w:r>
        <w:br/>
      </w:r>
      <w:r>
        <w:br/>
      </w:r>
      <w:r>
        <w:rPr>
          <w:b/>
        </w:rPr>
        <w:t>Gazi Mustafa Kemal ATATÜRK diyor ki:</w:t>
      </w:r>
      <w:r>
        <w:rPr>
          <w:b/>
        </w:rPr>
        <w:br/>
      </w:r>
      <w:r>
        <w:rPr>
          <w:i/>
        </w:rPr>
        <w:t>“Hayvanları korumak, doğanın dengesini korumaktır. Hayvanları sevmeyen, insanları ve doğayı da gerçekten sevemez.”</w:t>
      </w:r>
    </w:p>
    <w:p w14:paraId="453D7D4B" w14:textId="77777777" w:rsidR="00D112F5" w:rsidRDefault="00000000">
      <w:r>
        <w:rPr>
          <w:b/>
        </w:rPr>
        <w:t>2- GÜNÜN ANLAM VE ÖNEMİ KONUŞMASI TAKDİMİ</w:t>
      </w:r>
      <w:r>
        <w:rPr>
          <w:b/>
        </w:rPr>
        <w:br/>
      </w:r>
      <w:r>
        <w:t>Hayvan haklarının ve merhametin insan hayatındaki yerini belirtmek üzere günün anlam ve önemini belirten konuşmasını yapmak için okulumuz öğretmenlerinden Sayın ............................................................................’ı kürsüye davet ediyorum.</w:t>
      </w:r>
    </w:p>
    <w:p w14:paraId="62FC6F86" w14:textId="77777777" w:rsidR="00D112F5" w:rsidRDefault="00000000">
      <w:r>
        <w:rPr>
          <w:b/>
        </w:rPr>
        <w:t>3- ŞİİR TAKDİMİ ("HAYVANLARI SEVELİM")</w:t>
      </w:r>
      <w:r>
        <w:rPr>
          <w:b/>
        </w:rPr>
        <w:br/>
      </w:r>
      <w:r>
        <w:t>M. Necati Öngay’ın "Hayvanları Sevelim" adlı şiirini okumak üzere ..... / ..... sınıfı öğrencilerinden ...................................................... kürsüye davet ediyorum.</w:t>
      </w:r>
    </w:p>
    <w:p w14:paraId="094F5A40" w14:textId="77777777" w:rsidR="00D112F5" w:rsidRDefault="00000000">
      <w:r>
        <w:rPr>
          <w:b/>
        </w:rPr>
        <w:t>4- ÖĞRENCİ KONUŞMASI TAKDİMİ</w:t>
      </w:r>
      <w:r>
        <w:rPr>
          <w:b/>
        </w:rPr>
        <w:br/>
      </w:r>
      <w:r>
        <w:t>Öğrenci arkadaşlarımız adına konuşmasını yapmak üzere ...................................................... kürsüye davet ediyorum.</w:t>
      </w:r>
    </w:p>
    <w:p w14:paraId="4445F250" w14:textId="77777777" w:rsidR="00D112F5" w:rsidRDefault="00000000">
      <w:r>
        <w:rPr>
          <w:b/>
        </w:rPr>
        <w:t>5- ÖZLÜ SÖZLER TAKDİMİ</w:t>
      </w:r>
      <w:r>
        <w:rPr>
          <w:b/>
        </w:rPr>
        <w:br/>
      </w:r>
      <w:r>
        <w:t>Hayvan sevgisi üzerine söylenmiş anlamlı sözleri okumak üzere öğrenci arkadaşlarımızı kürsüye davet ediyorum.</w:t>
      </w:r>
    </w:p>
    <w:p w14:paraId="4A6DAF38" w14:textId="77777777" w:rsidR="00D112F5" w:rsidRDefault="00000000">
      <w:r>
        <w:rPr>
          <w:b/>
        </w:rPr>
        <w:t>6- ŞİİR TAKDİMİ ("KÖPEĞİM")</w:t>
      </w:r>
      <w:r>
        <w:rPr>
          <w:b/>
        </w:rPr>
        <w:br/>
      </w:r>
      <w:r>
        <w:t>Tevfik Fikret’in "Köpeğim" adlı şiirini seslendirmek üzere ..... / ..... sınıfı öğrencilerinden ...................................................... kürsüye davet ediyorum.</w:t>
      </w:r>
    </w:p>
    <w:p w14:paraId="6CE7CE1C" w14:textId="77777777" w:rsidR="00D112F5" w:rsidRDefault="00000000">
      <w:pPr>
        <w:spacing w:after="280"/>
      </w:pPr>
      <w:r>
        <w:rPr>
          <w:b/>
        </w:rPr>
        <w:t>7- ŞİİR TAKDİMİ ("KUŞLAR") VE KAPANIŞ</w:t>
      </w:r>
      <w:r>
        <w:rPr>
          <w:b/>
        </w:rPr>
        <w:br/>
      </w:r>
      <w:r>
        <w:t>"Kuşlar" adlı şiiri okumak üzere ..... / ..... sınıfından ...................................................... davet ediyorum.</w:t>
      </w:r>
      <w:r>
        <w:br/>
      </w:r>
      <w:r>
        <w:br/>
        <w:t>Unutmayalım ki bir kap su, bir kap yemek ve göstereceğimiz küçücük bir şefkat onların hayatını kurtarabilir. Dünya, tüm canlılarla paylaşıldıkça güzeldir.</w:t>
      </w:r>
      <w:r>
        <w:br/>
      </w:r>
      <w:r>
        <w:br/>
        <w:t>Programımız burada sona ermiştir. Teşekkür ederiz.</w:t>
      </w:r>
    </w:p>
    <w:p w14:paraId="13DAEF0D" w14:textId="77777777" w:rsidR="00D112F5" w:rsidRDefault="00000000">
      <w:r>
        <w:br w:type="page"/>
      </w:r>
    </w:p>
    <w:p w14:paraId="51118855" w14:textId="77777777" w:rsidR="00D112F5" w:rsidRDefault="00000000">
      <w:pPr>
        <w:pStyle w:val="Balk1"/>
        <w:spacing w:after="360"/>
        <w:jc w:val="center"/>
      </w:pPr>
      <w:r>
        <w:lastRenderedPageBreak/>
        <w:t>GÜNÜN ANLAM VE ÖNEMİNİ BELİRTEN KONUŞMA METNİ</w:t>
      </w:r>
      <w:r>
        <w:br/>
        <w:t>(Öğretmen Konuşması)</w:t>
      </w:r>
    </w:p>
    <w:p w14:paraId="28A81114" w14:textId="77777777" w:rsidR="00D112F5" w:rsidRDefault="00000000">
      <w:pPr>
        <w:spacing w:after="160"/>
      </w:pPr>
      <w:r>
        <w:t>Sayın Okul Müdürüm, Değerli Meslektaşlarım ve Sevgili Öğrenciler,</w:t>
      </w:r>
    </w:p>
    <w:p w14:paraId="52A3EAD4" w14:textId="77777777" w:rsidR="00D112F5" w:rsidRDefault="00000000">
      <w:pPr>
        <w:spacing w:after="160"/>
      </w:pPr>
      <w:r>
        <w:t>Bugün, yeryüzünü paylaştığımız dilsiz dostlarımızın haklarını hatırlamak, onlara karşı sorumluluklarımızı tazelemek amacıyla 4 Ekim Hayvanları Koruma Günü’nü kutlamak için toplanmış bulunuyoruz.</w:t>
      </w:r>
    </w:p>
    <w:p w14:paraId="7574BA8D" w14:textId="77777777" w:rsidR="00D112F5" w:rsidRDefault="00000000">
      <w:pPr>
        <w:spacing w:after="160"/>
      </w:pPr>
      <w:r>
        <w:t>İlk kez 1931 yılında kabul edilen bu özel gün, sadece bir kutlama değil; vicdani bir muhasebe günüdür. Hayvanlar; doğanın ekolojik dengesini sağlayan, dünyamıza neşe ve huzur katan sessiz dostlarımızdır. Onların da yaşama, barınma, beslenme ve kötü muameleden korunma hakları vardır.</w:t>
      </w:r>
    </w:p>
    <w:p w14:paraId="1A25B6E0" w14:textId="77777777" w:rsidR="00D112F5" w:rsidRDefault="00000000">
      <w:pPr>
        <w:spacing w:after="160"/>
      </w:pPr>
      <w:r>
        <w:t>Bizim medeniyetimiz, hayvanlara merhametle yaklaşmayı her zaman temel bir ahlak kabul etmiştir. Osmanlı döneminde kuşlar için yapılan saraylar, yaralı göçmen leylekleri tedavi etmek için kurulan vakıflar, bu yüksek merhamet duygusunun en güzel örnekleridir.</w:t>
      </w:r>
    </w:p>
    <w:p w14:paraId="33E56866" w14:textId="77777777" w:rsidR="00D112F5" w:rsidRDefault="00000000">
      <w:pPr>
        <w:spacing w:after="160"/>
      </w:pPr>
      <w:r>
        <w:t>Sevgili Öğrenciler,</w:t>
      </w:r>
      <w:r>
        <w:br/>
        <w:t>Bir toplumun uygarlık seviyesi, sokaklarında yaşayan hayvanlara gösterdiği merhametle ölçülür. Kapınızın önüne koyacağınız bir kap su, bir avuç mama ve esirgemeyeceğiniz bir sevgi, onların yaşaması için hayati önem taşır. Onlara zarar verenleri uyarınız, yaralı bir hayvan gördüğünüzde yardım elinizi uzatınız.</w:t>
      </w:r>
    </w:p>
    <w:p w14:paraId="02E2CD4D" w14:textId="77777777" w:rsidR="00D112F5" w:rsidRDefault="00000000">
      <w:pPr>
        <w:spacing w:after="160"/>
      </w:pPr>
      <w:r>
        <w:t>Bu duygu ve düşüncelerle; dünyamızı paylaştığımız tüm sevimli dostlarımızın gününü kutluyor; sevgi, merhamet ve duyarlılık dolu bir ömür diliyorum.</w:t>
      </w:r>
    </w:p>
    <w:p w14:paraId="51EAB7F2" w14:textId="77777777" w:rsidR="00D112F5" w:rsidRDefault="00000000">
      <w:pPr>
        <w:spacing w:after="160"/>
      </w:pPr>
      <w:r>
        <w:rPr>
          <w:b/>
        </w:rPr>
        <w:t>4 Ekim Hayvanları Koruma Günümüz kutlu olsun!</w:t>
      </w:r>
    </w:p>
    <w:p w14:paraId="349FA8DE" w14:textId="77777777" w:rsidR="00D112F5" w:rsidRDefault="00000000">
      <w:r>
        <w:br w:type="page"/>
      </w:r>
    </w:p>
    <w:p w14:paraId="6C1E10FB" w14:textId="77777777" w:rsidR="00D112F5" w:rsidRDefault="00000000">
      <w:pPr>
        <w:pStyle w:val="Balk1"/>
        <w:spacing w:after="320"/>
        <w:jc w:val="center"/>
      </w:pPr>
      <w:r>
        <w:lastRenderedPageBreak/>
        <w:t>ÖĞRENCİ KONUŞMASI VE HAYVAN HAKLARI ÜZERİNE ÖZLÜ SÖZLER</w:t>
      </w:r>
    </w:p>
    <w:p w14:paraId="587E6033" w14:textId="77777777" w:rsidR="00D112F5" w:rsidRDefault="00000000">
      <w:pPr>
        <w:pStyle w:val="Balk2"/>
      </w:pPr>
      <w:r>
        <w:t>Öğrenci Temsilcisi Konuşma Metni ("Onlar Bize Emanet")</w:t>
      </w:r>
    </w:p>
    <w:p w14:paraId="033D577A" w14:textId="77777777" w:rsidR="00D112F5" w:rsidRDefault="00000000">
      <w:pPr>
        <w:spacing w:after="100"/>
      </w:pPr>
      <w:r>
        <w:t>Sayın Müdürüm, Kıymetli Öğretmenlerim ve Sevgili Arkadaşlarım,</w:t>
      </w:r>
    </w:p>
    <w:p w14:paraId="635199B7" w14:textId="77777777" w:rsidR="00D112F5" w:rsidRDefault="00000000">
      <w:pPr>
        <w:spacing w:after="100"/>
      </w:pPr>
      <w:r>
        <w:t>Bugün, derdini anlatamayan, acısını söyleyemeyen ama gözleriyle bizlere çok şey anlatan dostlarımız için buradayız.</w:t>
      </w:r>
    </w:p>
    <w:p w14:paraId="4C82FCBD" w14:textId="77777777" w:rsidR="00D112F5" w:rsidRDefault="00000000">
      <w:pPr>
        <w:spacing w:after="100"/>
      </w:pPr>
      <w:r>
        <w:t>Sokakta titreyen bir yavru kedi, parkta su arayan bir köpek, çatılarda yuva kuran kuşlar... Onların dili yok ama hisseden yürekleri var. Bizler insan olarak güçlü olanız; güçlü olmak ise korumayı, sahiplenmeyi ve kollamayı gerektirir.</w:t>
      </w:r>
    </w:p>
    <w:p w14:paraId="5826C7C9" w14:textId="77777777" w:rsidR="00D112F5" w:rsidRDefault="00000000">
      <w:pPr>
        <w:spacing w:after="100"/>
      </w:pPr>
      <w:r>
        <w:t>Gelin bugün hep birlikte söz verelim: Kapımızın önüne bir kap su koymayı ihmal etmeyelim, hiçbir hayvana taş atmayalım, onları eğlence aracı olarak görmeyelim. Onlar bize doğanın emanetidir.</w:t>
      </w:r>
    </w:p>
    <w:p w14:paraId="62CB3DCA" w14:textId="77777777" w:rsidR="00D112F5" w:rsidRDefault="00000000">
      <w:pPr>
        <w:spacing w:after="100"/>
      </w:pPr>
      <w:r>
        <w:t>Bizi dinlediğiniz için teşekkür eder, hayvan dostlarımızın gününü kutlarım!</w:t>
      </w:r>
    </w:p>
    <w:p w14:paraId="2A0E4B12" w14:textId="77777777" w:rsidR="00D112F5" w:rsidRDefault="00D112F5"/>
    <w:p w14:paraId="0162BF78" w14:textId="77777777" w:rsidR="00D112F5" w:rsidRDefault="00000000">
      <w:pPr>
        <w:pStyle w:val="Balk2"/>
      </w:pPr>
      <w:r>
        <w:t>Hayvan Sevgisi Üzerine Özlü Sözler</w:t>
      </w:r>
    </w:p>
    <w:p w14:paraId="44580E79" w14:textId="77777777" w:rsidR="00D112F5" w:rsidRDefault="00000000">
      <w:pPr>
        <w:spacing w:after="80"/>
        <w:ind w:left="288"/>
      </w:pPr>
      <w:r>
        <w:t>• "Bir milletin büyüklüğü ve ahlaki gelişimi, hayvanlara olan davranış biçimiyle değerlendirilir." — Mahatma Gandhi</w:t>
      </w:r>
    </w:p>
    <w:p w14:paraId="0130146D" w14:textId="77777777" w:rsidR="00D112F5" w:rsidRDefault="00000000">
      <w:pPr>
        <w:spacing w:after="80"/>
        <w:ind w:left="288"/>
      </w:pPr>
      <w:r>
        <w:t>• "Hayvanları sevmeyen insanları da sevemez." — Arthur Schopenhauer</w:t>
      </w:r>
    </w:p>
    <w:p w14:paraId="2C8C37B8" w14:textId="77777777" w:rsidR="00D112F5" w:rsidRDefault="00000000">
      <w:pPr>
        <w:spacing w:after="80"/>
        <w:ind w:left="288"/>
      </w:pPr>
      <w:r>
        <w:t>• "Merhamet etmeyene merhamet olunmaz." — Hadis-i Şerif</w:t>
      </w:r>
    </w:p>
    <w:p w14:paraId="1A426870" w14:textId="77777777" w:rsidR="00D112F5" w:rsidRDefault="00000000">
      <w:pPr>
        <w:spacing w:after="80"/>
        <w:ind w:left="288"/>
      </w:pPr>
      <w:r>
        <w:t>• "Hayvanlar benim arkadaşlarımdır ve ben arkadaşlarımı yemem." — George Bernard Shaw</w:t>
      </w:r>
    </w:p>
    <w:p w14:paraId="00AD4075" w14:textId="77777777" w:rsidR="00D112F5" w:rsidRDefault="00000000">
      <w:pPr>
        <w:spacing w:after="80"/>
        <w:ind w:left="288"/>
      </w:pPr>
      <w:r>
        <w:t>• "Bir köpeğin gözlerine bakın; orada asla yalan göremezsiniz."</w:t>
      </w:r>
    </w:p>
    <w:p w14:paraId="118E8756" w14:textId="77777777" w:rsidR="00D112F5" w:rsidRDefault="00000000">
      <w:r>
        <w:br w:type="page"/>
      </w:r>
    </w:p>
    <w:p w14:paraId="23EA9A44" w14:textId="77777777" w:rsidR="00D112F5" w:rsidRDefault="00000000">
      <w:pPr>
        <w:pStyle w:val="Balk1"/>
        <w:jc w:val="center"/>
      </w:pPr>
      <w:r>
        <w:lastRenderedPageBreak/>
        <w:t>HAYVANLARI SEVELİM</w:t>
      </w:r>
    </w:p>
    <w:p w14:paraId="7A2CE9E2" w14:textId="77777777" w:rsidR="00D112F5" w:rsidRDefault="00000000">
      <w:pPr>
        <w:spacing w:after="360"/>
        <w:jc w:val="center"/>
      </w:pPr>
      <w:r>
        <w:rPr>
          <w:i/>
        </w:rPr>
        <w:t>M. Necati ÖNGAY</w:t>
      </w:r>
    </w:p>
    <w:p w14:paraId="2815725F" w14:textId="77777777" w:rsidR="00D112F5" w:rsidRDefault="00000000">
      <w:r>
        <w:t>Bizim gibi can taşırlar,</w:t>
      </w:r>
      <w:r>
        <w:br/>
        <w:t>Kırda, bayırda yaşarlar.</w:t>
      </w:r>
      <w:r>
        <w:br/>
        <w:t>Bize pek çok faydaları,</w:t>
      </w:r>
      <w:r>
        <w:br/>
        <w:t>Saymakla bitmez onların.</w:t>
      </w:r>
    </w:p>
    <w:p w14:paraId="59D1764F" w14:textId="77777777" w:rsidR="00D112F5" w:rsidRDefault="00000000">
      <w:r>
        <w:t>Kimi süt verir içmeye,</w:t>
      </w:r>
      <w:r>
        <w:br/>
        <w:t>Kimi tüy verir giymeye.</w:t>
      </w:r>
      <w:r>
        <w:br/>
        <w:t>Kimi sadık bir bekçidir,</w:t>
      </w:r>
      <w:r>
        <w:br/>
        <w:t>Kimi göklerde neşedir.</w:t>
      </w:r>
    </w:p>
    <w:p w14:paraId="53B49FB2" w14:textId="77777777" w:rsidR="00D112F5" w:rsidRDefault="00000000">
      <w:r>
        <w:t>Korumalıyız onları,</w:t>
      </w:r>
      <w:r>
        <w:br/>
        <w:t>İncitmeyelim canları.</w:t>
      </w:r>
      <w:r>
        <w:br/>
        <w:t>Onlar bizim dostlarımız,</w:t>
      </w:r>
      <w:r>
        <w:br/>
        <w:t>Güzelleşsin dünyamız!</w:t>
      </w:r>
    </w:p>
    <w:p w14:paraId="535F5830" w14:textId="77777777" w:rsidR="00D112F5" w:rsidRDefault="00000000">
      <w:r>
        <w:br w:type="page"/>
      </w:r>
    </w:p>
    <w:p w14:paraId="0BC71231" w14:textId="77777777" w:rsidR="00D112F5" w:rsidRDefault="00000000">
      <w:pPr>
        <w:pStyle w:val="Balk1"/>
        <w:jc w:val="center"/>
      </w:pPr>
      <w:r>
        <w:lastRenderedPageBreak/>
        <w:t>KÖPEĞİM</w:t>
      </w:r>
    </w:p>
    <w:p w14:paraId="6F1192BA" w14:textId="77777777" w:rsidR="00D112F5" w:rsidRDefault="00000000">
      <w:pPr>
        <w:spacing w:after="360"/>
        <w:jc w:val="center"/>
      </w:pPr>
      <w:r>
        <w:rPr>
          <w:i/>
        </w:rPr>
        <w:t>Tevfik FİKRET</w:t>
      </w:r>
    </w:p>
    <w:p w14:paraId="1036DADD" w14:textId="77777777" w:rsidR="00D112F5" w:rsidRDefault="00000000">
      <w:r>
        <w:t>Benim bir köpeğim var,</w:t>
      </w:r>
      <w:r>
        <w:br/>
        <w:t>Beni görünce koşar.</w:t>
      </w:r>
      <w:r>
        <w:br/>
        <w:t>Kuyruğunu sallar da,</w:t>
      </w:r>
      <w:r>
        <w:br/>
        <w:t>Etrafımda neşeyle coşar.</w:t>
      </w:r>
    </w:p>
    <w:p w14:paraId="23771C57" w14:textId="77777777" w:rsidR="00D112F5" w:rsidRDefault="00000000">
      <w:r>
        <w:t>Sadıktır hiç ayrılmaz,</w:t>
      </w:r>
      <w:r>
        <w:br/>
        <w:t>Kötülük ona yakışmaz.</w:t>
      </w:r>
      <w:r>
        <w:br/>
        <w:t>Evimizi bekler o,</w:t>
      </w:r>
      <w:r>
        <w:br/>
        <w:t>Yabancıyı hiç sokmaz.</w:t>
      </w:r>
    </w:p>
    <w:p w14:paraId="2B86F718" w14:textId="77777777" w:rsidR="00D112F5" w:rsidRDefault="00000000">
      <w:r>
        <w:t>Ben onu çok severim,</w:t>
      </w:r>
      <w:r>
        <w:br/>
        <w:t>Yemeğini veririm.</w:t>
      </w:r>
      <w:r>
        <w:br/>
        <w:t>O benim can dostumdur,</w:t>
      </w:r>
      <w:r>
        <w:br/>
        <w:t>Gözlerinden bilirim.</w:t>
      </w:r>
    </w:p>
    <w:p w14:paraId="73C2241D" w14:textId="77777777" w:rsidR="00D112F5" w:rsidRDefault="00000000">
      <w:r>
        <w:br w:type="page"/>
      </w:r>
    </w:p>
    <w:p w14:paraId="79F068EA" w14:textId="77777777" w:rsidR="00D112F5" w:rsidRDefault="00000000">
      <w:pPr>
        <w:pStyle w:val="Balk1"/>
        <w:jc w:val="center"/>
      </w:pPr>
      <w:r>
        <w:lastRenderedPageBreak/>
        <w:t>KUŞLAR</w:t>
      </w:r>
    </w:p>
    <w:p w14:paraId="16F5C6EE" w14:textId="77777777" w:rsidR="00D112F5" w:rsidRDefault="00000000">
      <w:pPr>
        <w:spacing w:after="360"/>
        <w:jc w:val="center"/>
      </w:pPr>
      <w:r>
        <w:rPr>
          <w:i/>
        </w:rPr>
        <w:t>Anonim</w:t>
      </w:r>
    </w:p>
    <w:p w14:paraId="6DDD5DEB" w14:textId="77777777" w:rsidR="00D112F5" w:rsidRDefault="00000000">
      <w:r>
        <w:t>Kanat çırpar gökyüzünde,</w:t>
      </w:r>
      <w:r>
        <w:br/>
        <w:t>Neşe vardır her sesinde.</w:t>
      </w:r>
      <w:r>
        <w:br/>
        <w:t>Ağaçların dallarında,</w:t>
      </w:r>
      <w:r>
        <w:br/>
        <w:t>Cıvıldaşır bahçesinde.</w:t>
      </w:r>
    </w:p>
    <w:p w14:paraId="6068E8D2" w14:textId="77777777" w:rsidR="00D112F5" w:rsidRDefault="00000000">
      <w:r>
        <w:t>Kış gelince üşür onlar,</w:t>
      </w:r>
      <w:r>
        <w:br/>
        <w:t>Yiyecek bir lokma arar.</w:t>
      </w:r>
      <w:r>
        <w:br/>
        <w:t>Pencerene ekmek bırak,</w:t>
      </w:r>
      <w:r>
        <w:br/>
        <w:t>Kuşlar seni dost sayar.</w:t>
      </w:r>
    </w:p>
    <w:p w14:paraId="33B8A239" w14:textId="77777777" w:rsidR="00D112F5" w:rsidRDefault="00000000">
      <w:r>
        <w:t>Sapan atma kuşlara sen,</w:t>
      </w:r>
      <w:r>
        <w:br/>
        <w:t>Uçsunlar hür göklerde bilsen.</w:t>
      </w:r>
      <w:r>
        <w:br/>
        <w:t>Dünyamız daha güzel olur,</w:t>
      </w:r>
      <w:r>
        <w:br/>
        <w:t>Her canlıyı bir seversen.</w:t>
      </w:r>
    </w:p>
    <w:sectPr w:rsidR="00D112F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93437756">
    <w:abstractNumId w:val="8"/>
  </w:num>
  <w:num w:numId="2" w16cid:durableId="307131007">
    <w:abstractNumId w:val="6"/>
  </w:num>
  <w:num w:numId="3" w16cid:durableId="923756458">
    <w:abstractNumId w:val="5"/>
  </w:num>
  <w:num w:numId="4" w16cid:durableId="727146056">
    <w:abstractNumId w:val="4"/>
  </w:num>
  <w:num w:numId="5" w16cid:durableId="149828083">
    <w:abstractNumId w:val="7"/>
  </w:num>
  <w:num w:numId="6" w16cid:durableId="1286808407">
    <w:abstractNumId w:val="3"/>
  </w:num>
  <w:num w:numId="7" w16cid:durableId="1357535323">
    <w:abstractNumId w:val="2"/>
  </w:num>
  <w:num w:numId="8" w16cid:durableId="141120368">
    <w:abstractNumId w:val="1"/>
  </w:num>
  <w:num w:numId="9" w16cid:durableId="317459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0B93"/>
    <w:rsid w:val="0029639D"/>
    <w:rsid w:val="00326F90"/>
    <w:rsid w:val="00560854"/>
    <w:rsid w:val="009A199B"/>
    <w:rsid w:val="00AA1D8D"/>
    <w:rsid w:val="00B47730"/>
    <w:rsid w:val="00CB0664"/>
    <w:rsid w:val="00D112F5"/>
    <w:rsid w:val="00D35B05"/>
    <w:rsid w:val="00E23C26"/>
    <w:rsid w:val="00FC693F"/>
    <w:rsid w:val="00FE08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96DC26"/>
  <w14:defaultImageDpi w14:val="300"/>
  <w15:docId w15:val="{D8DFEC20-A04D-4215-BBFF-E3E5E1D41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4</cp:revision>
  <dcterms:created xsi:type="dcterms:W3CDTF">2013-12-23T23:15:00Z</dcterms:created>
  <dcterms:modified xsi:type="dcterms:W3CDTF">2026-09-20T19:33:00Z</dcterms:modified>
  <cp:category/>
</cp:coreProperties>
</file>