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7D396" w14:textId="77777777" w:rsidR="00E240CA" w:rsidRDefault="00E240CA"/>
    <w:p w14:paraId="6D0CFD47" w14:textId="77777777" w:rsidR="00E240CA" w:rsidRDefault="00E240CA"/>
    <w:p w14:paraId="265D7A31" w14:textId="77777777" w:rsidR="00E240CA" w:rsidRDefault="00E240CA"/>
    <w:p w14:paraId="6B2564C4" w14:textId="77777777" w:rsidR="00E240CA" w:rsidRDefault="00E240CA"/>
    <w:p w14:paraId="1497B189" w14:textId="77777777" w:rsidR="00E240CA" w:rsidRDefault="00E240CA"/>
    <w:p w14:paraId="1A8291D7" w14:textId="77777777" w:rsidR="00E240CA" w:rsidRDefault="00E240CA"/>
    <w:p w14:paraId="1E219A02" w14:textId="77777777" w:rsidR="00E240CA" w:rsidRDefault="00E240CA"/>
    <w:p w14:paraId="0A1DFB59" w14:textId="77777777" w:rsidR="00E240CA" w:rsidRDefault="00000000">
      <w:pPr>
        <w:jc w:val="center"/>
      </w:pPr>
      <w:r>
        <w:rPr>
          <w:b/>
          <w:sz w:val="32"/>
        </w:rPr>
        <w:t>T.C.</w:t>
      </w:r>
      <w:r>
        <w:rPr>
          <w:b/>
          <w:sz w:val="32"/>
        </w:rPr>
        <w:br/>
        <w:t>.................................................................... MÜDÜRLÜĞÜ</w:t>
      </w:r>
    </w:p>
    <w:p w14:paraId="3B4036C9" w14:textId="77777777" w:rsidR="00E240CA" w:rsidRDefault="00E240CA"/>
    <w:p w14:paraId="2982925D" w14:textId="77777777" w:rsidR="00E240CA" w:rsidRDefault="00E240CA"/>
    <w:p w14:paraId="1135CF5B" w14:textId="77777777" w:rsidR="00E240CA" w:rsidRDefault="00E240CA"/>
    <w:p w14:paraId="58609A2B" w14:textId="77777777" w:rsidR="00E240CA" w:rsidRDefault="00E240CA"/>
    <w:p w14:paraId="0D0741BC" w14:textId="77777777" w:rsidR="00E240CA" w:rsidRDefault="00000000">
      <w:pPr>
        <w:jc w:val="center"/>
      </w:pPr>
      <w:r>
        <w:rPr>
          <w:b/>
          <w:sz w:val="44"/>
        </w:rPr>
        <w:t>29 EKİM CUMHURİYET BAYRAMI</w:t>
      </w:r>
      <w:r>
        <w:rPr>
          <w:b/>
          <w:sz w:val="44"/>
        </w:rPr>
        <w:br/>
        <w:t>KUTLAMA PROGRAMI</w:t>
      </w:r>
    </w:p>
    <w:p w14:paraId="6A71822A" w14:textId="77777777" w:rsidR="00E240CA" w:rsidRDefault="00E240CA"/>
    <w:p w14:paraId="1F9B804B" w14:textId="77777777" w:rsidR="00E240CA" w:rsidRDefault="00E240CA"/>
    <w:p w14:paraId="2B957A77" w14:textId="77777777" w:rsidR="00E240CA" w:rsidRDefault="00E240CA"/>
    <w:p w14:paraId="2087EA12" w14:textId="77777777" w:rsidR="00E240CA" w:rsidRDefault="00E240CA"/>
    <w:p w14:paraId="192B68EB" w14:textId="77777777" w:rsidR="00E240CA" w:rsidRDefault="00E240CA"/>
    <w:p w14:paraId="3164B193" w14:textId="77777777" w:rsidR="00E240CA" w:rsidRDefault="00E240CA"/>
    <w:p w14:paraId="7EFD22B3" w14:textId="77777777" w:rsidR="00E240CA" w:rsidRDefault="00E240CA"/>
    <w:p w14:paraId="5029261C" w14:textId="77777777" w:rsidR="00E240CA" w:rsidRDefault="00000000">
      <w:pPr>
        <w:jc w:val="center"/>
      </w:pPr>
      <w:r>
        <w:rPr>
          <w:b/>
          <w:sz w:val="26"/>
        </w:rPr>
        <w:t>20... - 20... EĞİTİM ÖĞRETİM YILI</w:t>
      </w:r>
    </w:p>
    <w:p w14:paraId="55A7EE64" w14:textId="77777777" w:rsidR="00E240CA" w:rsidRDefault="00000000">
      <w:r>
        <w:br w:type="page"/>
      </w:r>
    </w:p>
    <w:p w14:paraId="26715396" w14:textId="77777777" w:rsidR="00E240CA" w:rsidRDefault="00000000">
      <w:pPr>
        <w:spacing w:after="320"/>
        <w:jc w:val="center"/>
      </w:pPr>
      <w:r>
        <w:rPr>
          <w:b/>
          <w:sz w:val="26"/>
        </w:rPr>
        <w:lastRenderedPageBreak/>
        <w:t>.................................................................... MÜDÜRLÜĞÜNE</w:t>
      </w:r>
    </w:p>
    <w:p w14:paraId="64A0727D" w14:textId="77777777" w:rsidR="00E240CA" w:rsidRDefault="00000000">
      <w:r>
        <w:t xml:space="preserve">       Hazırlamış olduğumuz "29 Ekim Cumhuriyet Bayramı" kutlama programını .../.../20... günü saat ........’da okul bahçesinde / tören alanında gerçekleştirmek istiyoruz. Genişletilmiş program akışı aşağıda belirtilmiştir.</w:t>
      </w:r>
    </w:p>
    <w:p w14:paraId="7A550CCF" w14:textId="77777777" w:rsidR="00E240CA" w:rsidRDefault="00000000">
      <w:pPr>
        <w:spacing w:after="280"/>
      </w:pPr>
      <w:r>
        <w:t xml:space="preserve">       Gereğini bilgilerinize arz ederim.</w:t>
      </w:r>
    </w:p>
    <w:p w14:paraId="2BD95484" w14:textId="77777777" w:rsidR="00E240CA" w:rsidRDefault="00000000">
      <w:pPr>
        <w:spacing w:after="120"/>
      </w:pPr>
      <w:r>
        <w:rPr>
          <w:b/>
        </w:rPr>
        <w:t>PROGRAM AKIŞI:</w:t>
      </w:r>
    </w:p>
    <w:p w14:paraId="4B8C1469" w14:textId="77777777" w:rsidR="00E240CA" w:rsidRDefault="00000000">
      <w:pPr>
        <w:spacing w:after="60"/>
        <w:ind w:left="288"/>
      </w:pPr>
      <w:r>
        <w:t>1. Açılış, Saygı Duruşu ve İstiklâl Marşı</w:t>
      </w:r>
    </w:p>
    <w:p w14:paraId="57F7CC6C" w14:textId="77777777" w:rsidR="00E240CA" w:rsidRDefault="00000000">
      <w:pPr>
        <w:spacing w:after="60"/>
        <w:ind w:left="288"/>
      </w:pPr>
      <w:r>
        <w:t>2. Günün Anlam ve Önemini Belirten Konuşma (Okul Müdürü / Öğretmen Konuşması)</w:t>
      </w:r>
    </w:p>
    <w:p w14:paraId="586A21A0" w14:textId="77777777" w:rsidR="00E240CA" w:rsidRDefault="00000000">
      <w:pPr>
        <w:spacing w:after="60"/>
        <w:ind w:left="288"/>
      </w:pPr>
      <w:r>
        <w:t>3. Şiir: "Akdeniz'e Doğru" (Cahit Külebi)</w:t>
      </w:r>
    </w:p>
    <w:p w14:paraId="7A98E185" w14:textId="77777777" w:rsidR="00E240CA" w:rsidRDefault="00000000">
      <w:pPr>
        <w:spacing w:after="60"/>
        <w:ind w:left="288"/>
      </w:pPr>
      <w:r>
        <w:t>4. Öğrenci Meclis Temsilcisi Konuşması ("Cumhuriyetin Bekçileriyiz")</w:t>
      </w:r>
    </w:p>
    <w:p w14:paraId="5610A8D2" w14:textId="77777777" w:rsidR="00E240CA" w:rsidRDefault="00000000">
      <w:pPr>
        <w:spacing w:after="60"/>
        <w:ind w:left="288"/>
      </w:pPr>
      <w:r>
        <w:t>5. Tarihsel Bilgilendirme Sunumu: "19 Mayıs 1919'dan 29 Ekim 1923'e Cumhuriyet Yolu"</w:t>
      </w:r>
    </w:p>
    <w:p w14:paraId="582963B8" w14:textId="77777777" w:rsidR="00E240CA" w:rsidRDefault="00000000">
      <w:pPr>
        <w:spacing w:after="60"/>
        <w:ind w:left="288"/>
      </w:pPr>
      <w:r>
        <w:t>6. Şiir: "Cumhuriyet" (Vasfi Mahir Kocatürk)</w:t>
      </w:r>
    </w:p>
    <w:p w14:paraId="46E3651B" w14:textId="77777777" w:rsidR="00E240CA" w:rsidRDefault="00000000">
      <w:pPr>
        <w:spacing w:after="60"/>
        <w:ind w:left="288"/>
      </w:pPr>
      <w:r>
        <w:t>7. Cumhuriyet Oratoryosu: "Küllerinden Doğan Anka: Türkiye Cumhuriyeti"</w:t>
      </w:r>
    </w:p>
    <w:p w14:paraId="1CAA9FCB" w14:textId="77777777" w:rsidR="00E240CA" w:rsidRDefault="00000000">
      <w:pPr>
        <w:spacing w:after="60"/>
        <w:ind w:left="288"/>
      </w:pPr>
      <w:r>
        <w:t>8. Atatürk'ün Gençliğe Hitabesi ve Gençliğin Ata'ya Cevabı</w:t>
      </w:r>
    </w:p>
    <w:p w14:paraId="58C0E033" w14:textId="77777777" w:rsidR="00E240CA" w:rsidRDefault="00000000">
      <w:pPr>
        <w:spacing w:after="60"/>
        <w:ind w:left="288"/>
      </w:pPr>
      <w:r>
        <w:t>9. Şiir: "Cumhuriyet Destanı" (Behçet Kemal Çağlar)</w:t>
      </w:r>
    </w:p>
    <w:p w14:paraId="7A65D9DE" w14:textId="77777777" w:rsidR="00E240CA" w:rsidRDefault="00000000">
      <w:pPr>
        <w:spacing w:after="60"/>
        <w:ind w:left="288"/>
      </w:pPr>
      <w:r>
        <w:t>10. Atatürk'ün Cumhuriyet ve Bağımsızlık Üzerine Özlü Sözleri</w:t>
      </w:r>
    </w:p>
    <w:p w14:paraId="30641595" w14:textId="77777777" w:rsidR="00E240CA" w:rsidRDefault="00000000">
      <w:pPr>
        <w:spacing w:after="60"/>
        <w:ind w:left="288"/>
      </w:pPr>
      <w:r>
        <w:t>11. Şiir: "On Beş Yılı Karşılarken" (Faruk Nafiz Çamlıbel)</w:t>
      </w:r>
    </w:p>
    <w:p w14:paraId="0A9CB964" w14:textId="77777777" w:rsidR="00E240CA" w:rsidRDefault="00000000">
      <w:pPr>
        <w:spacing w:after="60"/>
        <w:ind w:left="288"/>
      </w:pPr>
      <w:r>
        <w:t>12. Şiir: "Bugün" (İ. Hakkı Talas)</w:t>
      </w:r>
    </w:p>
    <w:p w14:paraId="3980F703" w14:textId="77777777" w:rsidR="00E240CA" w:rsidRDefault="00000000">
      <w:pPr>
        <w:spacing w:after="60"/>
        <w:ind w:left="288"/>
      </w:pPr>
      <w:r>
        <w:t>13. Okul Korosu: "10. Yıl Marşı" ve Kapanış</w:t>
      </w:r>
    </w:p>
    <w:p w14:paraId="23910515" w14:textId="77777777" w:rsidR="00E240CA" w:rsidRDefault="00E240CA">
      <w:pPr>
        <w:spacing w:after="320"/>
      </w:pPr>
    </w:p>
    <w:tbl>
      <w:tblPr>
        <w:tblW w:w="0" w:type="auto"/>
        <w:jc w:val="center"/>
        <w:tblLook w:val="04A0" w:firstRow="1" w:lastRow="0" w:firstColumn="1" w:lastColumn="0" w:noHBand="0" w:noVBand="1"/>
      </w:tblPr>
      <w:tblGrid>
        <w:gridCol w:w="4608"/>
        <w:gridCol w:w="4608"/>
      </w:tblGrid>
      <w:tr w:rsidR="00E240CA" w14:paraId="0A0A6B8C" w14:textId="77777777">
        <w:trPr>
          <w:jc w:val="center"/>
        </w:trPr>
        <w:tc>
          <w:tcPr>
            <w:tcW w:w="4608" w:type="dxa"/>
          </w:tcPr>
          <w:p w14:paraId="0D7CCC0D" w14:textId="77777777" w:rsidR="00E240CA" w:rsidRDefault="00000000">
            <w:pPr>
              <w:jc w:val="center"/>
            </w:pPr>
            <w:r>
              <w:rPr>
                <w:b/>
              </w:rPr>
              <w:t>... / ... / 20...</w:t>
            </w:r>
            <w:r>
              <w:rPr>
                <w:b/>
              </w:rPr>
              <w:br/>
            </w:r>
            <w:r>
              <w:rPr>
                <w:b/>
              </w:rPr>
              <w:br/>
            </w:r>
            <w:r>
              <w:rPr>
                <w:b/>
              </w:rPr>
              <w:br/>
            </w:r>
            <w:r>
              <w:rPr>
                <w:b/>
              </w:rPr>
              <w:br/>
              <w:t>...................................................</w:t>
            </w:r>
            <w:r>
              <w:rPr>
                <w:b/>
              </w:rPr>
              <w:br/>
            </w:r>
            <w:r>
              <w:t>Türkçe Öğretmeni</w:t>
            </w:r>
          </w:p>
        </w:tc>
        <w:tc>
          <w:tcPr>
            <w:tcW w:w="4608" w:type="dxa"/>
          </w:tcPr>
          <w:p w14:paraId="07ACC4E6" w14:textId="77777777" w:rsidR="00E240CA" w:rsidRDefault="00000000">
            <w:pPr>
              <w:jc w:val="center"/>
            </w:pPr>
            <w:r>
              <w:rPr>
                <w:b/>
              </w:rPr>
              <w:t>... / ... / 20...</w:t>
            </w:r>
            <w:r>
              <w:rPr>
                <w:b/>
              </w:rPr>
              <w:br/>
              <w:t>UYGUNDUR</w:t>
            </w:r>
            <w:r>
              <w:rPr>
                <w:b/>
              </w:rPr>
              <w:br/>
            </w:r>
            <w:r>
              <w:rPr>
                <w:b/>
              </w:rPr>
              <w:br/>
            </w:r>
            <w:r>
              <w:rPr>
                <w:b/>
              </w:rPr>
              <w:br/>
              <w:t>...................................................</w:t>
            </w:r>
            <w:r>
              <w:rPr>
                <w:b/>
              </w:rPr>
              <w:br/>
            </w:r>
            <w:r>
              <w:t>Okul Müdürü</w:t>
            </w:r>
          </w:p>
        </w:tc>
      </w:tr>
    </w:tbl>
    <w:p w14:paraId="4CCC91FB" w14:textId="77777777" w:rsidR="00E240CA" w:rsidRDefault="00000000">
      <w:r>
        <w:br w:type="page"/>
      </w:r>
    </w:p>
    <w:p w14:paraId="5F0925E5" w14:textId="242CF752" w:rsidR="00E240CA" w:rsidRDefault="00000000">
      <w:pPr>
        <w:pStyle w:val="Balk1"/>
        <w:spacing w:after="320"/>
        <w:jc w:val="center"/>
      </w:pPr>
      <w:r>
        <w:lastRenderedPageBreak/>
        <w:t>29 EKİM CUMHURİYET BAYRAMI</w:t>
      </w:r>
      <w:r>
        <w:br/>
        <w:t xml:space="preserve">PROGRAM SUNUCU METNİ </w:t>
      </w:r>
    </w:p>
    <w:p w14:paraId="7CFFA89D" w14:textId="77777777" w:rsidR="00E240CA" w:rsidRDefault="00000000">
      <w:r>
        <w:rPr>
          <w:b/>
        </w:rPr>
        <w:t>1- AÇILIŞ VE SAYGI DURUŞU / İSTİKLÂL MARŞI ÇAĞRISI</w:t>
      </w:r>
      <w:r>
        <w:rPr>
          <w:b/>
        </w:rPr>
        <w:br/>
      </w:r>
      <w:r>
        <w:t>Sayın Okul Müdürüm, Değerli Öğretmenlerim, Kıymetli Velilerimiz ve Sevgili Arkadaşlarım,</w:t>
      </w:r>
      <w:r>
        <w:br/>
      </w:r>
      <w:r>
        <w:br/>
        <w:t>Tarihin akışını değiştiren, esarete boyun eğmeyen aziz Türk milletinin kanıyla, canıyla kurduğu en büyük eseri; Türkiye Cumhuriyeti’nin 100’ü aşan şanlı yürüyüşünü kutlamak üzere toplanmış bulunuyoruz. 29 Ekim Cumhuriyet Bayramı kutlama programımıza hoş geldiniz!</w:t>
      </w:r>
      <w:r>
        <w:br/>
      </w:r>
      <w:r>
        <w:br/>
        <w:t>Sizleri; başta Cumhuriyetimizin kurucusu Gazi Mustafa Kemal Atatürk ve silah arkadaşları olmak üzere, vatan müdafaasında gözünü kırpmadan şehadete yürüyen aziz şehitlerimiz ve kahraman gazilerimizin manevi huzurunda bir dakikalık saygı duruşuna, ardından İstiklâl Marşı’mızı gür bir sesle okumaya davet ediyorum.</w:t>
      </w:r>
      <w:r>
        <w:br/>
      </w:r>
      <w:r>
        <w:br/>
        <w:t>Dikkat!</w:t>
      </w:r>
    </w:p>
    <w:p w14:paraId="76F49AD9" w14:textId="77777777" w:rsidR="00E240CA" w:rsidRDefault="00000000">
      <w:pPr>
        <w:ind w:left="576"/>
      </w:pPr>
      <w:r>
        <w:rPr>
          <w:b/>
        </w:rPr>
        <w:t>Gazi Mustafa Kemal ATATÜRK diyor ki:</w:t>
      </w:r>
      <w:r>
        <w:rPr>
          <w:b/>
        </w:rPr>
        <w:br/>
      </w:r>
      <w:r>
        <w:rPr>
          <w:i/>
        </w:rPr>
        <w:t>“Cumhuriyetimiz öyle zannedildiği gibi zayıf değildir. Cumhuriyet bedava da kazanılmış değildir. Bunu elde etmek için çok kan döktük. Her tarafta kırmızı kanımızı akıttık.”</w:t>
      </w:r>
    </w:p>
    <w:p w14:paraId="20E574F0" w14:textId="77777777" w:rsidR="00E240CA" w:rsidRDefault="00000000">
      <w:r>
        <w:rPr>
          <w:b/>
        </w:rPr>
        <w:t>2- GÜNÜN ANLAM VE ÖNEMİ KONUŞMASI TAKDİMİ</w:t>
      </w:r>
      <w:r>
        <w:rPr>
          <w:b/>
        </w:rPr>
        <w:br/>
      </w:r>
      <w:r>
        <w:t>Cumhuriyetimizin kurucu felsefesini ve milletimize kazandırdıklarını ifade etmek üzere konuşmasını yapmak için okulumuz öğretmenlerinden Sayın ............................................................................’ı kürsüye davet ediyorum.</w:t>
      </w:r>
    </w:p>
    <w:p w14:paraId="1DC3E9A4" w14:textId="77777777" w:rsidR="00E240CA" w:rsidRDefault="00000000">
      <w:r>
        <w:rPr>
          <w:b/>
        </w:rPr>
        <w:t>3- ŞİİR TAKDİMİ ("AKDENİZ'E DOĞRU")</w:t>
      </w:r>
      <w:r>
        <w:rPr>
          <w:b/>
        </w:rPr>
        <w:br/>
      </w:r>
      <w:r>
        <w:t>Cahit Külebi’nin "Akdeniz'e Doğru" adlı şiirini okumak üzere okulumuz ..... / ..... sınıfı öğrencilerinden ...................................................... kürsüye davet ediyorum.</w:t>
      </w:r>
    </w:p>
    <w:p w14:paraId="7FE6F2DE" w14:textId="77777777" w:rsidR="00E240CA" w:rsidRDefault="00000000">
      <w:r>
        <w:rPr>
          <w:b/>
        </w:rPr>
        <w:t>4- ÖĞRENCİ TEMSİLCİSİ KONUŞMASI TAKDİMİ</w:t>
      </w:r>
      <w:r>
        <w:rPr>
          <w:b/>
        </w:rPr>
        <w:br/>
      </w:r>
      <w:r>
        <w:t>Türk gençliğinin Cumhuriyet bilincini yansıtan konuşmasını yapmak üzere Okul Temsilcimiz ...................................................... kürsüye davet ediyorum.</w:t>
      </w:r>
    </w:p>
    <w:p w14:paraId="5A003AFD" w14:textId="77777777" w:rsidR="00E240CA" w:rsidRDefault="00000000">
      <w:pPr>
        <w:spacing w:after="240"/>
      </w:pPr>
      <w:r>
        <w:rPr>
          <w:b/>
        </w:rPr>
        <w:t>5- TARİHSEL SUNUM TAKDİMİ</w:t>
      </w:r>
      <w:r>
        <w:rPr>
          <w:b/>
        </w:rPr>
        <w:br/>
      </w:r>
      <w:r>
        <w:t>19 Mayıs 1919’da Samsun’da yakılan bağımsızlık meşalesinin 29 Ekim 1923’te Cumhuriyete uzanan kutlu yolculuğunu dinlemek üzere öğrenci arkadaşlarımızı sahneye davet ediyorum.</w:t>
      </w:r>
    </w:p>
    <w:p w14:paraId="1707A099" w14:textId="6C18D316" w:rsidR="00E240CA" w:rsidRDefault="00000000">
      <w:r>
        <w:br w:type="page"/>
      </w:r>
      <w:r>
        <w:rPr>
          <w:b/>
        </w:rPr>
        <w:lastRenderedPageBreak/>
        <w:t>6- ŞİİR TAKDİMİ ("CUMHURİYET")</w:t>
      </w:r>
      <w:r>
        <w:rPr>
          <w:b/>
        </w:rPr>
        <w:br/>
      </w:r>
      <w:r>
        <w:t>Vasfi Mahir Kocatürk’ün "Cumhuriyet" adlı coşkulu şiirini seslendirmek üzere ..... / ..... sınıfından ...................................................... kürsüye davet ediyorum.</w:t>
      </w:r>
    </w:p>
    <w:p w14:paraId="1AA8DEA8" w14:textId="77777777" w:rsidR="00E240CA" w:rsidRDefault="00000000">
      <w:r>
        <w:rPr>
          <w:b/>
        </w:rPr>
        <w:t>7- CUMHURİYET ORATORYOSU TAKDİMİ</w:t>
      </w:r>
      <w:r>
        <w:rPr>
          <w:b/>
        </w:rPr>
        <w:br/>
      </w:r>
      <w:r>
        <w:t>Öğrencilerimiz tarafından hazırlanan "Küllerinden Doğan Anka: Türkiye Cumhuriyeti" adlı oratoryo gösterisini sunmak üzere ekibimizi sahneye davet ediyorum.</w:t>
      </w:r>
    </w:p>
    <w:p w14:paraId="5B729B09" w14:textId="77777777" w:rsidR="00E240CA" w:rsidRDefault="00000000">
      <w:r>
        <w:rPr>
          <w:b/>
        </w:rPr>
        <w:t>8- GENÇLİĞE HİTABE VE GENÇLİĞİN CEVABI TAKDİMİ</w:t>
      </w:r>
      <w:r>
        <w:rPr>
          <w:b/>
        </w:rPr>
        <w:br/>
      </w:r>
      <w:r>
        <w:t>Büyük Önder’in Türk istikbaline seslendiği "Gençliğe Hitabe"yi ve ardından gençliğin Ata'sına sarsılmaz cevabını dinlemek üzere öğrenci heyetimizi sahneye davet ediyorum.</w:t>
      </w:r>
    </w:p>
    <w:p w14:paraId="56B29776" w14:textId="77777777" w:rsidR="00E240CA" w:rsidRDefault="00000000">
      <w:r>
        <w:rPr>
          <w:b/>
        </w:rPr>
        <w:t>9- ŞİİR TAKDİMİ ("CUMHURİYET DESTANI")</w:t>
      </w:r>
      <w:r>
        <w:rPr>
          <w:b/>
        </w:rPr>
        <w:br/>
      </w:r>
      <w:r>
        <w:t>Behçet Kemal Çağlar’ın "Cumhuriyet Destanı" adlı şiirini okumak üzere ..... / ..... sınıfından ...................................................... sahneye davet ediyorum.</w:t>
      </w:r>
    </w:p>
    <w:p w14:paraId="1C6978FD" w14:textId="77777777" w:rsidR="00E240CA" w:rsidRDefault="00000000">
      <w:r>
        <w:rPr>
          <w:b/>
        </w:rPr>
        <w:t>10- ŞİİRLER: "ON BEŞ YILI KARŞILARKEN" VE "BUGÜN"</w:t>
      </w:r>
      <w:r>
        <w:rPr>
          <w:b/>
        </w:rPr>
        <w:br/>
      </w:r>
      <w:r>
        <w:t>Cumhuriyet sevdasını dile getiren şiirlerimizi dinlemek üzere öğrenci arkadaşlarımızı davet ediyorum.</w:t>
      </w:r>
    </w:p>
    <w:p w14:paraId="155343B3" w14:textId="77777777" w:rsidR="00E240CA" w:rsidRDefault="00000000">
      <w:pPr>
        <w:spacing w:after="280"/>
      </w:pPr>
      <w:r>
        <w:rPr>
          <w:b/>
        </w:rPr>
        <w:t>11- OKUL KOROSU VE KAPANIŞ</w:t>
      </w:r>
      <w:r>
        <w:rPr>
          <w:b/>
        </w:rPr>
        <w:br/>
      </w:r>
      <w:r>
        <w:t>Şimdi ellerimizde bayraklarımızla, hep bir ağızdan söylenecek 10. Yıl Marşı ile programımızı taçlandırıyoruz. Müzik öğretmenimiz eşliğindeki okul koromuzu sahneye davet ediyorum.</w:t>
      </w:r>
      <w:r>
        <w:br/>
      </w:r>
      <w:r>
        <w:br/>
        <w:t>Gazi Mustafa Kemal Atatürk ve tüm şehitlerimizi sonsuz rahmetle anıyor; Cumhuriyetimizin ışığında aydınlık bir gelecek diliyoruz.</w:t>
      </w:r>
      <w:r>
        <w:br/>
      </w:r>
      <w:r>
        <w:br/>
        <w:t>29 Ekim Cumhuriyet Bayramımız kutlu olsun! Ne mutlu Türk’üm diyene!</w:t>
      </w:r>
      <w:r>
        <w:br/>
      </w:r>
      <w:r>
        <w:br/>
        <w:t>Programımız burada sona ermiştir. Teşekkür ederiz.</w:t>
      </w:r>
    </w:p>
    <w:p w14:paraId="3658EFF0" w14:textId="77777777" w:rsidR="00E240CA" w:rsidRDefault="00000000">
      <w:r>
        <w:br w:type="page"/>
      </w:r>
    </w:p>
    <w:p w14:paraId="0CF98FB9" w14:textId="77777777" w:rsidR="00E240CA" w:rsidRDefault="00000000">
      <w:pPr>
        <w:pStyle w:val="Balk1"/>
        <w:spacing w:after="360"/>
        <w:jc w:val="center"/>
      </w:pPr>
      <w:r>
        <w:lastRenderedPageBreak/>
        <w:t>GÜNÜN ANLAM VE ÖNEMİNİ BELİRTEN KONUŞMA METNİ</w:t>
      </w:r>
      <w:r>
        <w:br/>
        <w:t>(Öğretmen / İdareci)</w:t>
      </w:r>
    </w:p>
    <w:p w14:paraId="5D0B7543" w14:textId="77777777" w:rsidR="00E240CA" w:rsidRDefault="00000000">
      <w:pPr>
        <w:spacing w:after="160"/>
      </w:pPr>
      <w:r>
        <w:t>Sayın Okul Müdürüm, Değerli Meslektaşlarım, Saygıdeğer Veliler ve Sevgili Öğrenciler,</w:t>
      </w:r>
    </w:p>
    <w:p w14:paraId="1B9E6901" w14:textId="77777777" w:rsidR="00E240CA" w:rsidRDefault="00000000">
      <w:pPr>
        <w:spacing w:after="160"/>
      </w:pPr>
      <w:r>
        <w:t>Bugün; tarihin en şanlı sayfalarından biri olan, bir milletin küllerinden doğarak hürriyetine kavuştuğu en büyük millî bayramımızı, Türkiye Cumhuriyeti’nin kuruluş gününü büyük bir kıvançla kutluyoruz.</w:t>
      </w:r>
    </w:p>
    <w:p w14:paraId="272F00CA" w14:textId="77777777" w:rsidR="00E240CA" w:rsidRDefault="00000000">
      <w:pPr>
        <w:spacing w:after="160"/>
      </w:pPr>
      <w:r>
        <w:t>Tarih boyunca esaret zinciri vurulamamış olan necip milletimiz; Birinci Dünya Savaşı’nın ardından dört bir yandan işgal edilmiş, orduları dağıtılmış ve vatanı paylaşılmak istenmiştir. Ancak 19 Mayıs 1919’da Samsun’a ayak basan Gazi Mustafa Kemal Atatürk, milletin sarsılmaz iradesine güvenerek Millî Mücadele’yi başlatmıştır. Amasya’da "Milletin bağımsızlığını yine milletin azim ve kararı kurtaracaktır" denilmiş, Erzurum ve Sivas kongreleriyle millî sınırlar çizilmiştir.</w:t>
      </w:r>
    </w:p>
    <w:p w14:paraId="513E0C6A" w14:textId="77777777" w:rsidR="00E240CA" w:rsidRDefault="00000000">
      <w:pPr>
        <w:spacing w:after="160"/>
      </w:pPr>
      <w:r>
        <w:t>İnönü’de, Sakarya’da ve Dumlupınar’da dökülen her damla kan, 29 Ekim 1923’te ilan edilen Cumhuriyetin harcı olmuştur. Atatürk’ün ifadesiyle "Cumhuriyet, bilhassa kimsesizlerin kimsesidir." Cumhuriyetle birlikte tebaa olmaktan çıkıp onurlu birer yurttaş olan halkımız; kadın-erkek eşitliğine kavuşmuş, eğitimde, sanayide, bilimde ve hukukta çağdaş bir devletin temellerini atmıştır.</w:t>
      </w:r>
    </w:p>
    <w:p w14:paraId="546F1FD7" w14:textId="77777777" w:rsidR="00E240CA" w:rsidRDefault="00000000">
      <w:pPr>
        <w:spacing w:after="160"/>
      </w:pPr>
      <w:r>
        <w:t>Sevgili Gençler,</w:t>
      </w:r>
      <w:r>
        <w:br/>
        <w:t>Sizler Atatürk’ün "Ey yükselen yeni nesil! İstikbal sizsiniz. Cumhuriyeti biz kurduk, onu yükseltecek ve yaşatacak olan sizlersiniz" diyerek emanet ettiği aydınlık yarınlarsınız. Cumhuriyete sahip çıkmak; bilimi, fenni ve ahlakı rehber edinerek durmaksızın çalışmak, ülkemizi muasır medeniyetler seviyesinin üzerine taşımaktır.</w:t>
      </w:r>
    </w:p>
    <w:p w14:paraId="46255312" w14:textId="77777777" w:rsidR="00E240CA" w:rsidRDefault="00000000">
      <w:pPr>
        <w:spacing w:after="160"/>
      </w:pPr>
      <w:r>
        <w:t>Bu kutlu günde; başta Ebedî Başkomutanımız Gazi Mustafa Kemal Atatürk ve silah arkadaşları olmak üzere, kanlarıyla bu vatanı bize yurt kılan tüm aziz şehitlerimizi ve gazilerimizi sonsuz rahmet, minnet ve şükranla anıyorum.</w:t>
      </w:r>
    </w:p>
    <w:p w14:paraId="20F0BCD2" w14:textId="77777777" w:rsidR="00E240CA" w:rsidRDefault="00000000">
      <w:pPr>
        <w:spacing w:after="160"/>
      </w:pPr>
      <w:r>
        <w:rPr>
          <w:b/>
        </w:rPr>
        <w:t>29 Ekim Cumhuriyet Bayramımız kutlu olsun! Yaşasın Türkiye Cumhuriyeti!</w:t>
      </w:r>
    </w:p>
    <w:p w14:paraId="4E88919D" w14:textId="77777777" w:rsidR="00E240CA" w:rsidRDefault="00000000">
      <w:r>
        <w:br w:type="page"/>
      </w:r>
    </w:p>
    <w:p w14:paraId="68471F41" w14:textId="77777777" w:rsidR="00E240CA" w:rsidRDefault="00000000">
      <w:pPr>
        <w:pStyle w:val="Balk1"/>
        <w:spacing w:after="360"/>
        <w:jc w:val="center"/>
      </w:pPr>
      <w:r>
        <w:lastRenderedPageBreak/>
        <w:t>ÖĞRENCİ TEMSİLCİSİ KONUŞMA METNİ</w:t>
      </w:r>
      <w:r>
        <w:br/>
        <w:t>"CUMHURİYETİN BEKÇİLERİYİZ"</w:t>
      </w:r>
    </w:p>
    <w:p w14:paraId="0B86FE0C" w14:textId="77777777" w:rsidR="00E240CA" w:rsidRDefault="00000000">
      <w:pPr>
        <w:spacing w:after="120"/>
      </w:pPr>
      <w:r>
        <w:t>Sayın Okul Müdürüm, Saygıdeğer Öğretmenlerim ve Sevgili Arkadaşlarım,</w:t>
      </w:r>
    </w:p>
    <w:p w14:paraId="54CCC862" w14:textId="77777777" w:rsidR="00E240CA" w:rsidRDefault="00000000">
      <w:pPr>
        <w:spacing w:after="120"/>
      </w:pPr>
      <w:r>
        <w:t>Bugün göğsümüzde ay yıldızlı bayrağımızın gururu, yüreğimizde Atatürk’ün devrimlerinin sönmeyen meşalesiyle buradayız.</w:t>
      </w:r>
    </w:p>
    <w:p w14:paraId="4F303004" w14:textId="77777777" w:rsidR="00E240CA" w:rsidRDefault="00000000">
      <w:pPr>
        <w:spacing w:after="120"/>
      </w:pPr>
      <w:r>
        <w:t>Cumhuriyet, bize altın tepside sunulmuş bir hediye değildir. Çanakkale siperlerinde can veren on beşlilerin, cepheye mermi taşırken donarak şehit olan Şerife Bacıların, Kocatepe’den şimşek gibi çakan mavi gözlü devin alın teridir, kanıdır, canıdır!</w:t>
      </w:r>
    </w:p>
    <w:p w14:paraId="06AEF02F" w14:textId="77777777" w:rsidR="00E240CA" w:rsidRDefault="00000000">
      <w:pPr>
        <w:spacing w:after="120"/>
      </w:pPr>
      <w:r>
        <w:t>Biz Türk gençleri olarak biliyoruz ki: Cumhuriyet erdemdir, Cumhuriyet hürriyettir, Cumhuriyet adalettir. Köyde doğan bir çocuğun ülkenin cumhurbaşkanı, doktoru, bilim insanı olabilmesidir.</w:t>
      </w:r>
    </w:p>
    <w:p w14:paraId="0040EFAE" w14:textId="77777777" w:rsidR="00E240CA" w:rsidRDefault="00000000">
      <w:pPr>
        <w:spacing w:after="120"/>
      </w:pPr>
      <w:r>
        <w:t>Büyük Atatürk! Açtığın yolda, kurduğun ülküde, gösterdiğin hedefe durmadan yürüyeceğimize and içeriz. Varlığımız Türk varlığına armağan olsun.</w:t>
      </w:r>
    </w:p>
    <w:p w14:paraId="563786F4" w14:textId="77777777" w:rsidR="00E240CA" w:rsidRDefault="00000000">
      <w:pPr>
        <w:spacing w:after="120"/>
      </w:pPr>
      <w:r>
        <w:t>Ne mutlu Türk’üm diyene! Cumhuriyet Bayramımız kutlu olsun!</w:t>
      </w:r>
    </w:p>
    <w:p w14:paraId="2B4126F2" w14:textId="77777777" w:rsidR="00E240CA" w:rsidRDefault="00000000">
      <w:r>
        <w:br w:type="page"/>
      </w:r>
    </w:p>
    <w:p w14:paraId="7D7FCDC7" w14:textId="77777777" w:rsidR="00E240CA" w:rsidRDefault="00000000">
      <w:pPr>
        <w:pStyle w:val="Balk1"/>
        <w:spacing w:after="360"/>
        <w:jc w:val="center"/>
      </w:pPr>
      <w:r>
        <w:lastRenderedPageBreak/>
        <w:t>TARİHSEL BİLGİLENDİRME SUNUM METNİ</w:t>
      </w:r>
      <w:r>
        <w:br/>
        <w:t>"19 MAYIS 1919'DAN 29 EKİM 1923'E CUMHURİYET YOLU"</w:t>
      </w:r>
    </w:p>
    <w:p w14:paraId="2B065084" w14:textId="77777777" w:rsidR="00E240CA" w:rsidRDefault="00000000">
      <w:pPr>
        <w:pStyle w:val="Balk2"/>
        <w:spacing w:after="120"/>
      </w:pPr>
      <w:r>
        <w:t>1. Meşalenin Yanışı ve Kongreler Süreci</w:t>
      </w:r>
    </w:p>
    <w:p w14:paraId="2C4BB04C" w14:textId="77777777" w:rsidR="00E240CA" w:rsidRDefault="00000000">
      <w:pPr>
        <w:spacing w:after="240"/>
      </w:pPr>
      <w:r>
        <w:t>19 Mayıs 1919’da Mustafa Kemal Paşa’nın Bandırma Vapuru ile Samsun’a çıkışı, Türk milletinin esaret zincirlerini kırma kararlılığının ilk adımıdır. Havza ve Amasya genelgeleriyle millet uyanışa çağrılmış; Erzurum ve Sivas kongrelerinde "Manda ve himaye kabul edilemez, millî sınırlar içinde vatan bir bütündür" kararı tüm dünyaya ilan edilmiştir.</w:t>
      </w:r>
    </w:p>
    <w:p w14:paraId="6EB70D00" w14:textId="77777777" w:rsidR="00E240CA" w:rsidRDefault="00000000">
      <w:pPr>
        <w:pStyle w:val="Balk2"/>
        <w:spacing w:after="120"/>
      </w:pPr>
      <w:r>
        <w:t>2. TBMM’nin Açılışı ve Millî Hâkimiyet</w:t>
      </w:r>
    </w:p>
    <w:p w14:paraId="7F7ABE72" w14:textId="77777777" w:rsidR="00E240CA" w:rsidRDefault="00000000">
      <w:pPr>
        <w:spacing w:after="240"/>
      </w:pPr>
      <w:r>
        <w:t>23 Nisan 1920’de Ankara’da Türkiye Büyük Millet Meclisi açılmış ve milletin kaderi bizzat milletin kendi temsilcilerine devredilmiştir. Düzenli ordunun kurulmasıyla İnönü’de ve Sakarya’da düşman durdurulmuş, 26 Ağustos 1922’de başlayan Büyük Taarruz ile vatan toprakları düşman işgalinden tamamen temizlenmiştir.</w:t>
      </w:r>
    </w:p>
    <w:p w14:paraId="22E90896" w14:textId="77777777" w:rsidR="00E240CA" w:rsidRDefault="00000000">
      <w:pPr>
        <w:pStyle w:val="Balk2"/>
        <w:spacing w:after="120"/>
      </w:pPr>
      <w:r>
        <w:t>3. 28 Ekim Akşamı ve 29 Ekim İlanı</w:t>
      </w:r>
    </w:p>
    <w:p w14:paraId="60FB2EFE" w14:textId="77777777" w:rsidR="00E240CA" w:rsidRDefault="00000000">
      <w:pPr>
        <w:spacing w:after="240"/>
      </w:pPr>
      <w:r>
        <w:t>Lozan Barış Antlaşması ile bağımsızlığı tescillenen yeni devletin rejiminin adı konulmalıydı. 28 Ekim 1923 akşamı Çankaya Köşkü’nde Mustafa Kemal Paşa arkadaşlarına tarihi sözünü söyledi: "Efendiler, yarın cumhuriyeti ilan edeceğiz!" 29 Ekim 1923 Pazartesi günü TBMM’de alkışlar ve tekbirlerle kabul edilen kanun teklifiyle Türkiye Devleti’nin yönetim şekli Cumhuriyet olarak ilan edilmiş, ilk Cumhurbaşkanı Mustafa Kemal Atatürk seçilmiştir.</w:t>
      </w:r>
    </w:p>
    <w:p w14:paraId="1F46B193" w14:textId="77777777" w:rsidR="00E240CA" w:rsidRDefault="00000000">
      <w:r>
        <w:br w:type="page"/>
      </w:r>
    </w:p>
    <w:p w14:paraId="76170C12" w14:textId="77777777" w:rsidR="00E240CA" w:rsidRDefault="00000000">
      <w:pPr>
        <w:pStyle w:val="Balk1"/>
        <w:spacing w:after="320"/>
        <w:jc w:val="center"/>
      </w:pPr>
      <w:r>
        <w:lastRenderedPageBreak/>
        <w:t>CUMHURİYET ORATORYOSU</w:t>
      </w:r>
      <w:r>
        <w:br/>
        <w:t>"KÜLLERİNDEN DOĞAN ANKA: TÜRKİYE CUMHURİYETİ"</w:t>
      </w:r>
    </w:p>
    <w:p w14:paraId="6D370D2A" w14:textId="77777777" w:rsidR="00E240CA" w:rsidRDefault="00000000">
      <w:pPr>
        <w:spacing w:after="120"/>
        <w:ind w:left="288"/>
      </w:pPr>
      <w:r>
        <w:rPr>
          <w:b/>
        </w:rPr>
        <w:t xml:space="preserve">1. Öğrenci: </w:t>
      </w:r>
      <w:r>
        <w:t>Yıl 1919... Vatan darda, millet kederdeydi. Kara bulutlar çökmüştü yurdun üstüne.</w:t>
      </w:r>
    </w:p>
    <w:p w14:paraId="7401038F" w14:textId="77777777" w:rsidR="00E240CA" w:rsidRDefault="00000000">
      <w:pPr>
        <w:spacing w:after="120"/>
        <w:ind w:left="288"/>
      </w:pPr>
      <w:r>
        <w:rPr>
          <w:b/>
        </w:rPr>
        <w:t xml:space="preserve">2. Öğrenci: </w:t>
      </w:r>
      <w:r>
        <w:t>Limanlarda yabancı zırhlılar, sokaklarda çizmeli düşmanlar geziyordu.</w:t>
      </w:r>
    </w:p>
    <w:p w14:paraId="65F2762A" w14:textId="77777777" w:rsidR="00E240CA" w:rsidRDefault="00000000">
      <w:pPr>
        <w:spacing w:after="120"/>
        <w:ind w:left="288"/>
      </w:pPr>
      <w:r>
        <w:rPr>
          <w:b/>
        </w:rPr>
        <w:t xml:space="preserve">3. Öğrenci: </w:t>
      </w:r>
      <w:r>
        <w:t>Fakat bir ses yükseldi Samsun ufkundan! Bir güneş doğdu karanlığın bağrına!</w:t>
      </w:r>
    </w:p>
    <w:p w14:paraId="21AC14C8" w14:textId="77777777" w:rsidR="00E240CA" w:rsidRDefault="00000000">
      <w:pPr>
        <w:spacing w:after="120"/>
        <w:ind w:left="288"/>
      </w:pPr>
      <w:r>
        <w:rPr>
          <w:b/>
        </w:rPr>
        <w:t xml:space="preserve">4. Öğrenci: </w:t>
      </w:r>
      <w:r>
        <w:t>O ses Mustafa Kemal’di! Haykırdı millete: "Geldikleri gibi giderler!"</w:t>
      </w:r>
    </w:p>
    <w:p w14:paraId="61A6093B" w14:textId="77777777" w:rsidR="00E240CA" w:rsidRDefault="00000000">
      <w:pPr>
        <w:spacing w:after="120"/>
        <w:ind w:left="288"/>
      </w:pPr>
      <w:r>
        <w:rPr>
          <w:b/>
        </w:rPr>
        <w:t xml:space="preserve">KORO: </w:t>
      </w:r>
      <w:r>
        <w:t>Yürüdü millet, yürüdü ordu! Vatan sağ olsun diye canlar verildi!</w:t>
      </w:r>
    </w:p>
    <w:p w14:paraId="39BD0EB3" w14:textId="77777777" w:rsidR="00E240CA" w:rsidRDefault="00000000">
      <w:pPr>
        <w:spacing w:after="120"/>
        <w:ind w:left="288"/>
      </w:pPr>
      <w:r>
        <w:rPr>
          <w:b/>
        </w:rPr>
        <w:t xml:space="preserve">1. Öğrenci: </w:t>
      </w:r>
      <w:r>
        <w:t>Dumlupınar’da kükredi aslanlar, İzmir rıhtımında denize döküldü düşman.</w:t>
      </w:r>
    </w:p>
    <w:p w14:paraId="24E9C2F1" w14:textId="77777777" w:rsidR="00E240CA" w:rsidRDefault="00000000">
      <w:pPr>
        <w:spacing w:after="120"/>
        <w:ind w:left="288"/>
      </w:pPr>
      <w:r>
        <w:rPr>
          <w:b/>
        </w:rPr>
        <w:t xml:space="preserve">2. Öğrenci: </w:t>
      </w:r>
      <w:r>
        <w:t>Ve 29 Ekim gecesi... Ankara semalarında yankılandı o mukaddes müjde:</w:t>
      </w:r>
    </w:p>
    <w:p w14:paraId="36E87031" w14:textId="77777777" w:rsidR="00E240CA" w:rsidRDefault="00000000">
      <w:pPr>
        <w:spacing w:after="120"/>
        <w:ind w:left="288"/>
      </w:pPr>
      <w:r>
        <w:rPr>
          <w:b/>
        </w:rPr>
        <w:t xml:space="preserve">KORO: </w:t>
      </w:r>
      <w:r>
        <w:t>"Hâkimiyet kayıtsız şartsız milletindir! Yaşasın Türkiye Cumhuriyeti!"</w:t>
      </w:r>
    </w:p>
    <w:p w14:paraId="0E24DD13" w14:textId="77777777" w:rsidR="00E240CA" w:rsidRDefault="00000000">
      <w:pPr>
        <w:spacing w:after="120"/>
        <w:ind w:left="288"/>
      </w:pPr>
      <w:r>
        <w:rPr>
          <w:b/>
        </w:rPr>
        <w:t xml:space="preserve">3. Öğrenci: </w:t>
      </w:r>
      <w:r>
        <w:t>Biz Cumhuriyetle açtık gözlerimizi, onunla öğrendik ilmi, fenni ve hürriyeti!</w:t>
      </w:r>
    </w:p>
    <w:p w14:paraId="3741CA24" w14:textId="77777777" w:rsidR="00E240CA" w:rsidRDefault="00000000">
      <w:pPr>
        <w:spacing w:after="120"/>
        <w:ind w:left="288"/>
      </w:pPr>
      <w:r>
        <w:rPr>
          <w:b/>
        </w:rPr>
        <w:t xml:space="preserve">4. Öğrenci: </w:t>
      </w:r>
      <w:r>
        <w:t>Ant olsun Başöğretmenim! Emanetin emin ellerdedir!</w:t>
      </w:r>
    </w:p>
    <w:p w14:paraId="71F48F4E" w14:textId="77777777" w:rsidR="00E240CA" w:rsidRDefault="00000000">
      <w:pPr>
        <w:spacing w:after="120"/>
        <w:ind w:left="288"/>
      </w:pPr>
      <w:r>
        <w:rPr>
          <w:b/>
        </w:rPr>
        <w:t xml:space="preserve">KORO: </w:t>
      </w:r>
      <w:r>
        <w:t>Ne mutlu Türk’üm diyene! Ne mutlu Cumhuriyetle büyüyene!</w:t>
      </w:r>
    </w:p>
    <w:p w14:paraId="4E2AA76F" w14:textId="77777777" w:rsidR="00E240CA" w:rsidRDefault="00000000">
      <w:r>
        <w:br w:type="page"/>
      </w:r>
    </w:p>
    <w:p w14:paraId="55663027" w14:textId="77777777" w:rsidR="00E240CA" w:rsidRDefault="00000000">
      <w:pPr>
        <w:pStyle w:val="Balk1"/>
        <w:spacing w:after="320"/>
        <w:jc w:val="center"/>
      </w:pPr>
      <w:r>
        <w:lastRenderedPageBreak/>
        <w:t>ATATÜRK'ÜN GENÇLİĞE HİTABESİ VE GENÇLİĞİN CEVABI</w:t>
      </w:r>
    </w:p>
    <w:p w14:paraId="4C523869" w14:textId="77777777" w:rsidR="00E240CA" w:rsidRDefault="00000000">
      <w:pPr>
        <w:pStyle w:val="Balk2"/>
      </w:pPr>
      <w:r>
        <w:t>Atatürk’ün Gençliğe Hitabesi</w:t>
      </w:r>
    </w:p>
    <w:p w14:paraId="094AF1BC" w14:textId="77777777" w:rsidR="00E240CA" w:rsidRDefault="00000000">
      <w:pPr>
        <w:spacing w:after="240"/>
      </w:pPr>
      <w:r>
        <w:t>“Ey Türk istikbalinin evladı! İşte, bu ahval ve şerait içinde dahi vazifen, Türk istiklâl ve cumhuriyetini kurtarmaktır. Muhtaç olduğun kudret, damarlarındaki asil kanda mevcuttur!”</w:t>
      </w:r>
    </w:p>
    <w:p w14:paraId="1B2867C1" w14:textId="77777777" w:rsidR="00E240CA" w:rsidRDefault="00000000">
      <w:pPr>
        <w:pStyle w:val="Balk2"/>
      </w:pPr>
      <w:r>
        <w:t>Türk Gençliğinin Ata’ya Cevabı</w:t>
      </w:r>
    </w:p>
    <w:p w14:paraId="78212243" w14:textId="77777777" w:rsidR="00E240CA" w:rsidRDefault="00000000">
      <w:pPr>
        <w:spacing w:after="80"/>
      </w:pPr>
      <w:r>
        <w:t>Ey Büyük Ata’mız!</w:t>
      </w:r>
    </w:p>
    <w:p w14:paraId="2A2C6BA9" w14:textId="77777777" w:rsidR="00E240CA" w:rsidRDefault="00000000">
      <w:pPr>
        <w:spacing w:after="80"/>
      </w:pPr>
      <w:r>
        <w:t>Varlığımızın en kutsal temeli olan Türk istiklâl ve cumhuriyetinin sonsuz bekçileriyiz. Bu emanet, bizim canımızdan aziz, kanımızdan mukaddestir.</w:t>
      </w:r>
    </w:p>
    <w:p w14:paraId="052B0E09" w14:textId="77777777" w:rsidR="00E240CA" w:rsidRDefault="00000000">
      <w:pPr>
        <w:spacing w:after="80"/>
      </w:pPr>
      <w:r>
        <w:t>Bütün karanlıkları aklın ve bilimin ışığıyla yırtacağız. Senin ilke ve inkılaplarının aydınlattığı yolda yorulmadan, yılmadan yürüyeceğiz.</w:t>
      </w:r>
    </w:p>
    <w:p w14:paraId="5FC6285D" w14:textId="77777777" w:rsidR="00E240CA" w:rsidRDefault="00000000">
      <w:pPr>
        <w:spacing w:after="80"/>
      </w:pPr>
      <w:r>
        <w:t>Damarlarımızdaki asil kanın hakkını vererek Cumhuriyeti daima yükseltecek ve ilelebet yaşatacağız!</w:t>
      </w:r>
    </w:p>
    <w:p w14:paraId="5007615C" w14:textId="77777777" w:rsidR="00E240CA" w:rsidRDefault="00000000">
      <w:pPr>
        <w:spacing w:after="80"/>
      </w:pPr>
      <w:r>
        <w:t>Varlığımız Türk varlığına armağan olsun! Ne mutlu Türk’üm diyene!</w:t>
      </w:r>
    </w:p>
    <w:p w14:paraId="462EDDA3" w14:textId="77777777" w:rsidR="00E240CA" w:rsidRDefault="00000000">
      <w:r>
        <w:br w:type="page"/>
      </w:r>
    </w:p>
    <w:p w14:paraId="0EF9A08B" w14:textId="77777777" w:rsidR="00E240CA" w:rsidRDefault="00000000">
      <w:pPr>
        <w:pStyle w:val="Balk1"/>
        <w:spacing w:after="360"/>
        <w:jc w:val="center"/>
      </w:pPr>
      <w:r>
        <w:lastRenderedPageBreak/>
        <w:t>CUMHURİYET VE BAĞIMSIZLIK ÜZERİNE ÖZLÜ SÖZLER</w:t>
      </w:r>
      <w:r>
        <w:br/>
        <w:t>(Öğrenci Sunumu)</w:t>
      </w:r>
    </w:p>
    <w:p w14:paraId="19909E4F" w14:textId="77777777" w:rsidR="00E240CA" w:rsidRDefault="00000000">
      <w:pPr>
        <w:spacing w:after="120"/>
        <w:ind w:left="288"/>
      </w:pPr>
      <w:r>
        <w:rPr>
          <w:b/>
        </w:rPr>
        <w:t xml:space="preserve">• Gazi Mustafa Kemal Atatürk: </w:t>
      </w:r>
      <w:r>
        <w:t>“Cumhuriyet, fikren, ilmen ve bedenen kuvvetli ve yüksek seciyeli muhafızlar ister.”</w:t>
      </w:r>
    </w:p>
    <w:p w14:paraId="5C15FDCF" w14:textId="77777777" w:rsidR="00E240CA" w:rsidRDefault="00000000">
      <w:pPr>
        <w:spacing w:after="120"/>
        <w:ind w:left="288"/>
      </w:pPr>
      <w:r>
        <w:rPr>
          <w:b/>
        </w:rPr>
        <w:t xml:space="preserve">• Gazi Mustafa Kemal Atatürk: </w:t>
      </w:r>
      <w:r>
        <w:t>“Benim naçiz vücudum bir gün elbet toprak olacaktır fakat Türkiye Cumhuriyeti ilelebet payidar kalacaktır.”</w:t>
      </w:r>
    </w:p>
    <w:p w14:paraId="52B6E87B" w14:textId="77777777" w:rsidR="00E240CA" w:rsidRDefault="00000000">
      <w:pPr>
        <w:spacing w:after="120"/>
        <w:ind w:left="288"/>
      </w:pPr>
      <w:r>
        <w:rPr>
          <w:b/>
        </w:rPr>
        <w:t xml:space="preserve">• Gazi Mustafa Kemal Atatürk: </w:t>
      </w:r>
      <w:r>
        <w:t>“Ey yükselen yeni nesil! İstikbal sizsiniz. Cumhuriyeti biz kurduk, onu yükseltecek ve yaşatacak olan sizlersiniz.”</w:t>
      </w:r>
    </w:p>
    <w:p w14:paraId="4E01A14E" w14:textId="77777777" w:rsidR="00E240CA" w:rsidRDefault="00000000">
      <w:pPr>
        <w:spacing w:after="120"/>
        <w:ind w:left="288"/>
      </w:pPr>
      <w:r>
        <w:rPr>
          <w:b/>
        </w:rPr>
        <w:t xml:space="preserve">• Gazi Mustafa Kemal Atatürk: </w:t>
      </w:r>
      <w:r>
        <w:t>“Cumhuriyet erdemdir, ahlaktır; Cumhuriyet fazilettir.”</w:t>
      </w:r>
    </w:p>
    <w:p w14:paraId="2F961962" w14:textId="77777777" w:rsidR="00E240CA" w:rsidRDefault="00000000">
      <w:pPr>
        <w:spacing w:after="120"/>
        <w:ind w:left="288"/>
      </w:pPr>
      <w:r>
        <w:rPr>
          <w:b/>
        </w:rPr>
        <w:t xml:space="preserve">• İsmet İnönü: </w:t>
      </w:r>
      <w:r>
        <w:t>“Cumhuriyet, namuslu ve erdemli insanların idaresidir.”</w:t>
      </w:r>
    </w:p>
    <w:p w14:paraId="2C589B98" w14:textId="77777777" w:rsidR="00E240CA" w:rsidRDefault="00000000">
      <w:pPr>
        <w:spacing w:after="120"/>
        <w:ind w:left="288"/>
      </w:pPr>
      <w:r>
        <w:rPr>
          <w:b/>
        </w:rPr>
        <w:t xml:space="preserve">• Mehmet Âkif Ersoy: </w:t>
      </w:r>
      <w:r>
        <w:t>“Cehennem olsa gelen, göğsümüzde söndürürüz; bu yol ki Hak yoludur, dönme bilmeyiz, yürürüz!”</w:t>
      </w:r>
    </w:p>
    <w:p w14:paraId="5E55EBA3" w14:textId="77777777" w:rsidR="00E240CA" w:rsidRDefault="00000000">
      <w:pPr>
        <w:spacing w:after="120"/>
        <w:ind w:left="288"/>
      </w:pPr>
      <w:r>
        <w:rPr>
          <w:b/>
        </w:rPr>
        <w:t xml:space="preserve">• Ziya Gökalp: </w:t>
      </w:r>
      <w:r>
        <w:t>“Hak verilmez, hak alınır; hürriyet ancak milletin kılıcıyla korunur.”</w:t>
      </w:r>
    </w:p>
    <w:p w14:paraId="213DA8C1" w14:textId="77777777" w:rsidR="00E240CA" w:rsidRDefault="00000000">
      <w:pPr>
        <w:spacing w:after="120"/>
        <w:ind w:left="288"/>
      </w:pPr>
      <w:r>
        <w:rPr>
          <w:b/>
        </w:rPr>
        <w:t xml:space="preserve">• Mithat Cemal Kuntay: </w:t>
      </w:r>
      <w:r>
        <w:t>“Bayrakları bayrak yapan üstündeki kandır; toprak eğer uğrunda ölen varsa vatandır.”</w:t>
      </w:r>
    </w:p>
    <w:p w14:paraId="557FB41A" w14:textId="77777777" w:rsidR="00E240CA" w:rsidRDefault="00000000">
      <w:r>
        <w:br w:type="page"/>
      </w:r>
    </w:p>
    <w:p w14:paraId="1F2D27EF" w14:textId="77777777" w:rsidR="00E240CA" w:rsidRDefault="00000000">
      <w:pPr>
        <w:pStyle w:val="Balk1"/>
        <w:jc w:val="center"/>
      </w:pPr>
      <w:r>
        <w:lastRenderedPageBreak/>
        <w:t>AKDENİZ'E DOĞRU</w:t>
      </w:r>
    </w:p>
    <w:p w14:paraId="2261B12D" w14:textId="77777777" w:rsidR="00E240CA" w:rsidRDefault="00000000">
      <w:pPr>
        <w:spacing w:after="360"/>
        <w:jc w:val="center"/>
      </w:pPr>
      <w:r>
        <w:rPr>
          <w:i/>
        </w:rPr>
        <w:t>Cahit KÜLEBİ</w:t>
      </w:r>
    </w:p>
    <w:p w14:paraId="18D6CB6A" w14:textId="77777777" w:rsidR="00E240CA" w:rsidRDefault="00000000">
      <w:r>
        <w:t>O günlerde bir başkaydı dünya,</w:t>
      </w:r>
      <w:r>
        <w:br/>
        <w:t>Gözlerimiz aydınlık, gönlümüz hür.</w:t>
      </w:r>
      <w:r>
        <w:br/>
        <w:t>Geldiler Dumlupınar boylarından,</w:t>
      </w:r>
      <w:r>
        <w:br/>
        <w:t>Bozkırın üstünde kalktı kömür.</w:t>
      </w:r>
    </w:p>
    <w:p w14:paraId="0346609A" w14:textId="77777777" w:rsidR="00E240CA" w:rsidRDefault="00000000">
      <w:r>
        <w:t>Geldiler Sakarya boylarından,</w:t>
      </w:r>
      <w:r>
        <w:br/>
        <w:t>Yalın ayak, başı kabak erler.</w:t>
      </w:r>
      <w:r>
        <w:br/>
        <w:t>Dediler: "Bu vatan bizimdir bizim,</w:t>
      </w:r>
      <w:r>
        <w:br/>
        <w:t>Vermeyiz düşmana bir karış yer!"</w:t>
      </w:r>
    </w:p>
    <w:p w14:paraId="3DF4A52C" w14:textId="77777777" w:rsidR="00E240CA" w:rsidRDefault="00000000">
      <w:r>
        <w:t>Ve bir sabah Kocatepe’den baktı,</w:t>
      </w:r>
      <w:r>
        <w:br/>
        <w:t>Mavi gözlü bir komutan ileriye.</w:t>
      </w:r>
      <w:r>
        <w:br/>
        <w:t>Dedi: "Ordular ilk hedefiniz Akdeniz’dir,</w:t>
      </w:r>
      <w:r>
        <w:br/>
        <w:t xml:space="preserve">Yürüyün aydınlık hürriyete!" </w:t>
      </w:r>
    </w:p>
    <w:p w14:paraId="6D716FC9" w14:textId="77777777" w:rsidR="00E240CA" w:rsidRDefault="00000000">
      <w:r>
        <w:br w:type="page"/>
      </w:r>
    </w:p>
    <w:p w14:paraId="33DA6AF4" w14:textId="77777777" w:rsidR="00E240CA" w:rsidRDefault="00000000">
      <w:pPr>
        <w:pStyle w:val="Balk1"/>
        <w:jc w:val="center"/>
      </w:pPr>
      <w:r>
        <w:lastRenderedPageBreak/>
        <w:t>CUMHURİYET</w:t>
      </w:r>
    </w:p>
    <w:p w14:paraId="5D45F312" w14:textId="77777777" w:rsidR="00E240CA" w:rsidRDefault="00000000">
      <w:pPr>
        <w:spacing w:after="360"/>
        <w:jc w:val="center"/>
      </w:pPr>
      <w:r>
        <w:rPr>
          <w:i/>
        </w:rPr>
        <w:t>Vasfi Mahir KOCATÜRK</w:t>
      </w:r>
    </w:p>
    <w:p w14:paraId="5F8AF0F9" w14:textId="77777777" w:rsidR="00E240CA" w:rsidRDefault="00000000">
      <w:r>
        <w:t>Kahraman askerim, yüz binler yaşa!</w:t>
      </w:r>
      <w:r>
        <w:br/>
        <w:t>Tarihe sığmayan şanlar seninle.</w:t>
      </w:r>
      <w:r>
        <w:br/>
        <w:t>Ey ulu önderim Mustafa Kemal Paşa,</w:t>
      </w:r>
      <w:r>
        <w:br/>
        <w:t>Kurtulan bu kutsal vatan seninle.</w:t>
      </w:r>
    </w:p>
    <w:p w14:paraId="704B6ED3" w14:textId="77777777" w:rsidR="00E240CA" w:rsidRDefault="00000000">
      <w:r>
        <w:t>Yıllarca dövüştük bu toprak için,</w:t>
      </w:r>
      <w:r>
        <w:br/>
        <w:t>Özgürlük andını içtik and için.</w:t>
      </w:r>
      <w:r>
        <w:br/>
        <w:t>Milletin hakkıdır bu ulu zafer,</w:t>
      </w:r>
      <w:r>
        <w:br/>
        <w:t>Cumhuriyet güneşi parlar her nefer!</w:t>
      </w:r>
    </w:p>
    <w:p w14:paraId="18E783D9" w14:textId="77777777" w:rsidR="00E240CA" w:rsidRDefault="00000000">
      <w:r>
        <w:t>Göklerde bayrağım ebedi gülsün,</w:t>
      </w:r>
      <w:r>
        <w:br/>
        <w:t>Düşmanlar kahrolup kederden ölsün.</w:t>
      </w:r>
      <w:r>
        <w:br/>
        <w:t>Yaşasın milletim, yaşasın devletim,</w:t>
      </w:r>
      <w:r>
        <w:br/>
        <w:t>Dünyaya ışıktır Cumhuriyetim!</w:t>
      </w:r>
    </w:p>
    <w:p w14:paraId="04B9E497" w14:textId="77777777" w:rsidR="00E240CA" w:rsidRDefault="00000000">
      <w:r>
        <w:br w:type="page"/>
      </w:r>
    </w:p>
    <w:p w14:paraId="6A8336A4" w14:textId="77777777" w:rsidR="00E240CA" w:rsidRDefault="00000000">
      <w:pPr>
        <w:pStyle w:val="Balk1"/>
        <w:jc w:val="center"/>
      </w:pPr>
      <w:r>
        <w:lastRenderedPageBreak/>
        <w:t>CUMHURİYET DESTANI</w:t>
      </w:r>
    </w:p>
    <w:p w14:paraId="46D41DD9" w14:textId="77777777" w:rsidR="00E240CA" w:rsidRDefault="00000000">
      <w:pPr>
        <w:spacing w:after="360"/>
        <w:jc w:val="center"/>
      </w:pPr>
      <w:r>
        <w:rPr>
          <w:i/>
        </w:rPr>
        <w:t>Behçet Kemal ÇAĞLAR</w:t>
      </w:r>
    </w:p>
    <w:p w14:paraId="5289F9BA" w14:textId="77777777" w:rsidR="00E240CA" w:rsidRDefault="00000000">
      <w:r>
        <w:t>Bir güneş gibi doğdun karanlık gecemize,</w:t>
      </w:r>
      <w:r>
        <w:br/>
        <w:t>Can verdin, canan verdin tükenen nefesimize.</w:t>
      </w:r>
      <w:r>
        <w:br/>
        <w:t>Kurtuluş meşalesi parladı Sakarya’da,</w:t>
      </w:r>
      <w:r>
        <w:br/>
        <w:t>Milletim kükredi bak bu kutsal vatanında!</w:t>
      </w:r>
    </w:p>
    <w:p w14:paraId="123E43FE" w14:textId="77777777" w:rsidR="00E240CA" w:rsidRDefault="00000000">
      <w:r>
        <w:t>Yıkıldı tahtlar köşkler, millet oldu hükümdar,</w:t>
      </w:r>
      <w:r>
        <w:br/>
        <w:t>Sensin bizim kalbimiz, sensin ey ulu mimar!</w:t>
      </w:r>
      <w:r>
        <w:br/>
        <w:t>Yirmi dokuz ekimde şahlandı koca millet,</w:t>
      </w:r>
      <w:r>
        <w:br/>
        <w:t>Adına destan oldu bu kutlu Cumhuriyet!</w:t>
      </w:r>
    </w:p>
    <w:p w14:paraId="79C31E91" w14:textId="77777777" w:rsidR="00E240CA" w:rsidRDefault="00000000">
      <w:r>
        <w:t>Gökte al bayrağımız dalgalanır hür ve şan,</w:t>
      </w:r>
      <w:r>
        <w:br/>
        <w:t>Feda olsun yoluna damarlardaki bu kan.</w:t>
      </w:r>
      <w:r>
        <w:br/>
        <w:t>Ebediyen yaşasın kurduğun bu asil yurt,</w:t>
      </w:r>
      <w:r>
        <w:br/>
        <w:t>Sana minnettar Ata’m, sana minnettar bu yurt!</w:t>
      </w:r>
    </w:p>
    <w:p w14:paraId="4D78A2D3" w14:textId="77777777" w:rsidR="00E240CA" w:rsidRDefault="00000000">
      <w:r>
        <w:br w:type="page"/>
      </w:r>
    </w:p>
    <w:p w14:paraId="280B6620" w14:textId="77777777" w:rsidR="00E240CA" w:rsidRDefault="00000000">
      <w:pPr>
        <w:pStyle w:val="Balk1"/>
        <w:jc w:val="center"/>
      </w:pPr>
      <w:r>
        <w:lastRenderedPageBreak/>
        <w:t>ON BEŞ YILI KARŞILARKEN</w:t>
      </w:r>
    </w:p>
    <w:p w14:paraId="58599B90" w14:textId="77777777" w:rsidR="00E240CA" w:rsidRDefault="00000000">
      <w:pPr>
        <w:spacing w:after="360"/>
        <w:jc w:val="center"/>
      </w:pPr>
      <w:r>
        <w:rPr>
          <w:i/>
        </w:rPr>
        <w:t>Faruk Nafiz ÇAMLIBEL</w:t>
      </w:r>
    </w:p>
    <w:p w14:paraId="00B1B729" w14:textId="77777777" w:rsidR="00E240CA" w:rsidRDefault="00000000">
      <w:r>
        <w:t>Kim derdi ki bu millet bir gün ayağa kalkar,</w:t>
      </w:r>
      <w:r>
        <w:br/>
        <w:t>Düşmanı deryalara kovar da öyle bakar?</w:t>
      </w:r>
      <w:r>
        <w:br/>
        <w:t>Kim derdi ki bozkırın ortasında çorak yer,</w:t>
      </w:r>
      <w:r>
        <w:br/>
        <w:t>Bir cennet bahçesine döner de çiçek verir?</w:t>
      </w:r>
    </w:p>
    <w:p w14:paraId="3CCC5D30" w14:textId="77777777" w:rsidR="00E240CA" w:rsidRDefault="00000000">
      <w:r>
        <w:t>İşte o gün doğdu bak hürriyetin güneşi,</w:t>
      </w:r>
      <w:r>
        <w:br/>
        <w:t>Dünyada bulunamaz bu destanın bir eşi.</w:t>
      </w:r>
      <w:r>
        <w:br/>
        <w:t>Türk’ün çelik göğsünde parıldayan bir taçtır,</w:t>
      </w:r>
      <w:r>
        <w:br/>
        <w:t>Cumhuriyet millete en mukaddes ilaçtır!</w:t>
      </w:r>
    </w:p>
    <w:p w14:paraId="071FC43F" w14:textId="77777777" w:rsidR="00E240CA" w:rsidRDefault="00000000">
      <w:r>
        <w:t>On beş yıl, yüz yıl değil, asırlarca sürecek,</w:t>
      </w:r>
      <w:r>
        <w:br/>
        <w:t>Bu şanlı Cumhuriyet daima yücelecek!</w:t>
      </w:r>
    </w:p>
    <w:p w14:paraId="68B8609A" w14:textId="77777777" w:rsidR="00E240CA" w:rsidRDefault="00000000">
      <w:r>
        <w:br w:type="page"/>
      </w:r>
    </w:p>
    <w:p w14:paraId="045EEB3C" w14:textId="77777777" w:rsidR="00E240CA" w:rsidRDefault="00000000">
      <w:pPr>
        <w:pStyle w:val="Balk1"/>
        <w:jc w:val="center"/>
      </w:pPr>
      <w:r>
        <w:lastRenderedPageBreak/>
        <w:t>BUGÜN</w:t>
      </w:r>
    </w:p>
    <w:p w14:paraId="487316DE" w14:textId="77777777" w:rsidR="00E240CA" w:rsidRDefault="00000000">
      <w:pPr>
        <w:spacing w:after="360"/>
        <w:jc w:val="center"/>
      </w:pPr>
      <w:r>
        <w:rPr>
          <w:i/>
        </w:rPr>
        <w:t>İ. Hakkı TALAS</w:t>
      </w:r>
    </w:p>
    <w:p w14:paraId="024113BA" w14:textId="77777777" w:rsidR="00E240CA" w:rsidRDefault="00000000">
      <w:r>
        <w:t>Bugün yirmi dokuz ekim,</w:t>
      </w:r>
      <w:r>
        <w:br/>
        <w:t>Sevinçle çarpar her bir yürek.</w:t>
      </w:r>
      <w:r>
        <w:br/>
        <w:t>Bugün hür doğdu bu milletim,</w:t>
      </w:r>
      <w:r>
        <w:br/>
        <w:t>Bize Cumhuriyet gerek.</w:t>
      </w:r>
    </w:p>
    <w:p w14:paraId="159E6837" w14:textId="77777777" w:rsidR="00E240CA" w:rsidRDefault="00000000">
      <w:r>
        <w:t>Atatürk’ün armağanı,</w:t>
      </w:r>
      <w:r>
        <w:br/>
        <w:t>Aydınlatır dört bir yanı.</w:t>
      </w:r>
      <w:r>
        <w:br/>
        <w:t>Şehitlerin aziz kanı,</w:t>
      </w:r>
      <w:r>
        <w:br/>
        <w:t>Milletimin tek kalkanı.</w:t>
      </w:r>
    </w:p>
    <w:p w14:paraId="7910CECF" w14:textId="77777777" w:rsidR="00E240CA" w:rsidRDefault="00000000">
      <w:r>
        <w:t>Dalgalansın al bayrağım,</w:t>
      </w:r>
      <w:r>
        <w:br/>
        <w:t>Şenlensin köyüm, bucağım.</w:t>
      </w:r>
      <w:r>
        <w:br/>
        <w:t>Cumhuriyet güneşiyle,</w:t>
      </w:r>
      <w:r>
        <w:br/>
        <w:t>Tütsün ebedi ocağım!</w:t>
      </w:r>
    </w:p>
    <w:sectPr w:rsidR="00E240C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048525359">
    <w:abstractNumId w:val="8"/>
  </w:num>
  <w:num w:numId="2" w16cid:durableId="1046418475">
    <w:abstractNumId w:val="6"/>
  </w:num>
  <w:num w:numId="3" w16cid:durableId="1095133591">
    <w:abstractNumId w:val="5"/>
  </w:num>
  <w:num w:numId="4" w16cid:durableId="1682049980">
    <w:abstractNumId w:val="4"/>
  </w:num>
  <w:num w:numId="5" w16cid:durableId="294530610">
    <w:abstractNumId w:val="7"/>
  </w:num>
  <w:num w:numId="6" w16cid:durableId="720132451">
    <w:abstractNumId w:val="3"/>
  </w:num>
  <w:num w:numId="7" w16cid:durableId="168837460">
    <w:abstractNumId w:val="2"/>
  </w:num>
  <w:num w:numId="8" w16cid:durableId="97718427">
    <w:abstractNumId w:val="1"/>
  </w:num>
  <w:num w:numId="9" w16cid:durableId="1367289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CB0664"/>
    <w:rsid w:val="00D2119D"/>
    <w:rsid w:val="00E240CA"/>
    <w:rsid w:val="00FC63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3F48DA"/>
  <w14:defaultImageDpi w14:val="300"/>
  <w15:docId w15:val="{18CE257A-D6E1-464A-8097-AE329F51D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2045</Words>
  <Characters>11659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2026-09-20T19:34:00Z</dcterms:modified>
  <cp:category/>
</cp:coreProperties>
</file>