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22DE1" w14:textId="77777777" w:rsidR="00A03969" w:rsidRDefault="00A03969"/>
    <w:p w14:paraId="1C06F72C" w14:textId="77777777" w:rsidR="00A03969" w:rsidRDefault="00A03969"/>
    <w:p w14:paraId="524502B7" w14:textId="77777777" w:rsidR="00A03969" w:rsidRDefault="00A03969"/>
    <w:p w14:paraId="3C85F501" w14:textId="77777777" w:rsidR="00A03969" w:rsidRDefault="00A03969"/>
    <w:p w14:paraId="7A150EFC" w14:textId="77777777" w:rsidR="00A03969" w:rsidRDefault="00A03969"/>
    <w:p w14:paraId="14ECE1C5" w14:textId="77777777" w:rsidR="00A03969" w:rsidRDefault="00A03969"/>
    <w:p w14:paraId="5E9DFEBB" w14:textId="77777777" w:rsidR="00A03969" w:rsidRDefault="00A03969"/>
    <w:p w14:paraId="6E4246AA" w14:textId="77777777" w:rsidR="00A03969" w:rsidRDefault="00000000">
      <w:pPr>
        <w:jc w:val="center"/>
      </w:pPr>
      <w:r>
        <w:rPr>
          <w:b/>
          <w:sz w:val="32"/>
        </w:rPr>
        <w:t>T.C.</w:t>
      </w:r>
      <w:r>
        <w:rPr>
          <w:b/>
          <w:sz w:val="32"/>
        </w:rPr>
        <w:br/>
        <w:t>.................................................................... MÜDÜRLÜĞÜ</w:t>
      </w:r>
    </w:p>
    <w:p w14:paraId="7F9DD5D3" w14:textId="77777777" w:rsidR="00A03969" w:rsidRDefault="00A03969"/>
    <w:p w14:paraId="6520F969" w14:textId="77777777" w:rsidR="00A03969" w:rsidRDefault="00A03969"/>
    <w:p w14:paraId="3D0D116E" w14:textId="77777777" w:rsidR="00A03969" w:rsidRDefault="00A03969"/>
    <w:p w14:paraId="39626C19" w14:textId="77777777" w:rsidR="00A03969" w:rsidRDefault="00A03969"/>
    <w:p w14:paraId="0FD9CB55" w14:textId="69D40CF8" w:rsidR="00A03969" w:rsidRDefault="00000000">
      <w:pPr>
        <w:jc w:val="center"/>
      </w:pPr>
      <w:r>
        <w:rPr>
          <w:b/>
          <w:sz w:val="44"/>
        </w:rPr>
        <w:t>19 EYLÜL GAZİLER GÜNÜ</w:t>
      </w:r>
      <w:r>
        <w:rPr>
          <w:b/>
          <w:sz w:val="44"/>
        </w:rPr>
        <w:br/>
        <w:t>ANMA PROGRAMI</w:t>
      </w:r>
    </w:p>
    <w:p w14:paraId="315A43F6" w14:textId="77777777" w:rsidR="00A03969" w:rsidRDefault="00A03969"/>
    <w:p w14:paraId="6EEE042A" w14:textId="77777777" w:rsidR="00A03969" w:rsidRDefault="00A03969"/>
    <w:p w14:paraId="3C22AA42" w14:textId="77777777" w:rsidR="00A03969" w:rsidRDefault="00A03969"/>
    <w:p w14:paraId="18EA6824" w14:textId="77777777" w:rsidR="00A03969" w:rsidRDefault="00A03969"/>
    <w:p w14:paraId="73A9EF76" w14:textId="77777777" w:rsidR="00A03969" w:rsidRDefault="00A03969"/>
    <w:p w14:paraId="59547F85" w14:textId="77777777" w:rsidR="00A03969" w:rsidRDefault="00A03969"/>
    <w:p w14:paraId="19AD02B0" w14:textId="77777777" w:rsidR="00A03969" w:rsidRDefault="00A03969"/>
    <w:p w14:paraId="1D4CC699" w14:textId="77777777" w:rsidR="00A03969" w:rsidRDefault="00000000">
      <w:pPr>
        <w:jc w:val="center"/>
      </w:pPr>
      <w:r>
        <w:rPr>
          <w:b/>
          <w:sz w:val="26"/>
        </w:rPr>
        <w:t>20... - 20... EĞİTİM ÖĞRETİM YILI</w:t>
      </w:r>
    </w:p>
    <w:p w14:paraId="256B98F3" w14:textId="77777777" w:rsidR="00A03969" w:rsidRDefault="00000000">
      <w:r>
        <w:br w:type="page"/>
      </w:r>
    </w:p>
    <w:p w14:paraId="2BD7730D" w14:textId="77777777" w:rsidR="00A03969" w:rsidRDefault="00000000">
      <w:pPr>
        <w:spacing w:after="320"/>
        <w:jc w:val="center"/>
      </w:pPr>
      <w:r>
        <w:rPr>
          <w:b/>
          <w:sz w:val="26"/>
        </w:rPr>
        <w:lastRenderedPageBreak/>
        <w:t>.................................................................... MÜDÜRLÜĞÜNE</w:t>
      </w:r>
    </w:p>
    <w:p w14:paraId="03658C39" w14:textId="77777777" w:rsidR="00A03969" w:rsidRDefault="00000000">
      <w:r>
        <w:t xml:space="preserve">       Hazırlamış olduğumuz "19 Eylül Gaziler Günü" anma programını .../.../20... günü saat ........’da okul bahçesinde / konferans salonunda gerçekleştirmek istiyoruz. Genişletilmiş anma programı akışı aşağıda belirtilmiştir.</w:t>
      </w:r>
    </w:p>
    <w:p w14:paraId="69C119A8" w14:textId="77777777" w:rsidR="00A03969" w:rsidRDefault="00000000">
      <w:pPr>
        <w:spacing w:after="280"/>
      </w:pPr>
      <w:r>
        <w:t xml:space="preserve">       Gereğini bilgilerinize arz ederim.</w:t>
      </w:r>
    </w:p>
    <w:p w14:paraId="30022FA7" w14:textId="77777777" w:rsidR="00A03969" w:rsidRDefault="00000000">
      <w:pPr>
        <w:spacing w:after="120"/>
      </w:pPr>
      <w:r>
        <w:rPr>
          <w:b/>
        </w:rPr>
        <w:t>PROGRAM AKIŞI:</w:t>
      </w:r>
    </w:p>
    <w:p w14:paraId="5EEAE98A" w14:textId="77777777" w:rsidR="00A03969" w:rsidRDefault="00000000">
      <w:pPr>
        <w:spacing w:after="60"/>
        <w:ind w:left="288"/>
      </w:pPr>
      <w:r>
        <w:t>1. Açılış, Saygı Duruşu ve İstiklâl Marşı</w:t>
      </w:r>
    </w:p>
    <w:p w14:paraId="750E4519" w14:textId="77777777" w:rsidR="00A03969" w:rsidRDefault="00000000">
      <w:pPr>
        <w:spacing w:after="60"/>
        <w:ind w:left="288"/>
      </w:pPr>
      <w:r>
        <w:t>2. Günün Anlam ve Önemini Belirten Konuşma (Okul Müdürü / Öğretmen Konuşması)</w:t>
      </w:r>
    </w:p>
    <w:p w14:paraId="3F7DB47C" w14:textId="77777777" w:rsidR="00A03969" w:rsidRDefault="00000000">
      <w:pPr>
        <w:spacing w:after="60"/>
        <w:ind w:left="288"/>
      </w:pPr>
      <w:r>
        <w:t>3. Şiir: "Gazi" (Halit Fahri OZANSOY)</w:t>
      </w:r>
    </w:p>
    <w:p w14:paraId="5481E22C" w14:textId="77777777" w:rsidR="00A03969" w:rsidRDefault="00000000">
      <w:pPr>
        <w:spacing w:after="60"/>
        <w:ind w:left="288"/>
      </w:pPr>
      <w:r>
        <w:t>4. Öğrenci Temsilcisi Konuşması ("Yaşayan Abidelerimiz: Gazilerimiz")</w:t>
      </w:r>
    </w:p>
    <w:p w14:paraId="15CE85C2" w14:textId="77777777" w:rsidR="00A03969" w:rsidRDefault="00000000">
      <w:pPr>
        <w:spacing w:after="60"/>
        <w:ind w:left="288"/>
      </w:pPr>
      <w:r>
        <w:t>5. Şiir: "Ya Şehit Ol Ya Gazi" (Anonim)</w:t>
      </w:r>
    </w:p>
    <w:p w14:paraId="2EEE19CD" w14:textId="77777777" w:rsidR="00A03969" w:rsidRDefault="00000000">
      <w:pPr>
        <w:spacing w:after="60"/>
        <w:ind w:left="288"/>
      </w:pPr>
      <w:r>
        <w:t>6. Tarihsel Bilgilendirme: "19 Eylül’ün Anlamı ve Atatürk’e Mareşallik ve Gazilik Unvanının Verilişi"</w:t>
      </w:r>
    </w:p>
    <w:p w14:paraId="7F609B65" w14:textId="77777777" w:rsidR="00A03969" w:rsidRDefault="00000000">
      <w:pPr>
        <w:spacing w:after="60"/>
        <w:ind w:left="288"/>
      </w:pPr>
      <w:r>
        <w:t>7. Şiir: "Gazi Mustafa Kemal Paşa" (Fazıl Hüsnü DAĞLARCA)</w:t>
      </w:r>
    </w:p>
    <w:p w14:paraId="38366E4C" w14:textId="77777777" w:rsidR="00A03969" w:rsidRDefault="00000000">
      <w:pPr>
        <w:spacing w:after="60"/>
        <w:ind w:left="288"/>
      </w:pPr>
      <w:r>
        <w:t>8. Gaziler Günü Oratoryosu: "Vatan Sağ Olsun Diye"</w:t>
      </w:r>
    </w:p>
    <w:p w14:paraId="1B323626" w14:textId="77777777" w:rsidR="00A03969" w:rsidRDefault="00000000">
      <w:pPr>
        <w:spacing w:after="60"/>
        <w:ind w:left="288"/>
      </w:pPr>
      <w:r>
        <w:t>9. Şiir: "Gazilerimize Minnet" (Cahit Sıtkı TARANCI)</w:t>
      </w:r>
    </w:p>
    <w:p w14:paraId="70540FCA" w14:textId="77777777" w:rsidR="00A03969" w:rsidRDefault="00000000">
      <w:pPr>
        <w:spacing w:after="60"/>
        <w:ind w:left="288"/>
      </w:pPr>
      <w:r>
        <w:t>10. Gazilik, Vatan Sevgisi ve Kahramanlık Üzerine Özlü Sözler</w:t>
      </w:r>
    </w:p>
    <w:p w14:paraId="63EEBD3B" w14:textId="77777777" w:rsidR="00A03969" w:rsidRDefault="00000000">
      <w:pPr>
        <w:spacing w:after="60"/>
        <w:ind w:left="288"/>
      </w:pPr>
      <w:r>
        <w:t>11. Şiir: "Bayrak" (Arif Nihat ASYA)</w:t>
      </w:r>
    </w:p>
    <w:p w14:paraId="58DE5C38" w14:textId="77777777" w:rsidR="00A03969" w:rsidRDefault="00000000">
      <w:pPr>
        <w:spacing w:after="60"/>
        <w:ind w:left="288"/>
      </w:pPr>
      <w:r>
        <w:t>12. Şiir: "Dur Yolcu" (Necmettin Halil ONAN)</w:t>
      </w:r>
    </w:p>
    <w:p w14:paraId="6584BDBD" w14:textId="77777777" w:rsidR="00A03969" w:rsidRDefault="00000000">
      <w:pPr>
        <w:spacing w:after="60"/>
        <w:ind w:left="288"/>
      </w:pPr>
      <w:r>
        <w:t>13. Gazilerimize Çiçek Takdimi (Varsa Davetli Gazilere) ve Kapanış</w:t>
      </w:r>
    </w:p>
    <w:p w14:paraId="306FDCFE" w14:textId="77777777" w:rsidR="00A03969" w:rsidRDefault="00A03969">
      <w:pPr>
        <w:spacing w:after="320"/>
      </w:pPr>
    </w:p>
    <w:tbl>
      <w:tblPr>
        <w:tblW w:w="0" w:type="auto"/>
        <w:jc w:val="center"/>
        <w:tblLook w:val="04A0" w:firstRow="1" w:lastRow="0" w:firstColumn="1" w:lastColumn="0" w:noHBand="0" w:noVBand="1"/>
      </w:tblPr>
      <w:tblGrid>
        <w:gridCol w:w="4608"/>
        <w:gridCol w:w="4608"/>
      </w:tblGrid>
      <w:tr w:rsidR="00A03969" w14:paraId="6977BB60" w14:textId="77777777">
        <w:trPr>
          <w:jc w:val="center"/>
        </w:trPr>
        <w:tc>
          <w:tcPr>
            <w:tcW w:w="4608" w:type="dxa"/>
          </w:tcPr>
          <w:p w14:paraId="4E7DD43D" w14:textId="77777777" w:rsidR="00A03969" w:rsidRDefault="00000000">
            <w:pPr>
              <w:jc w:val="center"/>
            </w:pPr>
            <w:r>
              <w:rPr>
                <w:b/>
              </w:rPr>
              <w:t>... / ... / 20...</w:t>
            </w:r>
            <w:r>
              <w:rPr>
                <w:b/>
              </w:rPr>
              <w:br/>
            </w:r>
            <w:r>
              <w:rPr>
                <w:b/>
              </w:rPr>
              <w:br/>
            </w:r>
            <w:r>
              <w:rPr>
                <w:b/>
              </w:rPr>
              <w:br/>
            </w:r>
            <w:r>
              <w:rPr>
                <w:b/>
              </w:rPr>
              <w:br/>
              <w:t>...................................................</w:t>
            </w:r>
            <w:r>
              <w:rPr>
                <w:b/>
              </w:rPr>
              <w:br/>
            </w:r>
            <w:r>
              <w:t>Türkçe Öğretmeni</w:t>
            </w:r>
          </w:p>
        </w:tc>
        <w:tc>
          <w:tcPr>
            <w:tcW w:w="4608" w:type="dxa"/>
          </w:tcPr>
          <w:p w14:paraId="4C440B71" w14:textId="77777777" w:rsidR="00A03969" w:rsidRDefault="00000000">
            <w:pPr>
              <w:jc w:val="center"/>
            </w:pPr>
            <w:r>
              <w:rPr>
                <w:b/>
              </w:rPr>
              <w:t>... / ... / 20...</w:t>
            </w:r>
            <w:r>
              <w:rPr>
                <w:b/>
              </w:rPr>
              <w:br/>
              <w:t>UYGUNDUR</w:t>
            </w:r>
            <w:r>
              <w:rPr>
                <w:b/>
              </w:rPr>
              <w:br/>
            </w:r>
            <w:r>
              <w:rPr>
                <w:b/>
              </w:rPr>
              <w:br/>
            </w:r>
            <w:r>
              <w:rPr>
                <w:b/>
              </w:rPr>
              <w:br/>
              <w:t>...................................................</w:t>
            </w:r>
            <w:r>
              <w:rPr>
                <w:b/>
              </w:rPr>
              <w:br/>
            </w:r>
            <w:r>
              <w:t>Okul Müdürü</w:t>
            </w:r>
          </w:p>
        </w:tc>
      </w:tr>
    </w:tbl>
    <w:p w14:paraId="315C3D19" w14:textId="77777777" w:rsidR="00A03969" w:rsidRDefault="00000000">
      <w:r>
        <w:br w:type="page"/>
      </w:r>
    </w:p>
    <w:p w14:paraId="3AA0BF26" w14:textId="43184446" w:rsidR="00A03969" w:rsidRDefault="00000000">
      <w:pPr>
        <w:pStyle w:val="Balk1"/>
        <w:spacing w:after="320"/>
        <w:jc w:val="center"/>
      </w:pPr>
      <w:r>
        <w:lastRenderedPageBreak/>
        <w:t>19 EYLÜL GAZİLER GÜNÜ</w:t>
      </w:r>
      <w:r w:rsidR="00397597">
        <w:t xml:space="preserve"> </w:t>
      </w:r>
      <w:r>
        <w:t>PROGRAM SUNUCU METNİ</w:t>
      </w:r>
    </w:p>
    <w:p w14:paraId="43D1F131" w14:textId="77777777" w:rsidR="00A03969" w:rsidRDefault="00000000">
      <w:r>
        <w:rPr>
          <w:b/>
        </w:rPr>
        <w:t>1- AÇILIŞ VE SAYGI DURUŞU / İSTİKLÂL MARŞI ÇAĞRISI</w:t>
      </w:r>
      <w:r>
        <w:rPr>
          <w:b/>
        </w:rPr>
        <w:br/>
      </w:r>
      <w:r>
        <w:t>Sayın Okul Müdürüm, Değerli Öğretmenlerim, Başımızın Tacı Kıymetli Gazilerimiz ve Sevgili Arkadaşlarım,</w:t>
      </w:r>
      <w:r>
        <w:br/>
      </w:r>
      <w:r>
        <w:br/>
        <w:t>Tarih boyunca bağımsızlığından, onurundan ve mukaddesatından zerre kadar taviz vermeyen asil milletimiz; vatan topraklarını korumak için canı pahasına savaşmış, "Ölürsem şehit, kalırsam gazi olurum!" diyerek cepheleri doldurmuştur. Bugün; yaşayan efsanelerimiz, gurur kaynaklarımız olan kahraman gazilerimizi hürmetle anmak üzere toplandık. 19 Eylül Gaziler Günü programımıza hoş geldiniz!</w:t>
      </w:r>
      <w:r>
        <w:br/>
      </w:r>
      <w:r>
        <w:br/>
        <w:t>Sizleri; başta Sakarya Meydan Muharebesi sonrası Türkiye Büyük Millet Meclisi tarafından "Mareşal" rütbesi ve "Gazi" unvanı ile taltif edilen Ebedî Başkomutanımız Gazi Mustafa Kemal Atatürk ve silah arkadaşları olmak üzere; Malazgirt’ten Çanakkale’ye, Kurtuluş Savaşı’ndan Kore’ye, Kıbrıs’tan terörle mücadeleye ve 15 Temmuz’a kadar vatan uğruna can veren tüm şehitlerimiz ile aramızdan ayrılan gazilerimizin manevi huzurunda bir dakikalık saygı duruşuna, ardından İstiklâl Marşı’mızı gür bir sesle okumaya davet ediyorum.</w:t>
      </w:r>
      <w:r>
        <w:br/>
      </w:r>
      <w:r>
        <w:br/>
        <w:t>Dikkat!</w:t>
      </w:r>
    </w:p>
    <w:p w14:paraId="681EBD37" w14:textId="77777777" w:rsidR="00A03969" w:rsidRDefault="00000000">
      <w:pPr>
        <w:ind w:left="576"/>
      </w:pPr>
      <w:r>
        <w:rPr>
          <w:b/>
        </w:rPr>
        <w:t>Başkomutan Gazi Mustafa Kemal ATATÜRK diyor ki:</w:t>
      </w:r>
      <w:r>
        <w:rPr>
          <w:b/>
        </w:rPr>
        <w:br/>
      </w:r>
      <w:r>
        <w:rPr>
          <w:i/>
        </w:rPr>
        <w:t>“Gazilik, Türk kahramanlığının, Türk vatanseverliğinin ve Türk fedakârlığının yaşayan timsalidir. Kahraman Türk ordusunun ve milletinin gurur kaynağıdır. Gazilerimiz, bağımsızlığımızın yaşayan anıtlarıdır.”</w:t>
      </w:r>
    </w:p>
    <w:p w14:paraId="7E4DCDB4" w14:textId="77777777" w:rsidR="00A03969" w:rsidRDefault="00000000">
      <w:r>
        <w:rPr>
          <w:b/>
        </w:rPr>
        <w:t>2- GÜNÜN ANLAM VE ÖNEMİ KONUŞMASI TAKDİMİ</w:t>
      </w:r>
      <w:r>
        <w:rPr>
          <w:b/>
        </w:rPr>
        <w:br/>
      </w:r>
      <w:r>
        <w:t>Gazilik makamının milletimiz için taşıdığı derin manayı paylaşmak ve günün önemini belirtmek üzere konuşmasını yapmak için Sayın ............................................................................’ı kürsüye davet ediyorum.</w:t>
      </w:r>
    </w:p>
    <w:p w14:paraId="09D973B8" w14:textId="77777777" w:rsidR="00A03969" w:rsidRDefault="00000000">
      <w:r>
        <w:rPr>
          <w:b/>
        </w:rPr>
        <w:t>3- ŞİİR TAKDİMİ ("GAZİ")</w:t>
      </w:r>
      <w:r>
        <w:rPr>
          <w:b/>
        </w:rPr>
        <w:br/>
      </w:r>
      <w:r>
        <w:t>Halit Fahri Ozansoy’un kaleme aldığı "Gazi" adlı şiiri seslendirmek üzere okulumuz ..... / ..... sınıfı öğrencilerinden ...................................................... kürsüye davet ediyorum.</w:t>
      </w:r>
    </w:p>
    <w:p w14:paraId="76392119" w14:textId="77777777" w:rsidR="00A03969" w:rsidRDefault="00000000">
      <w:r>
        <w:rPr>
          <w:b/>
        </w:rPr>
        <w:t>4- ÖĞRENCİ TEMSİLCİSİ KONUŞMASI TAKDİMİ</w:t>
      </w:r>
      <w:r>
        <w:rPr>
          <w:b/>
        </w:rPr>
        <w:br/>
      </w:r>
      <w:r>
        <w:t>Gençliğin kahraman gazilerimize olan minnet duygularını ifade etmek üzere Okul Temsilcimiz ...................................................... kürsüye davet ediyorum.</w:t>
      </w:r>
    </w:p>
    <w:p w14:paraId="08B7B253" w14:textId="77777777" w:rsidR="00A03969" w:rsidRDefault="00000000">
      <w:pPr>
        <w:spacing w:after="240"/>
      </w:pPr>
      <w:r>
        <w:rPr>
          <w:b/>
        </w:rPr>
        <w:t>5- ŞİİR TAKDİMİ ("YA ŞEHİT OL YA GAZİ")</w:t>
      </w:r>
      <w:r>
        <w:rPr>
          <w:b/>
        </w:rPr>
        <w:br/>
      </w:r>
      <w:r>
        <w:t>"Ya Şehit Ol Ya Gazi" adlı şiiri okumak üzere ..... / ..... sınıfı öğrencilerinden ...................................................... kürsüye davet ediyorum.</w:t>
      </w:r>
    </w:p>
    <w:p w14:paraId="0A40BF8C" w14:textId="77777777" w:rsidR="00A03969" w:rsidRDefault="00000000">
      <w:r>
        <w:br w:type="page"/>
      </w:r>
    </w:p>
    <w:p w14:paraId="4EEF19D7" w14:textId="77777777" w:rsidR="00A03969" w:rsidRDefault="00000000">
      <w:r>
        <w:rPr>
          <w:b/>
        </w:rPr>
        <w:lastRenderedPageBreak/>
        <w:t>6- TARİHSEL BİLGİLENDİRME METNİ TAKDİMİ</w:t>
      </w:r>
      <w:r>
        <w:rPr>
          <w:b/>
        </w:rPr>
        <w:br/>
      </w:r>
      <w:r>
        <w:t>19 Eylül tarihinin taşıdığı anlamı ve Gazi Mustafa Kemal Atatürk’e verilen unvanın tarihsel sürecini aktarmak üzere okulumuz öğrencilerini kürsüye davet ediyorum.</w:t>
      </w:r>
    </w:p>
    <w:p w14:paraId="45BF21B3" w14:textId="77777777" w:rsidR="00A03969" w:rsidRDefault="00000000">
      <w:r>
        <w:rPr>
          <w:b/>
        </w:rPr>
        <w:t>7- ŞİİR TAKDİMİ ("GAZİ MUSTAFA KEMAL PAŞA")</w:t>
      </w:r>
      <w:r>
        <w:rPr>
          <w:b/>
        </w:rPr>
        <w:br/>
      </w:r>
      <w:r>
        <w:t>Fazıl Hüsnü Dağlarca’nın "Gazi Mustafa Kemal Paşa" adlı şiirini okumak üzere ..... / ..... sınıfından ...................................................... kürsüye davet ediyorum.</w:t>
      </w:r>
    </w:p>
    <w:p w14:paraId="507CACA3" w14:textId="77777777" w:rsidR="00A03969" w:rsidRDefault="00000000">
      <w:r>
        <w:rPr>
          <w:b/>
        </w:rPr>
        <w:t>8- GAZİLER GÜNÜ ORATORYOSU TAKDİMİ</w:t>
      </w:r>
      <w:r>
        <w:rPr>
          <w:b/>
        </w:rPr>
        <w:br/>
      </w:r>
      <w:r>
        <w:t>Okulumuz öğrencileri tarafından hazırlanan "Vatan Sağ Olsun Diye" adlı Gaziler Günü oratoryosunu sunmak üzere ekibimizi sahneye davet ediyorum.</w:t>
      </w:r>
    </w:p>
    <w:p w14:paraId="59F7D689" w14:textId="77777777" w:rsidR="00A03969" w:rsidRDefault="00000000">
      <w:r>
        <w:rPr>
          <w:b/>
        </w:rPr>
        <w:t>9- ŞİİR TAKDİMİ ("GAZİLERİMİZE MİNNET")</w:t>
      </w:r>
      <w:r>
        <w:rPr>
          <w:b/>
        </w:rPr>
        <w:br/>
      </w:r>
      <w:r>
        <w:t>"Gazilerimize Minnet" adlı şiiri seslendirmek üzere okulumuz öğrencilerinden ...................................................... sahneye davet ediyorum.</w:t>
      </w:r>
    </w:p>
    <w:p w14:paraId="13EE2023" w14:textId="77777777" w:rsidR="00A03969" w:rsidRDefault="00000000">
      <w:r>
        <w:rPr>
          <w:b/>
        </w:rPr>
        <w:t>10- GAZİLİK VE KAHRAMANLIK ÜZERİNE ÖZLÜ SÖZLER</w:t>
      </w:r>
      <w:r>
        <w:rPr>
          <w:b/>
        </w:rPr>
        <w:br/>
      </w:r>
      <w:r>
        <w:t>Tarihe damga vurmuş büyük şahsiyetlerin gazilik ve vatan sevgisi üzerine sözlerini dinlemek üzere öğrenci arkadaşlarımızı davet ediyorum.</w:t>
      </w:r>
    </w:p>
    <w:p w14:paraId="31539471" w14:textId="77777777" w:rsidR="00A03969" w:rsidRDefault="00000000">
      <w:r>
        <w:rPr>
          <w:b/>
        </w:rPr>
        <w:t>11- ŞİİRLER: "BAYRAK" VE "DUR YOLCU"</w:t>
      </w:r>
      <w:r>
        <w:rPr>
          <w:b/>
        </w:rPr>
        <w:br/>
      </w:r>
      <w:r>
        <w:t>Milletimizin bağımsızlık aşkını anlatan Arif Nihat Asya’nın "Bayrak" ve Necmettin Halil Onan’ın "Dur Yolcu" şiirlerini dinliyoruz.</w:t>
      </w:r>
    </w:p>
    <w:p w14:paraId="6E726F97" w14:textId="77777777" w:rsidR="00A03969" w:rsidRDefault="00000000">
      <w:pPr>
        <w:spacing w:after="280"/>
      </w:pPr>
      <w:r>
        <w:rPr>
          <w:b/>
        </w:rPr>
        <w:t>12- ÇİÇEK TAKDİMİ VE KAPANIŞ</w:t>
      </w:r>
      <w:r>
        <w:rPr>
          <w:b/>
        </w:rPr>
        <w:br/>
      </w:r>
      <w:r>
        <w:t>Şimdi programımıza teşrif eden kahraman gazilerimize şükranlarımızın nişanesi olarak öğrencilerimiz tarafından çiçek takdimi yapılacaktır.</w:t>
      </w:r>
      <w:r>
        <w:br/>
      </w:r>
      <w:r>
        <w:br/>
        <w:t>Vatanı için canını ortaya koyan aziz şehitlerimizi rahmetle, kahraman gazilerimizi sonsuz hürmet ve minnetle anıyoruz. Hayatta olan tüm gazilerimize sağlıklı, mutlu ve uzun ömürler diliyoruz.</w:t>
      </w:r>
      <w:r>
        <w:br/>
      </w:r>
      <w:r>
        <w:br/>
        <w:t>Programımız burada sona ermiştir. Katılımlarınızdan dolayı teşekkür ederiz.</w:t>
      </w:r>
    </w:p>
    <w:p w14:paraId="372FEB11" w14:textId="77777777" w:rsidR="00A03969" w:rsidRDefault="00000000">
      <w:r>
        <w:br w:type="page"/>
      </w:r>
    </w:p>
    <w:p w14:paraId="4459C4B7" w14:textId="77777777" w:rsidR="00A03969" w:rsidRDefault="00000000">
      <w:pPr>
        <w:pStyle w:val="Balk1"/>
        <w:spacing w:after="360"/>
        <w:jc w:val="center"/>
      </w:pPr>
      <w:r>
        <w:lastRenderedPageBreak/>
        <w:t>GÜNÜN ANLAM VE ÖNEMİNİ BELİRTEN KONUŞMA METNİ</w:t>
      </w:r>
      <w:r>
        <w:br/>
        <w:t>(Öğretmen / İdareci)</w:t>
      </w:r>
    </w:p>
    <w:p w14:paraId="42DC7CA4" w14:textId="77777777" w:rsidR="00A03969" w:rsidRDefault="00000000">
      <w:pPr>
        <w:spacing w:after="160"/>
      </w:pPr>
      <w:r>
        <w:t>Sayın Okul Müdürüm, Değerli Meslektaşlarım, Başımızın Tacı Kıymetli Gazilerimiz ve Sevgili Gençler,</w:t>
      </w:r>
    </w:p>
    <w:p w14:paraId="1FA68974" w14:textId="77777777" w:rsidR="00A03969" w:rsidRDefault="00000000">
      <w:pPr>
        <w:spacing w:after="160"/>
      </w:pPr>
      <w:r>
        <w:t>Bugün; Çanakkale’den Dumlupınar’a, Sakarya’dan Kore’ye, Kıbrıs Barış Harekâtı’ndan terörle mücadeleye ve 15 Temmuz’a kadar bu cennet vatanın her karış toprağında destan yazan kahraman gazilerimizin gurur gününü; 19 Eylül Gaziler Günü’nü idrak etmek üzere bir aradayız.</w:t>
      </w:r>
    </w:p>
    <w:p w14:paraId="52F3F3DE" w14:textId="77777777" w:rsidR="00A03969" w:rsidRDefault="00000000">
      <w:pPr>
        <w:spacing w:after="160"/>
      </w:pPr>
      <w:r>
        <w:t>Tarihimiz, vatan ve hürriyet uğruna canını feda etmekten bir an bile çekinmeyen kahramanların zaferleriyle doludur. Sakarya Meydan Muharebesi’nin kazanılmasını müteakip, 19 Eylül 1921 tarihinde Türkiye Büyük Millet Meclisi tarafından Başkomutan Mustafa Kemal Paşa’ya "Mareşallik" rütbesi ve "Gazilik" unvanı tevcih edilmiştir. 19 Eylül, sadece bir unvanın verildiği tarih değil; milletimizin tüm gazilerine duyduğu derin şükran ve vefanın tescillendiği müstesna bir gündür.</w:t>
      </w:r>
    </w:p>
    <w:p w14:paraId="73DF657C" w14:textId="77777777" w:rsidR="00A03969" w:rsidRDefault="00000000">
      <w:pPr>
        <w:spacing w:after="160"/>
      </w:pPr>
      <w:r>
        <w:t>Bizim inancımızda ve millî kültürümüzde şehitlik ve gazilik, dünyevi hiçbir makamla kıyaslanamayacak kadar yücedir. Şehitlerimiz bu toprakların tapusu, gazilerimiz ise o tapunun yaşayan şahitleri ve asil koruyucularıdır. Onlar; "Ölürsem şehit, kalırsam gazi!" diyerek cepheye koşan, göğüslerini tanklara, toplara ve hain kurşunlara siper eden yaşayan anıtlardır.</w:t>
      </w:r>
    </w:p>
    <w:p w14:paraId="5C453E15" w14:textId="77777777" w:rsidR="00A03969" w:rsidRDefault="00000000">
      <w:pPr>
        <w:spacing w:after="160"/>
      </w:pPr>
      <w:r>
        <w:t>Kıymetli Gazilerimiz,</w:t>
      </w:r>
      <w:r>
        <w:br/>
        <w:t>Sizlerin fedakârlığı sayesinde bugün ay yıldızlı bayrağımız semalarımızda özgürce dalgalanmakta, minarelerimizden ezanlarımız yükselmektedir. Bedeninizde taşıdığınız her yara, bu asil milletin bağımsızlık nişanesidir. Sizler bu milletin onur kaynağı, gençlerimizin en büyük rol modelisiniz. Milletimiz sizlere daima minnettar kalacaktır.</w:t>
      </w:r>
    </w:p>
    <w:p w14:paraId="676B852B" w14:textId="77777777" w:rsidR="00A03969" w:rsidRDefault="00000000">
      <w:pPr>
        <w:spacing w:after="160"/>
      </w:pPr>
      <w:r>
        <w:t>Sevgili Öğrencilerimiz,</w:t>
      </w:r>
      <w:r>
        <w:br/>
        <w:t>Sizlere emanet edilen bu vatan, şehitlerin kanları ve gazilerin fedakârlıkları üzerinde yükselmektedir. Gazilerimizin gösterdiği cesaret ve vatan aşkı, sizlere ilham kaynağı olmalıdır. Bu cennet vatanı korumak, çağdaş medeniyetlerin üzerine çıkarmak için var gücünüzle çalışmak, gazilerimize olan en büyük borcunuzdur.</w:t>
      </w:r>
    </w:p>
    <w:p w14:paraId="22E09EC9" w14:textId="77777777" w:rsidR="00A03969" w:rsidRDefault="00000000">
      <w:pPr>
        <w:spacing w:after="160"/>
      </w:pPr>
      <w:r>
        <w:t>Bu anlamlı günde; başta Gazi Mustafa Kemal Atatürk ve silah arkadaşları olmak üzere, vatan uğruna can veren tüm şehitlerimizi ve ebediyete intikal eden gazilerimizi rahmet ve minnetle yâd ediyorum. Hayatta olan kahraman gazilerimize şükranlarımı sunuyor, sağlık ve esenlik dolu bir ömür diliyorum.</w:t>
      </w:r>
    </w:p>
    <w:p w14:paraId="1E384888" w14:textId="77777777" w:rsidR="00A03969" w:rsidRDefault="00000000">
      <w:pPr>
        <w:spacing w:after="160"/>
      </w:pPr>
      <w:r>
        <w:rPr>
          <w:b/>
        </w:rPr>
        <w:t>19 Eylül Gaziler Günümüz kutlu olsun! Ne mutlu Türk’üm diyene!</w:t>
      </w:r>
    </w:p>
    <w:p w14:paraId="70435621" w14:textId="77777777" w:rsidR="00A03969" w:rsidRDefault="00000000">
      <w:r>
        <w:br w:type="page"/>
      </w:r>
    </w:p>
    <w:p w14:paraId="624C3030" w14:textId="77777777" w:rsidR="00A03969" w:rsidRDefault="00000000">
      <w:pPr>
        <w:pStyle w:val="Balk1"/>
        <w:spacing w:after="360"/>
        <w:jc w:val="center"/>
      </w:pPr>
      <w:r>
        <w:lastRenderedPageBreak/>
        <w:t>ÖĞRENCİ TEMSİLCİSİ KONUŞMA METNİ</w:t>
      </w:r>
      <w:r>
        <w:br/>
        <w:t>"YAŞAYAN ABİDELERİMİZ: GAZİLERİMİZ"</w:t>
      </w:r>
    </w:p>
    <w:p w14:paraId="1FE1998D" w14:textId="77777777" w:rsidR="00A03969" w:rsidRDefault="00000000">
      <w:pPr>
        <w:spacing w:after="120"/>
      </w:pPr>
      <w:r>
        <w:t>Sayın Okul Müdürüm, Saygıdeğer Öğretmenlerim, Aramızda Bulunan Kahraman Gazilerimiz ve Sevgili Arkadaşlarım,</w:t>
      </w:r>
    </w:p>
    <w:p w14:paraId="2CCC7038" w14:textId="77777777" w:rsidR="00A03969" w:rsidRDefault="00000000">
      <w:pPr>
        <w:spacing w:after="120"/>
      </w:pPr>
      <w:r>
        <w:t>Bugün, göğsümüz kabararak, gözlerimizde minnet dolu yaşlarla kahraman gazilerimizin huzurundayız.</w:t>
      </w:r>
    </w:p>
    <w:p w14:paraId="39F9DE73" w14:textId="77777777" w:rsidR="00A03969" w:rsidRDefault="00000000">
      <w:pPr>
        <w:spacing w:after="120"/>
      </w:pPr>
      <w:r>
        <w:t>Tarih kitaplarında okuduğumuz o şanlı destanlar, efsanelerden ibaret değildir. İşte o destanları yazan yiğitler, bugün yanı başımızda, aramızdadır! Sizler, vatan savunması söz konusu olduğunda geride bir an bile düşünmeden aileni, evladını, gençliğini bırakıp cepheye koşan kahramanlarsınız.</w:t>
      </w:r>
    </w:p>
    <w:p w14:paraId="41D7ADE8" w14:textId="77777777" w:rsidR="00A03969" w:rsidRDefault="00000000">
      <w:pPr>
        <w:spacing w:after="120"/>
      </w:pPr>
      <w:r>
        <w:t>Sizler Sakarya’da at koşturan, Kore’de destan yazan, Kıbrıs semalarında paraşüt açan, Gabar’da, Cudi’de gece gündüz nöbet tutan, 15 Temmuz gecesi meydanlarda tanklara göğüs geren o asil ruhun yaşayan temsilcilerisiniz.</w:t>
      </w:r>
    </w:p>
    <w:p w14:paraId="0A3765BE" w14:textId="77777777" w:rsidR="00A03969" w:rsidRDefault="00000000">
      <w:pPr>
        <w:spacing w:after="120"/>
      </w:pPr>
      <w:r>
        <w:t>Bizler Türk gençleri olarak çok iyi biliyoruz ki; okuduğumuz sıralar, teneffüste koştuğumuz bahçeler, dalgalanan şanlı al bayrağımız sizlerin fedakârlığı sayesindedir. Sizlerin emanetine gözümüz gibi bakacak, bu vatanı ilimle, fenle ve sarsılmaz bir inançla yücelteceğiz.</w:t>
      </w:r>
    </w:p>
    <w:p w14:paraId="0A46CFF1" w14:textId="77777777" w:rsidR="00A03969" w:rsidRDefault="00000000">
      <w:pPr>
        <w:spacing w:after="120"/>
      </w:pPr>
      <w:r>
        <w:t>Ellerinizden hürmetle öpüyor, tüm gazilerimizin Gaziler Günü’nü en kalbi duygularımla kutluyorum. Vatan sizlere minnettardır!</w:t>
      </w:r>
    </w:p>
    <w:p w14:paraId="59A40094" w14:textId="77777777" w:rsidR="00A03969" w:rsidRDefault="00000000">
      <w:r>
        <w:br w:type="page"/>
      </w:r>
    </w:p>
    <w:p w14:paraId="03B7182B" w14:textId="77777777" w:rsidR="00A03969" w:rsidRDefault="00000000">
      <w:pPr>
        <w:pStyle w:val="Balk1"/>
        <w:spacing w:after="360"/>
        <w:jc w:val="center"/>
      </w:pPr>
      <w:r>
        <w:lastRenderedPageBreak/>
        <w:t>19 EYLÜL’ÜN TARİHSEL ANLAMI VE ÖNEMİ</w:t>
      </w:r>
      <w:r>
        <w:br/>
        <w:t>(Öğrenci Sunum Metni)</w:t>
      </w:r>
    </w:p>
    <w:p w14:paraId="2226DA67" w14:textId="77777777" w:rsidR="00A03969" w:rsidRDefault="00000000">
      <w:pPr>
        <w:pStyle w:val="Balk2"/>
        <w:spacing w:after="120"/>
      </w:pPr>
      <w:r>
        <w:t>1. Sakarya Zaferi ve Bir Milletin Şahlanışı</w:t>
      </w:r>
    </w:p>
    <w:p w14:paraId="47955E69" w14:textId="77777777" w:rsidR="00A03969" w:rsidRDefault="00000000">
      <w:pPr>
        <w:spacing w:after="240"/>
      </w:pPr>
      <w:r>
        <w:t>Kurtuluş Savaşı’nın en kritik dönüm noktası Sakarya Meydan Muharebesi’dir. 23 Ağustos 1921’de başlayan ve 22 gün 22 gece aralıksız süren bu kanlı savaş, dünya harp tarihinin en uzun meydan muharebelerinden biri olmuştur. Başkomutan Mustafa Kemal Paşa’nın bizzat cephe hattında yönettiği Türk ordusu, düşman taarruzunu kırarak tarihi bir zafer kazanmıştır.</w:t>
      </w:r>
    </w:p>
    <w:p w14:paraId="4853B670" w14:textId="77777777" w:rsidR="00A03969" w:rsidRDefault="00000000">
      <w:pPr>
        <w:pStyle w:val="Balk2"/>
        <w:spacing w:after="120"/>
      </w:pPr>
      <w:r>
        <w:t>2. TBMM’nin Kararı: Mareşallik ve Gazilik Unvanı</w:t>
      </w:r>
    </w:p>
    <w:p w14:paraId="4E8ACDCA" w14:textId="77777777" w:rsidR="00A03969" w:rsidRDefault="00000000">
      <w:pPr>
        <w:spacing w:after="240"/>
      </w:pPr>
      <w:r>
        <w:t>Sakarya Zaferi’nin hemen ardından Batı Cephesi Komutanı İsmet İnönü ile Genelkurmay Başkanı Fevzi Çakmak Paşalar, TBMM’ye sundukları kanun teklifiyle Mustafa Kemal Paşa’ya askeri rütbelerin en büyüğü olan "Mareşal" rütbesi ile Türk kahramanlığının en yüce nişanesi olan "Gazi" unvanının verilmesini teklif ettiler. 19 Eylül 1921 tarihinde kabul edilen 153 sayılı kanunla bu unvanlar Mustafa Kemal Paşa’ya tevcih edilmiştir.</w:t>
      </w:r>
    </w:p>
    <w:p w14:paraId="3E0595D3" w14:textId="77777777" w:rsidR="00A03969" w:rsidRDefault="00000000">
      <w:pPr>
        <w:pStyle w:val="Balk2"/>
        <w:spacing w:after="120"/>
      </w:pPr>
      <w:r>
        <w:t>3. Atatürk’ün Teşekkür Mesajı ve Gaziler Günü</w:t>
      </w:r>
    </w:p>
    <w:p w14:paraId="77519884" w14:textId="77777777" w:rsidR="00A03969" w:rsidRDefault="00000000">
      <w:pPr>
        <w:spacing w:after="240"/>
      </w:pPr>
      <w:r>
        <w:t>Gazi Mustafa Kemal Paşa unvanı aldıktan sonra orduya ve millete hitaben şu tarihi mesajı yayımlamıştır: "Bu unvan ve rütbeyi ancak milletime ve orduma mal ederek kabul ediyorum. Kazanılan bu zafer kahraman ordumuzun ve aziz milletimizin eseridir." İşte bu sebeple Türkiye Büyük Millet Meclisi, 2002 yılında kabul ettiği kanunla 19 Eylül gününü "Gaziler Günü" olarak ilan etmiştir.</w:t>
      </w:r>
    </w:p>
    <w:p w14:paraId="1054EA21" w14:textId="77777777" w:rsidR="00A03969" w:rsidRDefault="00000000">
      <w:r>
        <w:br w:type="page"/>
      </w:r>
    </w:p>
    <w:p w14:paraId="24A6B64D" w14:textId="77777777" w:rsidR="00A03969" w:rsidRDefault="00000000">
      <w:pPr>
        <w:pStyle w:val="Balk1"/>
        <w:spacing w:after="320"/>
        <w:jc w:val="center"/>
      </w:pPr>
      <w:r>
        <w:lastRenderedPageBreak/>
        <w:t>19 EYLÜL GAZİLER GÜNÜ ORATORYOSU</w:t>
      </w:r>
      <w:r>
        <w:br/>
        <w:t>"VATAN SAĞ OLSUN DİYE"</w:t>
      </w:r>
    </w:p>
    <w:p w14:paraId="2AAC784C" w14:textId="77777777" w:rsidR="00A03969" w:rsidRDefault="00000000">
      <w:pPr>
        <w:spacing w:after="120"/>
        <w:ind w:left="288"/>
      </w:pPr>
      <w:r>
        <w:rPr>
          <w:b/>
        </w:rPr>
        <w:t xml:space="preserve">1. Öğrenci: </w:t>
      </w:r>
      <w:r>
        <w:t>Bir destandır gazilik... Malazgirt ovasından Çanakkale sırtlarına uzanan kutlu bir sevda!</w:t>
      </w:r>
    </w:p>
    <w:p w14:paraId="358FCAA9" w14:textId="77777777" w:rsidR="00A03969" w:rsidRDefault="00000000">
      <w:pPr>
        <w:spacing w:after="120"/>
        <w:ind w:left="288"/>
      </w:pPr>
      <w:r>
        <w:rPr>
          <w:b/>
        </w:rPr>
        <w:t xml:space="preserve">2. Öğrenci: </w:t>
      </w:r>
      <w:r>
        <w:t>Toprak der ki: "Üzerimde can veren şehittir, üzerimde kan döken gazi!"</w:t>
      </w:r>
    </w:p>
    <w:p w14:paraId="685E8112" w14:textId="77777777" w:rsidR="00A03969" w:rsidRDefault="00000000">
      <w:pPr>
        <w:spacing w:after="120"/>
        <w:ind w:left="288"/>
      </w:pPr>
      <w:r>
        <w:rPr>
          <w:b/>
        </w:rPr>
        <w:t xml:space="preserve">3. Öğrenci: </w:t>
      </w:r>
      <w:r>
        <w:t>Yıl 1921... Sakarya boylarında 22 gün 22 gece gök yarıldı, yer sarsıldı. Bir ses yükseldi Kocatepe’den:</w:t>
      </w:r>
    </w:p>
    <w:p w14:paraId="0C8A7AEA" w14:textId="77777777" w:rsidR="00A03969" w:rsidRDefault="00000000">
      <w:pPr>
        <w:spacing w:after="120"/>
        <w:ind w:left="288"/>
      </w:pPr>
      <w:r>
        <w:rPr>
          <w:b/>
        </w:rPr>
        <w:t xml:space="preserve">KORO: </w:t>
      </w:r>
      <w:r>
        <w:t>"Hattı müdafaa yoktur, sathı müdafaadır o satıh. O satıh bütün vatandır!"</w:t>
      </w:r>
    </w:p>
    <w:p w14:paraId="379A21A6" w14:textId="77777777" w:rsidR="00A03969" w:rsidRDefault="00000000">
      <w:pPr>
        <w:spacing w:after="120"/>
        <w:ind w:left="288"/>
      </w:pPr>
      <w:r>
        <w:rPr>
          <w:b/>
        </w:rPr>
        <w:t xml:space="preserve">4. Öğrenci: </w:t>
      </w:r>
      <w:r>
        <w:t>Vuruldu Mehmetçik, yaralandı aslanlar... Düşman kaçtı, vatan kurtuldu. Meclis haykırdı: Yaşa Gazi Paşa!</w:t>
      </w:r>
    </w:p>
    <w:p w14:paraId="2F09B173" w14:textId="77777777" w:rsidR="00A03969" w:rsidRDefault="00000000">
      <w:pPr>
        <w:spacing w:after="120"/>
        <w:ind w:left="288"/>
      </w:pPr>
      <w:r>
        <w:rPr>
          <w:b/>
        </w:rPr>
        <w:t xml:space="preserve">1. Öğrenci: </w:t>
      </w:r>
      <w:r>
        <w:t>Sonra Kore dağlarında bir Türk fırtınası koptu... Kunuri’de destan yazdı Mehmetçik.</w:t>
      </w:r>
    </w:p>
    <w:p w14:paraId="21E961F2" w14:textId="77777777" w:rsidR="00A03969" w:rsidRDefault="00000000">
      <w:pPr>
        <w:spacing w:after="120"/>
        <w:ind w:left="288"/>
      </w:pPr>
      <w:r>
        <w:rPr>
          <w:b/>
        </w:rPr>
        <w:t xml:space="preserve">2. Öğrenci: </w:t>
      </w:r>
      <w:r>
        <w:t>Yıl 1974... Beşparmak Dağları’nda paraşütler açıldı. Kıbrıs’ta soydaşa kalkan oldu gazilerimiz!</w:t>
      </w:r>
    </w:p>
    <w:p w14:paraId="115F3A3D" w14:textId="77777777" w:rsidR="00A03969" w:rsidRDefault="00000000">
      <w:pPr>
        <w:spacing w:after="120"/>
        <w:ind w:left="288"/>
      </w:pPr>
      <w:r>
        <w:rPr>
          <w:b/>
        </w:rPr>
        <w:t xml:space="preserve">3. Öğrenci: </w:t>
      </w:r>
      <w:r>
        <w:t>Gabar’da, Kato’da, sınır boylarında karlı gecelerde nöbet tutan yiğitler...</w:t>
      </w:r>
    </w:p>
    <w:p w14:paraId="0D49E7EA" w14:textId="77777777" w:rsidR="00A03969" w:rsidRDefault="00000000">
      <w:pPr>
        <w:spacing w:after="120"/>
        <w:ind w:left="288"/>
      </w:pPr>
      <w:r>
        <w:rPr>
          <w:b/>
        </w:rPr>
        <w:t xml:space="preserve">4. Öğrenci: </w:t>
      </w:r>
      <w:r>
        <w:t>15 Temmuz gecesi tankların önüne yatan, bayrağı yere düşürmeyen adsız kahramanlar...</w:t>
      </w:r>
    </w:p>
    <w:p w14:paraId="6752C6DC" w14:textId="77777777" w:rsidR="00A03969" w:rsidRDefault="00000000">
      <w:pPr>
        <w:spacing w:after="120"/>
        <w:ind w:left="288"/>
      </w:pPr>
      <w:r>
        <w:rPr>
          <w:b/>
        </w:rPr>
        <w:t xml:space="preserve">KORO: </w:t>
      </w:r>
      <w:r>
        <w:t>Beden verdik, can verdik, kan verdik; ama bir karış vatan toprağı vermedik!</w:t>
      </w:r>
    </w:p>
    <w:p w14:paraId="6DA3D15E" w14:textId="77777777" w:rsidR="00A03969" w:rsidRDefault="00000000">
      <w:pPr>
        <w:spacing w:after="120"/>
        <w:ind w:left="288"/>
      </w:pPr>
      <w:r>
        <w:rPr>
          <w:b/>
        </w:rPr>
        <w:t xml:space="preserve">1. Öğrenci: </w:t>
      </w:r>
      <w:r>
        <w:t>Selam olsun sana ey kolunu veren yiğit!</w:t>
      </w:r>
    </w:p>
    <w:p w14:paraId="40A3EF1F" w14:textId="77777777" w:rsidR="00A03969" w:rsidRDefault="00000000">
      <w:pPr>
        <w:spacing w:after="120"/>
        <w:ind w:left="288"/>
      </w:pPr>
      <w:r>
        <w:rPr>
          <w:b/>
        </w:rPr>
        <w:t xml:space="preserve">2. Öğrenci: </w:t>
      </w:r>
      <w:r>
        <w:t>Selam olsun sana ey gözünü kırpmadan bacağını feda eden kahraman!</w:t>
      </w:r>
    </w:p>
    <w:p w14:paraId="6C19485C" w14:textId="77777777" w:rsidR="00A03969" w:rsidRDefault="00000000">
      <w:pPr>
        <w:spacing w:after="120"/>
        <w:ind w:left="288"/>
      </w:pPr>
      <w:r>
        <w:rPr>
          <w:b/>
        </w:rPr>
        <w:t xml:space="preserve">KORO: </w:t>
      </w:r>
      <w:r>
        <w:t>Vatan size minnettar, millet size duacıdır! Yaşasın kahraman Türk gazileri!</w:t>
      </w:r>
    </w:p>
    <w:p w14:paraId="20F9D1EF" w14:textId="77777777" w:rsidR="00A03969" w:rsidRDefault="00000000">
      <w:r>
        <w:br w:type="page"/>
      </w:r>
    </w:p>
    <w:p w14:paraId="2AF76F81" w14:textId="77777777" w:rsidR="00A03969" w:rsidRDefault="00000000">
      <w:pPr>
        <w:pStyle w:val="Balk1"/>
        <w:spacing w:after="360"/>
        <w:jc w:val="center"/>
      </w:pPr>
      <w:r>
        <w:lastRenderedPageBreak/>
        <w:t>GAZİLİK, KAHRAMANLIK VE ŞEHADET ÜZERİNE ÖZLÜ SÖZLER</w:t>
      </w:r>
      <w:r>
        <w:br/>
        <w:t>(Öğrenci Sunumu)</w:t>
      </w:r>
    </w:p>
    <w:p w14:paraId="717D6BBF" w14:textId="77777777" w:rsidR="00A03969" w:rsidRDefault="00000000">
      <w:pPr>
        <w:spacing w:after="120"/>
        <w:ind w:left="288"/>
      </w:pPr>
      <w:r>
        <w:rPr>
          <w:b/>
        </w:rPr>
        <w:t xml:space="preserve">• Gazi Mustafa Kemal Atatürk: </w:t>
      </w:r>
      <w:r>
        <w:t>“Gazilik, Türk kahramanlığının, Türk vatanseverliğinin ve Türk fedakârlığının yaşayan timsalidir.”</w:t>
      </w:r>
    </w:p>
    <w:p w14:paraId="739B6DF4" w14:textId="77777777" w:rsidR="00A03969" w:rsidRDefault="00000000">
      <w:pPr>
        <w:spacing w:after="120"/>
        <w:ind w:left="288"/>
      </w:pPr>
      <w:r>
        <w:rPr>
          <w:b/>
        </w:rPr>
        <w:t xml:space="preserve">• Gazi Mustafa Kemal Atatürk: </w:t>
      </w:r>
      <w:r>
        <w:t>“Gaziler yaşayan anıtlardır. Kahraman gazilerimize saygı duymak ve onları korumak, her Türk vatandaşının kutsal borcudur.”</w:t>
      </w:r>
    </w:p>
    <w:p w14:paraId="2CD61550" w14:textId="77777777" w:rsidR="00A03969" w:rsidRDefault="00000000">
      <w:pPr>
        <w:spacing w:after="120"/>
        <w:ind w:left="288"/>
      </w:pPr>
      <w:r>
        <w:rPr>
          <w:b/>
        </w:rPr>
        <w:t xml:space="preserve">• Mehmet Âkif Ersoy: </w:t>
      </w:r>
      <w:r>
        <w:t>“Ey şehit oğlu şehit, isteme benden makber / Sana ağuşunu açmış duruyor Peygamber.”</w:t>
      </w:r>
    </w:p>
    <w:p w14:paraId="2BFC78A7" w14:textId="77777777" w:rsidR="00A03969" w:rsidRDefault="00000000">
      <w:pPr>
        <w:spacing w:after="120"/>
        <w:ind w:left="288"/>
      </w:pPr>
      <w:r>
        <w:rPr>
          <w:b/>
        </w:rPr>
        <w:t xml:space="preserve">• Mithat Cemal Kuntay: </w:t>
      </w:r>
      <w:r>
        <w:t>“Bayrakları bayrak yapan üstündeki kandır; toprak eğer uğrunda ölen varsa vatandır.”</w:t>
      </w:r>
    </w:p>
    <w:p w14:paraId="0FAD694D" w14:textId="77777777" w:rsidR="00A03969" w:rsidRDefault="00000000">
      <w:pPr>
        <w:spacing w:after="120"/>
        <w:ind w:left="288"/>
      </w:pPr>
      <w:r>
        <w:rPr>
          <w:b/>
        </w:rPr>
        <w:t xml:space="preserve">• Hüseyin Nihal Atsız: </w:t>
      </w:r>
      <w:r>
        <w:t>“Kahramanlık ne bir yükseliş demektir, ne de yıldızlar gibi parlayıp sönmektir. Kahramanlık; ileriye atılmak ve sonra dönmemektir!”</w:t>
      </w:r>
    </w:p>
    <w:p w14:paraId="0AAD5F28" w14:textId="77777777" w:rsidR="00A03969" w:rsidRDefault="00000000">
      <w:pPr>
        <w:spacing w:after="120"/>
        <w:ind w:left="288"/>
      </w:pPr>
      <w:r>
        <w:rPr>
          <w:b/>
        </w:rPr>
        <w:t xml:space="preserve">• Arif Nihat Asya: </w:t>
      </w:r>
      <w:r>
        <w:t>“Sana dar gelmeyecek makberi kimler kazsın? Gömelim gel seni tarihe desem, sığmazsın!”</w:t>
      </w:r>
    </w:p>
    <w:p w14:paraId="38282D24" w14:textId="77777777" w:rsidR="00A03969" w:rsidRDefault="00000000">
      <w:pPr>
        <w:spacing w:after="120"/>
        <w:ind w:left="288"/>
      </w:pPr>
      <w:r>
        <w:rPr>
          <w:b/>
        </w:rPr>
        <w:t xml:space="preserve">• Anonim Türk Atasözü: </w:t>
      </w:r>
      <w:r>
        <w:t>“Asker vurulunca değil, unutulunca ölür!”</w:t>
      </w:r>
    </w:p>
    <w:p w14:paraId="78588CF9" w14:textId="77777777" w:rsidR="00A03969" w:rsidRDefault="00000000">
      <w:pPr>
        <w:spacing w:after="120"/>
        <w:ind w:left="288"/>
      </w:pPr>
      <w:r>
        <w:rPr>
          <w:b/>
        </w:rPr>
        <w:t xml:space="preserve">• İsmet İnönü: </w:t>
      </w:r>
      <w:r>
        <w:t>“Gazilerimiz, bağımsızlığımızın ve hürriyetimizin ebedi bekçileridir.”</w:t>
      </w:r>
    </w:p>
    <w:p w14:paraId="782536EC" w14:textId="77777777" w:rsidR="00A03969" w:rsidRDefault="00000000">
      <w:r>
        <w:br w:type="page"/>
      </w:r>
    </w:p>
    <w:p w14:paraId="46B8EF59" w14:textId="77777777" w:rsidR="00A03969" w:rsidRDefault="00000000">
      <w:pPr>
        <w:pStyle w:val="Balk1"/>
        <w:jc w:val="center"/>
      </w:pPr>
      <w:r>
        <w:lastRenderedPageBreak/>
        <w:t>GAZİ</w:t>
      </w:r>
    </w:p>
    <w:p w14:paraId="3FC30DA9" w14:textId="77777777" w:rsidR="00A03969" w:rsidRDefault="00000000">
      <w:pPr>
        <w:spacing w:after="360"/>
        <w:jc w:val="center"/>
      </w:pPr>
      <w:r>
        <w:rPr>
          <w:i/>
        </w:rPr>
        <w:t>Halit Fahri OZANSOY</w:t>
      </w:r>
    </w:p>
    <w:p w14:paraId="38EFEE8D" w14:textId="77777777" w:rsidR="00A03969" w:rsidRDefault="00000000">
      <w:r>
        <w:t>Yıllarca dövüştü, vatan uğruna,</w:t>
      </w:r>
      <w:r>
        <w:br/>
        <w:t>Siper etti göğsünü düşman kurşununa.</w:t>
      </w:r>
      <w:r>
        <w:br/>
        <w:t>Korku nedir bilmedi dağlarda, ovada,</w:t>
      </w:r>
      <w:r>
        <w:br/>
        <w:t>Nöbet tuttu dondurucu ayazda, fırtınada.</w:t>
      </w:r>
    </w:p>
    <w:p w14:paraId="679F6F1D" w14:textId="77777777" w:rsidR="00A03969" w:rsidRDefault="00000000">
      <w:r>
        <w:t>Göğsünde parıldayan o kutlu nişan,</w:t>
      </w:r>
      <w:r>
        <w:br/>
        <w:t>Şerefidir milletin, gururudur her an.</w:t>
      </w:r>
      <w:r>
        <w:br/>
        <w:t>Kolunu, bacağını verdi bu toprağa,</w:t>
      </w:r>
      <w:r>
        <w:br/>
        <w:t>Ama boyun eğdirmedi al bayrağa!</w:t>
      </w:r>
    </w:p>
    <w:p w14:paraId="6A7687D8" w14:textId="77777777" w:rsidR="00A03969" w:rsidRDefault="00000000">
      <w:r>
        <w:t>Gazi dedik adına, baş tacı ettik seni,</w:t>
      </w:r>
      <w:r>
        <w:br/>
        <w:t>Sen korudun ecdadın kutsal emanetini.</w:t>
      </w:r>
      <w:r>
        <w:br/>
        <w:t>Minnettarız sana ey asil kahraman,</w:t>
      </w:r>
      <w:r>
        <w:br/>
        <w:t>Adın dillerimizde yankılanacak her zaman!</w:t>
      </w:r>
    </w:p>
    <w:p w14:paraId="60466147" w14:textId="77777777" w:rsidR="00A03969" w:rsidRDefault="00000000">
      <w:r>
        <w:br w:type="page"/>
      </w:r>
    </w:p>
    <w:p w14:paraId="070ECBA5" w14:textId="77777777" w:rsidR="00A03969" w:rsidRDefault="00000000">
      <w:pPr>
        <w:pStyle w:val="Balk1"/>
        <w:jc w:val="center"/>
      </w:pPr>
      <w:r>
        <w:lastRenderedPageBreak/>
        <w:t>YA ŞEHİT OL YA GAZİ</w:t>
      </w:r>
    </w:p>
    <w:p w14:paraId="5DA72D2A" w14:textId="77777777" w:rsidR="00A03969" w:rsidRDefault="00000000">
      <w:pPr>
        <w:spacing w:after="360"/>
        <w:jc w:val="center"/>
      </w:pPr>
      <w:r>
        <w:rPr>
          <w:i/>
        </w:rPr>
        <w:t>Anonim</w:t>
      </w:r>
    </w:p>
    <w:p w14:paraId="717C953F" w14:textId="77777777" w:rsidR="00A03969" w:rsidRDefault="00000000">
      <w:r>
        <w:t>Anam beni yetiştirdi, bu vatana yolladı,</w:t>
      </w:r>
      <w:r>
        <w:br/>
        <w:t>Al bayrağı teslim etti, duayla uğurladı.</w:t>
      </w:r>
      <w:r>
        <w:br/>
        <w:t>Dedi: "Oğlum vatan için ya şehit ol ya gazi,</w:t>
      </w:r>
      <w:r>
        <w:br/>
        <w:t>Ak sütüm helal olmaz, çiğnetirsen bu mazi!"</w:t>
      </w:r>
    </w:p>
    <w:p w14:paraId="53768ECB" w14:textId="77777777" w:rsidR="00A03969" w:rsidRDefault="00000000">
      <w:r>
        <w:t>Gözümü kırpmadan koştum siperlerin önüne,</w:t>
      </w:r>
      <w:r>
        <w:br/>
        <w:t>Meydan okudum hainin tankına, tüfeğine.</w:t>
      </w:r>
      <w:r>
        <w:br/>
        <w:t>Vurulup düşsem bile bayrak düşmez elimden,</w:t>
      </w:r>
      <w:r>
        <w:br/>
        <w:t>Tekbir sesi eksilmez yiğitlerin dilinden.</w:t>
      </w:r>
    </w:p>
    <w:p w14:paraId="0650D3CC" w14:textId="77777777" w:rsidR="00A03969" w:rsidRDefault="00000000">
      <w:r>
        <w:t>Gazi olmak şereftir, şehit olmak saadet,</w:t>
      </w:r>
      <w:r>
        <w:br/>
        <w:t>Türk milletinde bitmez bu sarsılmaz cesaret.</w:t>
      </w:r>
      <w:r>
        <w:br/>
        <w:t>Vatan sağ olsun yeter, canlar feda yoluna,</w:t>
      </w:r>
      <w:r>
        <w:br/>
        <w:t>Kurban olsun bu canım ay yıldızlı yurduma!</w:t>
      </w:r>
    </w:p>
    <w:p w14:paraId="65D9E89D" w14:textId="77777777" w:rsidR="00A03969" w:rsidRDefault="00000000">
      <w:r>
        <w:br w:type="page"/>
      </w:r>
    </w:p>
    <w:p w14:paraId="73BDAF04" w14:textId="77777777" w:rsidR="00A03969" w:rsidRDefault="00000000">
      <w:pPr>
        <w:pStyle w:val="Balk1"/>
        <w:jc w:val="center"/>
      </w:pPr>
      <w:r>
        <w:lastRenderedPageBreak/>
        <w:t>GAZİ MUSTAFA KEMAL PAŞA</w:t>
      </w:r>
    </w:p>
    <w:p w14:paraId="4EF02071" w14:textId="77777777" w:rsidR="00A03969" w:rsidRDefault="00000000">
      <w:pPr>
        <w:spacing w:after="360"/>
        <w:jc w:val="center"/>
      </w:pPr>
      <w:r>
        <w:rPr>
          <w:i/>
        </w:rPr>
        <w:t>Fazıl Hüsnü DAĞLARCA</w:t>
      </w:r>
    </w:p>
    <w:p w14:paraId="6D196FC8" w14:textId="77777777" w:rsidR="00A03969" w:rsidRDefault="00000000">
      <w:r>
        <w:t>Sakarya boylarında kükreyen bir aslandı,</w:t>
      </w:r>
      <w:r>
        <w:br/>
        <w:t>Milletin kaderini omzuna alan candı.</w:t>
      </w:r>
      <w:r>
        <w:br/>
        <w:t>Düşmanın sel gibi aktığı o dar günde,</w:t>
      </w:r>
      <w:r>
        <w:br/>
        <w:t>Gazi Paşa dimdik durdu ordunun önünde.</w:t>
      </w:r>
    </w:p>
    <w:p w14:paraId="03E2389B" w14:textId="77777777" w:rsidR="00A03969" w:rsidRDefault="00000000">
      <w:r>
        <w:t>"Hattı müdafaa yoktur, sathı müdafaadır o satıh,</w:t>
      </w:r>
      <w:r>
        <w:br/>
        <w:t>O satıh bütün vatandır!" dedi ve oldu fatih.</w:t>
      </w:r>
      <w:r>
        <w:br/>
        <w:t>Kocatepe’den doğdu güneş gibi ufuklara,</w:t>
      </w:r>
      <w:r>
        <w:br/>
        <w:t>Müjdeler verdi esaret zincirini kıranlara.</w:t>
      </w:r>
    </w:p>
    <w:p w14:paraId="18A249FC" w14:textId="77777777" w:rsidR="00A03969" w:rsidRDefault="00000000">
      <w:r>
        <w:t>Mareşal rütbesiyle, Gazilik unvanıyla,</w:t>
      </w:r>
      <w:r>
        <w:br/>
        <w:t>Yazdı bu destanı aziz milletin kanıyla.</w:t>
      </w:r>
      <w:r>
        <w:br/>
        <w:t>Selam olsun sana ey Başkomutan, ey Gazi,</w:t>
      </w:r>
      <w:r>
        <w:br/>
        <w:t>Seninle gurur duyar Türk’ün şanlı mazisi!</w:t>
      </w:r>
    </w:p>
    <w:p w14:paraId="24FCFA73" w14:textId="77777777" w:rsidR="00A03969" w:rsidRDefault="00000000">
      <w:r>
        <w:br w:type="page"/>
      </w:r>
    </w:p>
    <w:p w14:paraId="1820E692" w14:textId="77777777" w:rsidR="00A03969" w:rsidRDefault="00000000">
      <w:pPr>
        <w:pStyle w:val="Balk1"/>
        <w:jc w:val="center"/>
      </w:pPr>
      <w:r>
        <w:lastRenderedPageBreak/>
        <w:t>GAZİLERİMİZE MİNNET</w:t>
      </w:r>
    </w:p>
    <w:p w14:paraId="413A2BE2" w14:textId="77777777" w:rsidR="00A03969" w:rsidRDefault="00000000">
      <w:pPr>
        <w:spacing w:after="360"/>
        <w:jc w:val="center"/>
      </w:pPr>
      <w:r>
        <w:rPr>
          <w:i/>
        </w:rPr>
        <w:t>Cahit Sıtkı TARANCI</w:t>
      </w:r>
    </w:p>
    <w:p w14:paraId="6FB24375" w14:textId="77777777" w:rsidR="00A03969" w:rsidRDefault="00000000">
      <w:r>
        <w:t>Vatan dedin, bayrak dedin koştun ileri,</w:t>
      </w:r>
      <w:r>
        <w:br/>
        <w:t>Ardına bakmadın, dönmedin geri.</w:t>
      </w:r>
      <w:r>
        <w:br/>
        <w:t>Düşmanın sel gibi aktığı günde,</w:t>
      </w:r>
      <w:r>
        <w:br/>
        <w:t>Göğsünü siper ettin siper önünde.</w:t>
      </w:r>
    </w:p>
    <w:p w14:paraId="24D2CED9" w14:textId="77777777" w:rsidR="00A03969" w:rsidRDefault="00000000">
      <w:r>
        <w:t>Seninle gurur duyar dağlar ve taşlar,</w:t>
      </w:r>
      <w:r>
        <w:br/>
        <w:t>Önünde eğilir mağrur başlar.</w:t>
      </w:r>
      <w:r>
        <w:br/>
        <w:t>Gazi oldun, şereflendin bu kutlu yurtta,</w:t>
      </w:r>
      <w:r>
        <w:br/>
        <w:t>Adın yankılanır semada, ufukta.</w:t>
      </w:r>
    </w:p>
    <w:p w14:paraId="465631AD" w14:textId="77777777" w:rsidR="00A03969" w:rsidRDefault="00000000">
      <w:r>
        <w:t>Bizlere emanet ettiğin bu vatan,</w:t>
      </w:r>
      <w:r>
        <w:br/>
        <w:t>Canımızdan azizdir her geçen zaman.</w:t>
      </w:r>
      <w:r>
        <w:br/>
        <w:t>Hakkını helal et ey asil kahraman,</w:t>
      </w:r>
      <w:r>
        <w:br/>
        <w:t>Minnettardır sana bu necip millet her an!</w:t>
      </w:r>
    </w:p>
    <w:p w14:paraId="73BC8154" w14:textId="77777777" w:rsidR="00A03969" w:rsidRDefault="00000000">
      <w:r>
        <w:br w:type="page"/>
      </w:r>
    </w:p>
    <w:p w14:paraId="21BA584C" w14:textId="77777777" w:rsidR="00A03969" w:rsidRDefault="00000000">
      <w:pPr>
        <w:pStyle w:val="Balk1"/>
        <w:jc w:val="center"/>
      </w:pPr>
      <w:r>
        <w:lastRenderedPageBreak/>
        <w:t>BAYRAK</w:t>
      </w:r>
    </w:p>
    <w:p w14:paraId="04DA1AED" w14:textId="77777777" w:rsidR="00A03969" w:rsidRDefault="00000000">
      <w:pPr>
        <w:spacing w:after="360"/>
        <w:jc w:val="center"/>
      </w:pPr>
      <w:r>
        <w:rPr>
          <w:i/>
        </w:rPr>
        <w:t>Arif Nihat ASYA</w:t>
      </w:r>
    </w:p>
    <w:p w14:paraId="3E47BC3B" w14:textId="77777777" w:rsidR="00A03969" w:rsidRDefault="00000000">
      <w:r>
        <w:t>Ey mavi göklerin beyaz ve kızıl süsü,</w:t>
      </w:r>
      <w:r>
        <w:br/>
        <w:t>Kız kardeşimin gelinliği, şehidimin son örtüsü,</w:t>
      </w:r>
      <w:r>
        <w:br/>
        <w:t>Işık ışık, dalga dalga bayrağım!</w:t>
      </w:r>
      <w:r>
        <w:br/>
        <w:t>Senin destanını okudum, senin destanını yazacağım.</w:t>
      </w:r>
    </w:p>
    <w:p w14:paraId="610CFDDF" w14:textId="77777777" w:rsidR="00A03969" w:rsidRDefault="00000000">
      <w:r>
        <w:t>Sana benim gözümle bakmayanın</w:t>
      </w:r>
      <w:r>
        <w:br/>
        <w:t>Mezarını kazacağım.</w:t>
      </w:r>
      <w:r>
        <w:br/>
        <w:t>Seni selâmlamadan uçan kuşun</w:t>
      </w:r>
      <w:r>
        <w:br/>
        <w:t>Yuvasını bozacağım.</w:t>
      </w:r>
    </w:p>
    <w:p w14:paraId="4A743711" w14:textId="77777777" w:rsidR="00A03969" w:rsidRDefault="00000000">
      <w:r>
        <w:t>Dalgalandığın yerde ne korku, ne keder...</w:t>
      </w:r>
      <w:r>
        <w:br/>
        <w:t>Gölgende bana da, bana da yer ver!</w:t>
      </w:r>
      <w:r>
        <w:br/>
        <w:t>Sabah olmasın, günler doğmasın ne çıkar:</w:t>
      </w:r>
      <w:r>
        <w:br/>
        <w:t>Yurda ay-yıldızının ışığı yeter.</w:t>
      </w:r>
    </w:p>
    <w:p w14:paraId="677165F5" w14:textId="77777777" w:rsidR="00A03969" w:rsidRDefault="00000000">
      <w:r>
        <w:br w:type="page"/>
      </w:r>
    </w:p>
    <w:p w14:paraId="04615F98" w14:textId="77777777" w:rsidR="00A03969" w:rsidRDefault="00000000">
      <w:pPr>
        <w:pStyle w:val="Balk1"/>
        <w:jc w:val="center"/>
      </w:pPr>
      <w:r>
        <w:lastRenderedPageBreak/>
        <w:t>DUR YOLCU</w:t>
      </w:r>
    </w:p>
    <w:p w14:paraId="269CF9CD" w14:textId="77777777" w:rsidR="00A03969" w:rsidRDefault="00000000">
      <w:pPr>
        <w:spacing w:after="360"/>
        <w:jc w:val="center"/>
      </w:pPr>
      <w:r>
        <w:rPr>
          <w:i/>
        </w:rPr>
        <w:t>Necmettin Halil ONAN</w:t>
      </w:r>
    </w:p>
    <w:p w14:paraId="6F27EE0F" w14:textId="77777777" w:rsidR="00A03969" w:rsidRDefault="00000000">
      <w:r>
        <w:t>Dur yolcu! Bilmeden gelip bastığın</w:t>
      </w:r>
      <w:r>
        <w:br/>
        <w:t>Bu toprak, bir devrin battığı yerdir.</w:t>
      </w:r>
      <w:r>
        <w:br/>
        <w:t>Eğil de kulak ver, bu sessiz yığın</w:t>
      </w:r>
      <w:r>
        <w:br/>
        <w:t>Bir vatan kalbinin attığı yerdir.</w:t>
      </w:r>
    </w:p>
    <w:p w14:paraId="69E4A551" w14:textId="77777777" w:rsidR="00A03969" w:rsidRDefault="00000000">
      <w:r>
        <w:t>Bu ıssız, gölgesiz yolun sonunda</w:t>
      </w:r>
      <w:r>
        <w:br/>
        <w:t>Gördüğün bu tümsek, Anadolu’nda,</w:t>
      </w:r>
      <w:r>
        <w:br/>
        <w:t>İstiklâl uğrunda, namus yolunda</w:t>
      </w:r>
      <w:r>
        <w:br/>
        <w:t>Can veren Mehmed’in yattığı yerdir.</w:t>
      </w:r>
    </w:p>
    <w:p w14:paraId="03A6F59D" w14:textId="77777777" w:rsidR="00A03969" w:rsidRDefault="00000000">
      <w:r>
        <w:t>Bu tümsek, koparken büyük zelzele,</w:t>
      </w:r>
      <w:r>
        <w:br/>
        <w:t>Son vatan parçası geçerken ele,</w:t>
      </w:r>
      <w:r>
        <w:br/>
        <w:t>Mehmed’in düşmanı boğduğu sele</w:t>
      </w:r>
      <w:r>
        <w:br/>
        <w:t>Mübarek kanını kattığı yerdir.</w:t>
      </w:r>
    </w:p>
    <w:sectPr w:rsidR="00A03969"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82089352">
    <w:abstractNumId w:val="8"/>
  </w:num>
  <w:num w:numId="2" w16cid:durableId="714550805">
    <w:abstractNumId w:val="6"/>
  </w:num>
  <w:num w:numId="3" w16cid:durableId="1789086337">
    <w:abstractNumId w:val="5"/>
  </w:num>
  <w:num w:numId="4" w16cid:durableId="999650090">
    <w:abstractNumId w:val="4"/>
  </w:num>
  <w:num w:numId="5" w16cid:durableId="1266615670">
    <w:abstractNumId w:val="7"/>
  </w:num>
  <w:num w:numId="6" w16cid:durableId="605423175">
    <w:abstractNumId w:val="3"/>
  </w:num>
  <w:num w:numId="7" w16cid:durableId="303971622">
    <w:abstractNumId w:val="2"/>
  </w:num>
  <w:num w:numId="8" w16cid:durableId="580068780">
    <w:abstractNumId w:val="1"/>
  </w:num>
  <w:num w:numId="9" w16cid:durableId="1915236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7597"/>
    <w:rsid w:val="00A03969"/>
    <w:rsid w:val="00AA1D8D"/>
    <w:rsid w:val="00B47730"/>
    <w:rsid w:val="00C9538F"/>
    <w:rsid w:val="00CB0664"/>
    <w:rsid w:val="00D84ECF"/>
    <w:rsid w:val="00FC693F"/>
    <w:rsid w:val="00FE28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D7B6CD"/>
  <w14:defaultImageDpi w14:val="300"/>
  <w15:docId w15:val="{022B054B-F4DD-49CB-A04D-05FA653BD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2291</Words>
  <Characters>13061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3</cp:revision>
  <dcterms:created xsi:type="dcterms:W3CDTF">2013-12-23T23:15:00Z</dcterms:created>
  <dcterms:modified xsi:type="dcterms:W3CDTF">2026-09-20T19:38:00Z</dcterms:modified>
  <cp:category/>
</cp:coreProperties>
</file>