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69B79" w14:textId="77777777" w:rsidR="00BD7285" w:rsidRDefault="00BD7285"/>
    <w:p w14:paraId="018774AF" w14:textId="77777777" w:rsidR="00BD7285" w:rsidRDefault="00BD7285"/>
    <w:p w14:paraId="44941DA3" w14:textId="77777777" w:rsidR="00BD7285" w:rsidRDefault="00BD7285"/>
    <w:p w14:paraId="0141DBAC" w14:textId="77777777" w:rsidR="00BD7285" w:rsidRDefault="00BD7285"/>
    <w:p w14:paraId="5695122D" w14:textId="77777777" w:rsidR="00BD7285" w:rsidRDefault="00BD7285"/>
    <w:p w14:paraId="2FE72722" w14:textId="77777777" w:rsidR="00BD7285" w:rsidRDefault="00BD7285"/>
    <w:p w14:paraId="51D52009" w14:textId="77777777" w:rsidR="00BD7285" w:rsidRDefault="00BD7285"/>
    <w:p w14:paraId="783AED8E" w14:textId="77777777" w:rsidR="00BD7285" w:rsidRDefault="00000000">
      <w:pPr>
        <w:jc w:val="center"/>
      </w:pPr>
      <w:r>
        <w:rPr>
          <w:b/>
          <w:sz w:val="32"/>
        </w:rPr>
        <w:t>T.C.</w:t>
      </w:r>
      <w:r>
        <w:rPr>
          <w:b/>
          <w:sz w:val="32"/>
        </w:rPr>
        <w:br/>
        <w:t>.................................................................... MÜDÜRLÜĞÜ</w:t>
      </w:r>
    </w:p>
    <w:p w14:paraId="07B85D32" w14:textId="77777777" w:rsidR="00BD7285" w:rsidRDefault="00BD7285"/>
    <w:p w14:paraId="46DBFD56" w14:textId="77777777" w:rsidR="00BD7285" w:rsidRDefault="00BD7285"/>
    <w:p w14:paraId="0092B299" w14:textId="77777777" w:rsidR="00BD7285" w:rsidRDefault="00BD7285"/>
    <w:p w14:paraId="16DA4FB5" w14:textId="77777777" w:rsidR="00BD7285" w:rsidRDefault="00BD7285"/>
    <w:p w14:paraId="5030881A" w14:textId="77777777" w:rsidR="00BD7285" w:rsidRDefault="00000000">
      <w:pPr>
        <w:jc w:val="center"/>
      </w:pPr>
      <w:r>
        <w:rPr>
          <w:b/>
          <w:sz w:val="44"/>
        </w:rPr>
        <w:t>19 EYLÜL GAZİLER GÜNÜ</w:t>
      </w:r>
      <w:r>
        <w:rPr>
          <w:b/>
          <w:sz w:val="44"/>
        </w:rPr>
        <w:br/>
        <w:t>ANMA PROGRAMI</w:t>
      </w:r>
    </w:p>
    <w:p w14:paraId="70E23F5F" w14:textId="77777777" w:rsidR="00BD7285" w:rsidRDefault="00BD7285"/>
    <w:p w14:paraId="32A613A7" w14:textId="77777777" w:rsidR="00BD7285" w:rsidRDefault="00BD7285"/>
    <w:p w14:paraId="284CB620" w14:textId="77777777" w:rsidR="00BD7285" w:rsidRDefault="00BD7285"/>
    <w:p w14:paraId="21F3B5E7" w14:textId="77777777" w:rsidR="00BD7285" w:rsidRDefault="00BD7285"/>
    <w:p w14:paraId="1D963550" w14:textId="77777777" w:rsidR="00BD7285" w:rsidRDefault="00BD7285"/>
    <w:p w14:paraId="26880219" w14:textId="77777777" w:rsidR="00BD7285" w:rsidRDefault="00BD7285"/>
    <w:p w14:paraId="4AC55039" w14:textId="77777777" w:rsidR="00BD7285" w:rsidRDefault="00BD7285"/>
    <w:p w14:paraId="0EA37E11" w14:textId="77777777" w:rsidR="00BD7285" w:rsidRDefault="00000000">
      <w:pPr>
        <w:jc w:val="center"/>
      </w:pPr>
      <w:r>
        <w:rPr>
          <w:b/>
          <w:sz w:val="26"/>
        </w:rPr>
        <w:t>20... - 20... EĞİTİM ÖĞRETİM YILI</w:t>
      </w:r>
    </w:p>
    <w:p w14:paraId="3128001C" w14:textId="77777777" w:rsidR="00BD7285" w:rsidRDefault="00000000">
      <w:r>
        <w:br w:type="page"/>
      </w:r>
    </w:p>
    <w:p w14:paraId="6698F2E8" w14:textId="77777777" w:rsidR="00BD7285" w:rsidRDefault="00000000">
      <w:pPr>
        <w:spacing w:after="320"/>
        <w:jc w:val="center"/>
      </w:pPr>
      <w:r>
        <w:rPr>
          <w:b/>
          <w:sz w:val="26"/>
        </w:rPr>
        <w:lastRenderedPageBreak/>
        <w:t>.................................................................... MÜDÜRLÜĞÜNE</w:t>
      </w:r>
    </w:p>
    <w:p w14:paraId="14ABAC17" w14:textId="77777777" w:rsidR="00BD7285" w:rsidRDefault="00000000">
      <w:r>
        <w:t xml:space="preserve">       Hazırlamış olduğumuz "19 Eylül Gaziler Günü" anma programını .../.../20... günü saat ........’da okul bahçesinde / konferans salonunda gerçekleştirmek istiyoruz. Anma programı akışı aşağıda belirtilmiştir.</w:t>
      </w:r>
    </w:p>
    <w:p w14:paraId="18F5A0DC" w14:textId="77777777" w:rsidR="00BD7285" w:rsidRDefault="00000000">
      <w:pPr>
        <w:spacing w:after="280"/>
      </w:pPr>
      <w:r>
        <w:t xml:space="preserve">       Gereğini bilgilerinize arz ederim.</w:t>
      </w:r>
    </w:p>
    <w:p w14:paraId="2228DBBC" w14:textId="77777777" w:rsidR="00BD7285" w:rsidRDefault="00000000">
      <w:pPr>
        <w:spacing w:after="120"/>
      </w:pPr>
      <w:r>
        <w:rPr>
          <w:b/>
        </w:rPr>
        <w:t>PROGRAM AKIŞI:</w:t>
      </w:r>
    </w:p>
    <w:p w14:paraId="14827D89" w14:textId="77777777" w:rsidR="00BD7285" w:rsidRDefault="00000000">
      <w:pPr>
        <w:spacing w:after="80"/>
        <w:ind w:left="288"/>
      </w:pPr>
      <w:r>
        <w:t>1. Açılış, Saygı Duruşu ve İstiklâl Marşı</w:t>
      </w:r>
    </w:p>
    <w:p w14:paraId="6D16BA1F" w14:textId="77777777" w:rsidR="00BD7285" w:rsidRDefault="00000000">
      <w:pPr>
        <w:spacing w:after="80"/>
        <w:ind w:left="288"/>
      </w:pPr>
      <w:r>
        <w:t>2. Günün Anlam ve Önemini Belirten Konuşmanın Yapılması (Öğretmen Konuşması)</w:t>
      </w:r>
    </w:p>
    <w:p w14:paraId="1BEF30CC" w14:textId="77777777" w:rsidR="00BD7285" w:rsidRDefault="00000000">
      <w:pPr>
        <w:spacing w:after="80"/>
        <w:ind w:left="288"/>
      </w:pPr>
      <w:r>
        <w:t>3. Şiir: "Gazi" (Halit Fahri OZANSOY)</w:t>
      </w:r>
    </w:p>
    <w:p w14:paraId="422FCD90" w14:textId="77777777" w:rsidR="00BD7285" w:rsidRDefault="00000000">
      <w:pPr>
        <w:spacing w:after="80"/>
        <w:ind w:left="288"/>
      </w:pPr>
      <w:r>
        <w:t>4. Öğrenci Temsilcisinin Konuşması ("Kahraman Gazilerimize Minnet Borcumuz")</w:t>
      </w:r>
    </w:p>
    <w:p w14:paraId="3EEDE3C8" w14:textId="77777777" w:rsidR="00BD7285" w:rsidRDefault="00000000">
      <w:pPr>
        <w:spacing w:after="80"/>
        <w:ind w:left="288"/>
      </w:pPr>
      <w:r>
        <w:t>5. Gazilik ve Şehadet Üzerine Özlü Sözler</w:t>
      </w:r>
    </w:p>
    <w:p w14:paraId="47483AA9" w14:textId="77777777" w:rsidR="00BD7285" w:rsidRDefault="00000000">
      <w:pPr>
        <w:spacing w:after="80"/>
        <w:ind w:left="288"/>
      </w:pPr>
      <w:r>
        <w:t>6. Şiir: "Ya Şehit Ol Ya Gazi" (Anonim)</w:t>
      </w:r>
    </w:p>
    <w:p w14:paraId="38FF386A" w14:textId="77777777" w:rsidR="00BD7285" w:rsidRDefault="00000000">
      <w:pPr>
        <w:spacing w:after="80"/>
        <w:ind w:left="288"/>
      </w:pPr>
      <w:r>
        <w:t>7. Şiir: "Gazi Mustafa Kemal Paşa" (Fazıl Hüsnü DAĞLARCA)</w:t>
      </w:r>
    </w:p>
    <w:p w14:paraId="32241E3D" w14:textId="77777777" w:rsidR="00BD7285" w:rsidRDefault="00000000">
      <w:pPr>
        <w:spacing w:after="80"/>
        <w:ind w:left="288"/>
      </w:pPr>
      <w:r>
        <w:t>8. Kapanış</w:t>
      </w:r>
    </w:p>
    <w:p w14:paraId="2EA8DAEF" w14:textId="77777777" w:rsidR="00BD7285" w:rsidRDefault="00BD7285">
      <w:pPr>
        <w:spacing w:after="500"/>
      </w:pPr>
    </w:p>
    <w:tbl>
      <w:tblPr>
        <w:tblW w:w="0" w:type="auto"/>
        <w:jc w:val="center"/>
        <w:tblLook w:val="04A0" w:firstRow="1" w:lastRow="0" w:firstColumn="1" w:lastColumn="0" w:noHBand="0" w:noVBand="1"/>
      </w:tblPr>
      <w:tblGrid>
        <w:gridCol w:w="4608"/>
        <w:gridCol w:w="4608"/>
      </w:tblGrid>
      <w:tr w:rsidR="00BD7285" w14:paraId="0E87C712" w14:textId="77777777">
        <w:trPr>
          <w:jc w:val="center"/>
        </w:trPr>
        <w:tc>
          <w:tcPr>
            <w:tcW w:w="4608" w:type="dxa"/>
          </w:tcPr>
          <w:p w14:paraId="1EE3D553" w14:textId="77777777" w:rsidR="00BD7285" w:rsidRDefault="00000000">
            <w:pPr>
              <w:jc w:val="center"/>
            </w:pPr>
            <w:r>
              <w:rPr>
                <w:b/>
              </w:rPr>
              <w:t>... / ... / 20...</w:t>
            </w:r>
            <w:r>
              <w:rPr>
                <w:b/>
              </w:rPr>
              <w:br/>
            </w:r>
            <w:r>
              <w:rPr>
                <w:b/>
              </w:rPr>
              <w:br/>
            </w:r>
            <w:r>
              <w:rPr>
                <w:b/>
              </w:rPr>
              <w:br/>
            </w:r>
            <w:r>
              <w:rPr>
                <w:b/>
              </w:rPr>
              <w:br/>
              <w:t>...................................................</w:t>
            </w:r>
            <w:r>
              <w:rPr>
                <w:b/>
              </w:rPr>
              <w:br/>
            </w:r>
            <w:r>
              <w:t>Türkçe Öğretmeni</w:t>
            </w:r>
          </w:p>
        </w:tc>
        <w:tc>
          <w:tcPr>
            <w:tcW w:w="4608" w:type="dxa"/>
          </w:tcPr>
          <w:p w14:paraId="257B841B" w14:textId="77777777" w:rsidR="00BD7285" w:rsidRDefault="00000000">
            <w:pPr>
              <w:jc w:val="center"/>
            </w:pPr>
            <w:r>
              <w:rPr>
                <w:b/>
              </w:rPr>
              <w:t>... / ... / 20...</w:t>
            </w:r>
            <w:r>
              <w:rPr>
                <w:b/>
              </w:rPr>
              <w:br/>
              <w:t>UYGUNDUR</w:t>
            </w:r>
            <w:r>
              <w:rPr>
                <w:b/>
              </w:rPr>
              <w:br/>
            </w:r>
            <w:r>
              <w:rPr>
                <w:b/>
              </w:rPr>
              <w:br/>
            </w:r>
            <w:r>
              <w:rPr>
                <w:b/>
              </w:rPr>
              <w:br/>
              <w:t>...................................................</w:t>
            </w:r>
            <w:r>
              <w:rPr>
                <w:b/>
              </w:rPr>
              <w:br/>
            </w:r>
            <w:r>
              <w:t>Okul Müdürü</w:t>
            </w:r>
          </w:p>
        </w:tc>
      </w:tr>
    </w:tbl>
    <w:p w14:paraId="09ECA70E" w14:textId="77777777" w:rsidR="00BD7285" w:rsidRDefault="00000000">
      <w:r>
        <w:br w:type="page"/>
      </w:r>
    </w:p>
    <w:p w14:paraId="56D16953" w14:textId="51DB5642" w:rsidR="00BD7285" w:rsidRDefault="00000000">
      <w:pPr>
        <w:pStyle w:val="Balk1"/>
        <w:spacing w:after="320"/>
        <w:jc w:val="center"/>
      </w:pPr>
      <w:r>
        <w:lastRenderedPageBreak/>
        <w:t>19 EYLÜL GAZİLER GÜNÜ</w:t>
      </w:r>
      <w:r w:rsidR="00A12865">
        <w:t xml:space="preserve"> </w:t>
      </w:r>
      <w:r>
        <w:t>PROGRAM SUNUCU METNİ</w:t>
      </w:r>
    </w:p>
    <w:p w14:paraId="3AC2798F" w14:textId="77777777" w:rsidR="00BD7285" w:rsidRDefault="00000000">
      <w:r>
        <w:rPr>
          <w:b/>
        </w:rPr>
        <w:t>1- AÇILIŞ VE SAYGI DURUŞU / İSTİKLÂL MARŞI ÇAĞRISI</w:t>
      </w:r>
      <w:r>
        <w:rPr>
          <w:b/>
        </w:rPr>
        <w:br/>
      </w:r>
      <w:r>
        <w:t>Sayın Okul Müdürüm, Değerli Öğretmenlerim, Kıymetli Gazilerimiz ve Sevgili Arkadaşlarım,</w:t>
      </w:r>
      <w:r>
        <w:br/>
      </w:r>
      <w:r>
        <w:br/>
        <w:t>Vatanı, milleti, bayrağı ve bağımsızlığı uğruna canını ortaya koymaktan çekinmeyen; "Ölürsem şehit, kalırsam gazi olurum!" inancıyla cepheden cepheye koşan kahraman gazilerimizi yâd etmek üzere toplanmış bulunmaktayız. 19 Eylül Gaziler Günü anma programımıza hoş geldiniz.</w:t>
      </w:r>
      <w:r>
        <w:br/>
      </w:r>
      <w:r>
        <w:br/>
        <w:t>Sizleri; başta Türkiye Büyük Millet Meclisi tarafından "Mareşallik" rütbesi ve "Gazilik" unvanı tevcih edilen Başkomutanımız Gazi Mustafa Kemal Atatürk ve silah arkadaşları olmak üzere, vatan müdafaasında can veren tüm aziz şehitlerimiz ve ebediyete irtihal eden kahraman gazilerimizin manevi huzurunda bir dakikalık saygı duruşuna, ardından İstiklâl Marşı’mızı gür bir sesle okumaya davet ediyorum.</w:t>
      </w:r>
      <w:r>
        <w:br/>
      </w:r>
      <w:r>
        <w:br/>
        <w:t>Dikkat!</w:t>
      </w:r>
    </w:p>
    <w:p w14:paraId="51BE25B6" w14:textId="77777777" w:rsidR="00BD7285" w:rsidRDefault="00000000">
      <w:pPr>
        <w:ind w:left="576"/>
      </w:pPr>
      <w:r>
        <w:rPr>
          <w:b/>
        </w:rPr>
        <w:t>Gazi Mustafa Kemal ATATÜRK diyor ki:</w:t>
      </w:r>
      <w:r>
        <w:rPr>
          <w:b/>
        </w:rPr>
        <w:br/>
      </w:r>
      <w:r>
        <w:rPr>
          <w:i/>
        </w:rPr>
        <w:t>“Gazilik, Türk kahramanlığının, Türk vatanseverliğinin ve Türk fedakârlığının yaşayan timsalidir. Kahraman Türk ordusunun ve milletinin gurur kaynağıdır.”</w:t>
      </w:r>
    </w:p>
    <w:p w14:paraId="06B98AE4" w14:textId="77777777" w:rsidR="00BD7285" w:rsidRDefault="00000000">
      <w:r>
        <w:rPr>
          <w:b/>
        </w:rPr>
        <w:t>2- GÜNÜN ANLAM VE ÖNEMİ KONUŞMASI TAKDİMİ</w:t>
      </w:r>
      <w:r>
        <w:rPr>
          <w:b/>
        </w:rPr>
        <w:br/>
      </w:r>
      <w:r>
        <w:t>Günün anlam ve önemini belirten konuşmasını yapmak üzere okulumuz öğretmenlerinden Sayın ............................................................................’ı kürsüye davet ediyorum.</w:t>
      </w:r>
    </w:p>
    <w:p w14:paraId="17120327" w14:textId="77777777" w:rsidR="00BD7285" w:rsidRDefault="00000000">
      <w:r>
        <w:rPr>
          <w:b/>
        </w:rPr>
        <w:t>3- ŞİİR TAKDİMİ ("GAZİ")</w:t>
      </w:r>
      <w:r>
        <w:rPr>
          <w:b/>
        </w:rPr>
        <w:br/>
      </w:r>
      <w:r>
        <w:t>Halit Fahri Ozansoy’un "Gazi" adlı şiirini seslendirmek üzere okulumuz ..... / ..... sınıfı öğrencilerinden ...................................................... kürsüye davet ediyorum.</w:t>
      </w:r>
    </w:p>
    <w:p w14:paraId="290FBD18" w14:textId="77777777" w:rsidR="00BD7285" w:rsidRDefault="00000000">
      <w:r>
        <w:rPr>
          <w:b/>
        </w:rPr>
        <w:t>4- ÖĞRENCİ KONUŞMASI TAKDİMİ</w:t>
      </w:r>
      <w:r>
        <w:rPr>
          <w:b/>
        </w:rPr>
        <w:br/>
      </w:r>
      <w:r>
        <w:t>Öğrencilerimiz adına konuşmasını yapmak üzere okulumuz öğrencilerinden ...................................................... davet ediyorum.</w:t>
      </w:r>
    </w:p>
    <w:p w14:paraId="5BD617F6" w14:textId="77777777" w:rsidR="00BD7285" w:rsidRDefault="00000000">
      <w:r>
        <w:rPr>
          <w:b/>
        </w:rPr>
        <w:t>5- GAZİLİK ÜZERİNE ÖZLÜ SÖZLER TAKDİMİ</w:t>
      </w:r>
      <w:r>
        <w:rPr>
          <w:b/>
        </w:rPr>
        <w:br/>
      </w:r>
      <w:r>
        <w:t>Gazilik ve şehadetin yüceliğine dair söylenen özlü sözleri okumak üzere öğrenci arkadaşlarımızı kürsüye davet ediyorum.</w:t>
      </w:r>
    </w:p>
    <w:p w14:paraId="3F6214D4" w14:textId="77777777" w:rsidR="00BD7285" w:rsidRDefault="00000000">
      <w:r>
        <w:rPr>
          <w:b/>
        </w:rPr>
        <w:t>6- ŞİİR TAKDİMİ ("YA ŞEHİT OL YA GAZİ")</w:t>
      </w:r>
      <w:r>
        <w:rPr>
          <w:b/>
        </w:rPr>
        <w:br/>
      </w:r>
      <w:r>
        <w:t>"Ya Şehit Ol Ya Gazi" adlı şiiri okumak üzere ..... / ..... sınıfından ...................................................... kürsüye davet ediyorum.</w:t>
      </w:r>
    </w:p>
    <w:p w14:paraId="30C5E867" w14:textId="77777777" w:rsidR="00BD7285" w:rsidRDefault="00000000">
      <w:pPr>
        <w:spacing w:after="280"/>
      </w:pPr>
      <w:r>
        <w:rPr>
          <w:b/>
        </w:rPr>
        <w:t>7- ŞİİR TAKDİMİ ("GAZİ MUSTAFA KEMAL PAŞA") VE KAPANIŞ</w:t>
      </w:r>
      <w:r>
        <w:rPr>
          <w:b/>
        </w:rPr>
        <w:br/>
      </w:r>
      <w:r>
        <w:t>Fazıl Hüsnü Dağlarca’nın "Gazi Mustafa Kemal Paşa" adlı şiirini dinlemek üzere ..... / ..... sınıfı öğrencilerinden ...................................................... kürsüye davet ediyorum.</w:t>
      </w:r>
      <w:r>
        <w:br/>
      </w:r>
      <w:r>
        <w:br/>
      </w:r>
      <w:r>
        <w:lastRenderedPageBreak/>
        <w:t>Başta Gazi Mustafa Kemal Atatürk olmak üzere, vatan uğruna canlarını hiçe sayan tüm gazilerimize şükranlarımızı sunuyor; aramızda bulunan ve hayatta olan tüm gazilerimize sağlıklı, huzurlu ve uzun ömürler diliyoruz.</w:t>
      </w:r>
      <w:r>
        <w:br/>
      </w:r>
      <w:r>
        <w:br/>
        <w:t>Programımız burada sona ermiştir. Dinlediğiniz için teşekkür ederiz.</w:t>
      </w:r>
    </w:p>
    <w:p w14:paraId="337173A9" w14:textId="77777777" w:rsidR="00BD7285" w:rsidRDefault="00000000">
      <w:r>
        <w:br w:type="page"/>
      </w:r>
    </w:p>
    <w:p w14:paraId="226EF5BC" w14:textId="77777777" w:rsidR="00BD7285" w:rsidRDefault="00000000">
      <w:pPr>
        <w:pStyle w:val="Balk1"/>
        <w:spacing w:after="360"/>
        <w:jc w:val="center"/>
      </w:pPr>
      <w:r>
        <w:lastRenderedPageBreak/>
        <w:t>GÜNÜN ANLAM VE ÖNEMİNİ BELİRTEN KONUŞMA METNİ</w:t>
      </w:r>
      <w:r>
        <w:br/>
        <w:t>(Öğretmen Konuşması)</w:t>
      </w:r>
    </w:p>
    <w:p w14:paraId="15D5F0E3" w14:textId="77777777" w:rsidR="00BD7285" w:rsidRDefault="00000000">
      <w:pPr>
        <w:spacing w:after="160"/>
      </w:pPr>
      <w:r>
        <w:t>Sayın Okul Müdürüm, Değerli Meslektaşlarım, Kıymetli Gazilerimiz ve Sevgili Öğrenciler,</w:t>
      </w:r>
    </w:p>
    <w:p w14:paraId="4B86E1CC" w14:textId="77777777" w:rsidR="00BD7285" w:rsidRDefault="00000000">
      <w:pPr>
        <w:spacing w:after="160"/>
      </w:pPr>
      <w:r>
        <w:t>Bugün, Türk milletinin hürriyet ve bağımsızlık mücadelesinde canını ortaya koyarak destanlar yazan kahraman gazilerimizin şeref gününü; 19 Eylül Gaziler Günü’nü kutlamanın onurunu yaşıyoruz.</w:t>
      </w:r>
    </w:p>
    <w:p w14:paraId="109124D5" w14:textId="77777777" w:rsidR="00BD7285" w:rsidRDefault="00000000">
      <w:pPr>
        <w:spacing w:after="160"/>
      </w:pPr>
      <w:r>
        <w:t>Sakarya Meydan Muharebesi’nin kazanılmasının ardından, 19 Eylül 1921 tarihinde Türkiye Büyük Millet Meclisi tarafından Başkomutan Mustafa Kemal Atatürk’e "Mareşal" rütbesi ile "Gazi" unvanı tevcih edilmiştir. İşte bu tarih, vatan toprağı için gözünü kırpmadan canını siper eden tüm kahramanların millet vicdanında taçlandığı gündür.</w:t>
      </w:r>
    </w:p>
    <w:p w14:paraId="2B3EAB10" w14:textId="77777777" w:rsidR="00BD7285" w:rsidRDefault="00000000">
      <w:pPr>
        <w:spacing w:after="160"/>
      </w:pPr>
      <w:r>
        <w:t>Türk milleti için gazilik ve şehitlik, makamların en yücesidir. Çanakkale’den İstiklâl Harbi’ne, Kore’den Kıbrıs’a, terörle mücadeleden 15 Temmuz’a kadar bu milletin evlatları, bayrağımız inmesin, ezanımız dinmesin diye göğsünü mermilere siper etmiştir. Şehitlerimiz vatanımızın tapusu, gazilerimiz ise milletimizin yaşayan onur abideleridir.</w:t>
      </w:r>
    </w:p>
    <w:p w14:paraId="1E355AAF" w14:textId="77777777" w:rsidR="00BD7285" w:rsidRDefault="00000000">
      <w:pPr>
        <w:spacing w:after="160"/>
      </w:pPr>
      <w:r>
        <w:t>Sevgili Gençler,</w:t>
      </w:r>
      <w:r>
        <w:br/>
        <w:t>Bugün üzerinde özgürce nefes aldığımız, al bayrağımızın gölgesinde huzurla yaşadığımız bu vatan, şehitlerimizin kanları ve gazilerimizin fedakârlıklarıyla bize emanet edilmiştir. Bu mukaddes emaneti korumak, gazilerimizin hatırasına layık olmak; çok çalışmak, millî ve manevi değerlerimize sımsıkı sarılmakla mümkündür.</w:t>
      </w:r>
    </w:p>
    <w:p w14:paraId="7FE4A531" w14:textId="77777777" w:rsidR="00BD7285" w:rsidRDefault="00000000">
      <w:pPr>
        <w:spacing w:after="160"/>
      </w:pPr>
      <w:r>
        <w:t>Bu duygu ve düşüncelerle; başta Gazi Mustafa Kemal Atatürk ve silah arkadaşları olmak üzere, ebediyete intikal eden tüm gazilerimizi ve şehitlerimizi rahmet ve minnetle yâd ediyor; hayatta olan kahraman gazilerimize sağlık, sıhhat ve uzun ömürler diliyorum.</w:t>
      </w:r>
    </w:p>
    <w:p w14:paraId="01A23CCB" w14:textId="77777777" w:rsidR="00BD7285" w:rsidRDefault="00000000">
      <w:pPr>
        <w:spacing w:after="160"/>
      </w:pPr>
      <w:r>
        <w:rPr>
          <w:b/>
        </w:rPr>
        <w:t>19 Eylül Gaziler Günümüz kutlu olsun!</w:t>
      </w:r>
    </w:p>
    <w:p w14:paraId="4802F21D" w14:textId="77777777" w:rsidR="00BD7285" w:rsidRDefault="00000000">
      <w:r>
        <w:br w:type="page"/>
      </w:r>
    </w:p>
    <w:p w14:paraId="340F2F7C" w14:textId="77777777" w:rsidR="00BD7285" w:rsidRDefault="00000000">
      <w:pPr>
        <w:pStyle w:val="Balk1"/>
        <w:spacing w:after="320"/>
        <w:jc w:val="center"/>
      </w:pPr>
      <w:r>
        <w:lastRenderedPageBreak/>
        <w:t>ÖĞRENCİ KONUŞMASI VE GAZİLİK ÜZERİNE ÖZLÜ SÖZLER</w:t>
      </w:r>
    </w:p>
    <w:p w14:paraId="459D6B08" w14:textId="77777777" w:rsidR="00BD7285" w:rsidRDefault="00000000">
      <w:pPr>
        <w:pStyle w:val="Balk2"/>
      </w:pPr>
      <w:r>
        <w:t>Öğrenci Temsilcisi Konuşma Metni</w:t>
      </w:r>
    </w:p>
    <w:p w14:paraId="431FFA95" w14:textId="77777777" w:rsidR="00BD7285" w:rsidRDefault="00000000">
      <w:pPr>
        <w:spacing w:after="100"/>
      </w:pPr>
      <w:r>
        <w:t>Sayın Okul Müdürüm, Kıymetli Öğretmenlerim ve Değerli Arkadaşlarım,</w:t>
      </w:r>
    </w:p>
    <w:p w14:paraId="3CDCF674" w14:textId="77777777" w:rsidR="00BD7285" w:rsidRDefault="00000000">
      <w:pPr>
        <w:spacing w:after="100"/>
      </w:pPr>
      <w:r>
        <w:t>Bugün, canlarını bu topraklar uğruna feda etmeye ant içmiş, bedenlerini milletimizin geleceğine siper etmiş kahraman gazilerimizi anmak üzere buradayız.</w:t>
      </w:r>
    </w:p>
    <w:p w14:paraId="03E78F32" w14:textId="77777777" w:rsidR="00BD7285" w:rsidRDefault="00000000">
      <w:pPr>
        <w:spacing w:after="100"/>
      </w:pPr>
      <w:r>
        <w:t>Bizler evlerimizde huzur içinde uyuyabiliyorsak, okulumuzda özgürce eğitim alabiliyorsak, şanlı bayrağımızın altında gururla yürüyebiliyorsak bunu aziz şehitlerimize ve kahraman gazilerimize borçluyuz. Onların bedenlerindeki her yara, bu milletin bağımsızlık madalyasıdır.</w:t>
      </w:r>
    </w:p>
    <w:p w14:paraId="656D167A" w14:textId="77777777" w:rsidR="00BD7285" w:rsidRDefault="00000000">
      <w:pPr>
        <w:spacing w:after="100"/>
      </w:pPr>
      <w:r>
        <w:t>Siz değerli gazilerimiz, bizim ilham kaynağımız, yaşayan tarihimizsiniz. Biz Türk gençliği olarak sizlere söz veriyoruz: Kanlarınızla sulanan bu kutsal vatanı canımız gibi koruyacak, emanetinize asla halel getirmeyeceğiz.</w:t>
      </w:r>
    </w:p>
    <w:p w14:paraId="250431B2" w14:textId="77777777" w:rsidR="00BD7285" w:rsidRDefault="00000000">
      <w:pPr>
        <w:spacing w:after="100"/>
      </w:pPr>
      <w:r>
        <w:t>Tüm gazilerimize saygı ve şükranlarımı sunuyor, Gaziler Günü’nü kutluyorum.</w:t>
      </w:r>
    </w:p>
    <w:p w14:paraId="2CF3384E" w14:textId="77777777" w:rsidR="00BD7285" w:rsidRDefault="00BD7285"/>
    <w:p w14:paraId="09C3DC7C" w14:textId="77777777" w:rsidR="00BD7285" w:rsidRDefault="00000000">
      <w:pPr>
        <w:pStyle w:val="Balk2"/>
      </w:pPr>
      <w:r>
        <w:t>Gazilik ve Kahramanlık Üzerine Özlü Sözler</w:t>
      </w:r>
    </w:p>
    <w:p w14:paraId="39EE33D9" w14:textId="77777777" w:rsidR="00BD7285" w:rsidRDefault="00000000">
      <w:pPr>
        <w:spacing w:after="80"/>
        <w:ind w:left="288"/>
      </w:pPr>
      <w:r>
        <w:t>• "Gaziler yaşayan anıtlardır." — Gazi Mustafa Kemal Atatürk</w:t>
      </w:r>
    </w:p>
    <w:p w14:paraId="0247EB85" w14:textId="77777777" w:rsidR="00BD7285" w:rsidRDefault="00000000">
      <w:pPr>
        <w:spacing w:after="80"/>
        <w:ind w:left="288"/>
      </w:pPr>
      <w:r>
        <w:t>• "Kahramanlık; içerek acı ölüm tasından, ileriye atılmak ve sonra dönmemektir." — Hüseyin Nihal Atsız</w:t>
      </w:r>
    </w:p>
    <w:p w14:paraId="1C22FF12" w14:textId="77777777" w:rsidR="00BD7285" w:rsidRDefault="00000000">
      <w:pPr>
        <w:spacing w:after="80"/>
        <w:ind w:left="288"/>
      </w:pPr>
      <w:r>
        <w:t>• "Bayrakları bayrak yapan üstündeki kandır; toprak eğer uğrunda ölen varsa vatandır." — Mithat Cemal Kuntay</w:t>
      </w:r>
    </w:p>
    <w:p w14:paraId="05A02066" w14:textId="77777777" w:rsidR="00BD7285" w:rsidRDefault="00000000">
      <w:pPr>
        <w:spacing w:after="80"/>
        <w:ind w:left="288"/>
      </w:pPr>
      <w:r>
        <w:t>• "Biz Türkler; ya şehit oluruz ya gazi. Başka bir seçenek asla tanımayız!"</w:t>
      </w:r>
    </w:p>
    <w:p w14:paraId="6B079EC7" w14:textId="77777777" w:rsidR="00BD7285" w:rsidRDefault="00000000">
      <w:pPr>
        <w:spacing w:after="80"/>
        <w:ind w:left="288"/>
      </w:pPr>
      <w:r>
        <w:t>• "Şehit nurlanmış, gazi onurlanmış askerdir."</w:t>
      </w:r>
    </w:p>
    <w:p w14:paraId="1E631B33" w14:textId="77777777" w:rsidR="00BD7285" w:rsidRDefault="00000000">
      <w:r>
        <w:br w:type="page"/>
      </w:r>
    </w:p>
    <w:p w14:paraId="5B174460" w14:textId="77777777" w:rsidR="00BD7285" w:rsidRDefault="00000000">
      <w:pPr>
        <w:pStyle w:val="Balk1"/>
        <w:jc w:val="center"/>
      </w:pPr>
      <w:r>
        <w:lastRenderedPageBreak/>
        <w:t>GAZİ</w:t>
      </w:r>
    </w:p>
    <w:p w14:paraId="26A6F057" w14:textId="77777777" w:rsidR="00BD7285" w:rsidRDefault="00000000">
      <w:pPr>
        <w:spacing w:after="360"/>
        <w:jc w:val="center"/>
      </w:pPr>
      <w:r>
        <w:rPr>
          <w:i/>
        </w:rPr>
        <w:t>Halit Fahri OZANSOY</w:t>
      </w:r>
    </w:p>
    <w:p w14:paraId="6D5F0ECC" w14:textId="77777777" w:rsidR="00BD7285" w:rsidRDefault="00000000">
      <w:r>
        <w:t>Yıllarca dövüştü, vatan uğruna,</w:t>
      </w:r>
      <w:r>
        <w:br/>
        <w:t>Siper etti göğsünü düşman kurşununa.</w:t>
      </w:r>
      <w:r>
        <w:br/>
        <w:t>Korku nedir bilmedi dağlarda, ovada,</w:t>
      </w:r>
      <w:r>
        <w:br/>
        <w:t>Nöbet tuttu dondurucu ayazda, fırtınada.</w:t>
      </w:r>
    </w:p>
    <w:p w14:paraId="72C7961A" w14:textId="77777777" w:rsidR="00BD7285" w:rsidRDefault="00000000">
      <w:r>
        <w:t>Göğsünde parıldayan o kutlu nişan,</w:t>
      </w:r>
      <w:r>
        <w:br/>
        <w:t>Şerefidir milletin, gururudur her an.</w:t>
      </w:r>
      <w:r>
        <w:br/>
        <w:t>Kolunu, bacağını verdi bu toprağa,</w:t>
      </w:r>
      <w:r>
        <w:br/>
        <w:t>Ama boyun eğdirmedi al bayrağa!</w:t>
      </w:r>
    </w:p>
    <w:p w14:paraId="6DD65628" w14:textId="77777777" w:rsidR="00BD7285" w:rsidRDefault="00000000">
      <w:r>
        <w:t>Gazi dedik adına, baş tacı ettik seni,</w:t>
      </w:r>
      <w:r>
        <w:br/>
        <w:t>Sen korudun ecdadın kutsal emanetini.</w:t>
      </w:r>
      <w:r>
        <w:br/>
        <w:t>Minnettarız sana ey asil kahraman,</w:t>
      </w:r>
      <w:r>
        <w:br/>
        <w:t>Adın dillerimizde yankılanacak her zaman!</w:t>
      </w:r>
    </w:p>
    <w:p w14:paraId="52B44054" w14:textId="77777777" w:rsidR="00BD7285" w:rsidRDefault="00000000">
      <w:r>
        <w:br w:type="page"/>
      </w:r>
    </w:p>
    <w:p w14:paraId="6814C3D5" w14:textId="77777777" w:rsidR="00BD7285" w:rsidRDefault="00000000">
      <w:pPr>
        <w:pStyle w:val="Balk1"/>
        <w:jc w:val="center"/>
      </w:pPr>
      <w:r>
        <w:lastRenderedPageBreak/>
        <w:t>YA ŞEHİT OL YA GAZİ</w:t>
      </w:r>
    </w:p>
    <w:p w14:paraId="7FA9C31A" w14:textId="77777777" w:rsidR="00BD7285" w:rsidRDefault="00000000">
      <w:pPr>
        <w:spacing w:after="360"/>
        <w:jc w:val="center"/>
      </w:pPr>
      <w:r>
        <w:rPr>
          <w:i/>
        </w:rPr>
        <w:t>Anonim</w:t>
      </w:r>
    </w:p>
    <w:p w14:paraId="2EAEBEE6" w14:textId="77777777" w:rsidR="00BD7285" w:rsidRDefault="00000000">
      <w:r>
        <w:t>Anam beni yetiştirdi, bu vatana yolladı,</w:t>
      </w:r>
      <w:r>
        <w:br/>
        <w:t>Al bayrağı teslim etti, duayla uğurladı.</w:t>
      </w:r>
      <w:r>
        <w:br/>
        <w:t>Dedi: "Oğlum vatan için ya şehit ol ya gazi,</w:t>
      </w:r>
      <w:r>
        <w:br/>
        <w:t>Ak sütüm helal olmaz, çiğnetirsen bu mazi!"</w:t>
      </w:r>
    </w:p>
    <w:p w14:paraId="00DE3A2D" w14:textId="77777777" w:rsidR="00BD7285" w:rsidRDefault="00000000">
      <w:r>
        <w:t>Gözümü kırpmadan koştum siperlerin önüne,</w:t>
      </w:r>
      <w:r>
        <w:br/>
        <w:t>Meydan okudum hainin tankına, tüfeğine.</w:t>
      </w:r>
      <w:r>
        <w:br/>
        <w:t>Vurulup düşsem bile bayrak düşmez elimden,</w:t>
      </w:r>
      <w:r>
        <w:br/>
        <w:t>Tekbir sesi eksilmez yiğitlerin dilinden.</w:t>
      </w:r>
    </w:p>
    <w:p w14:paraId="686A81CC" w14:textId="77777777" w:rsidR="00BD7285" w:rsidRDefault="00000000">
      <w:r>
        <w:t>Gazi olmak şereftir, şehit olmak saadet,</w:t>
      </w:r>
      <w:r>
        <w:br/>
        <w:t>Türk milletinde bitmez bu sarsılmaz cesaret.</w:t>
      </w:r>
      <w:r>
        <w:br/>
        <w:t>Vatan sağ olsun yeter, canlar feda yoluna,</w:t>
      </w:r>
      <w:r>
        <w:br/>
        <w:t>Kurban olsun bu canım ay yıldızlı yurduma!</w:t>
      </w:r>
    </w:p>
    <w:p w14:paraId="59026AD1" w14:textId="77777777" w:rsidR="00BD7285" w:rsidRDefault="00000000">
      <w:r>
        <w:br w:type="page"/>
      </w:r>
    </w:p>
    <w:p w14:paraId="4CC8B4F5" w14:textId="77777777" w:rsidR="00BD7285" w:rsidRDefault="00000000">
      <w:pPr>
        <w:pStyle w:val="Balk1"/>
        <w:jc w:val="center"/>
      </w:pPr>
      <w:r>
        <w:lastRenderedPageBreak/>
        <w:t>GAZİ MUSTAFA KEMAL PAŞA</w:t>
      </w:r>
    </w:p>
    <w:p w14:paraId="4AD2FD76" w14:textId="77777777" w:rsidR="00BD7285" w:rsidRDefault="00000000">
      <w:pPr>
        <w:spacing w:after="360"/>
        <w:jc w:val="center"/>
      </w:pPr>
      <w:r>
        <w:rPr>
          <w:i/>
        </w:rPr>
        <w:t>Fazıl Hüsnü DAĞLARCA</w:t>
      </w:r>
    </w:p>
    <w:p w14:paraId="1B526545" w14:textId="77777777" w:rsidR="00BD7285" w:rsidRDefault="00000000">
      <w:r>
        <w:t>Sakarya boylarında kükreyen bir aslandı,</w:t>
      </w:r>
      <w:r>
        <w:br/>
        <w:t>Milletin kaderini omzuna alan candı.</w:t>
      </w:r>
      <w:r>
        <w:br/>
        <w:t>Düşmanın sel gibi aktığı o dar günde,</w:t>
      </w:r>
      <w:r>
        <w:br/>
        <w:t>Gazi Paşa dimdik durdu ordunun önünde.</w:t>
      </w:r>
    </w:p>
    <w:p w14:paraId="4303D3E5" w14:textId="77777777" w:rsidR="00BD7285" w:rsidRDefault="00000000">
      <w:r>
        <w:t>"Hattı müdafaa yoktur, sathı müdafaadır o satıh,</w:t>
      </w:r>
      <w:r>
        <w:br/>
        <w:t>O satıh bütün vatandır!" dedi ve oldu fatih.</w:t>
      </w:r>
      <w:r>
        <w:br/>
        <w:t>Kocatepe’den doğdu güneş gibi ufuklara,</w:t>
      </w:r>
      <w:r>
        <w:br/>
        <w:t>Müjdeler verdi esaret zincirini kıranlara.</w:t>
      </w:r>
    </w:p>
    <w:p w14:paraId="04E4CB24" w14:textId="77777777" w:rsidR="00BD7285" w:rsidRDefault="00000000">
      <w:r>
        <w:t>Mareşal rütbesiyle, Gazilik unvanıyla,</w:t>
      </w:r>
      <w:r>
        <w:br/>
        <w:t>Yazdı bu destanı aziz milletin kanıyla.</w:t>
      </w:r>
      <w:r>
        <w:br/>
        <w:t>Selam olsun sana ey Başkomutan, ey Gazi,</w:t>
      </w:r>
      <w:r>
        <w:br/>
        <w:t>Seninle gurur duyar Türk’ün şanlı mazisi!</w:t>
      </w:r>
    </w:p>
    <w:sectPr w:rsidR="00BD7285"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27306003">
    <w:abstractNumId w:val="8"/>
  </w:num>
  <w:num w:numId="2" w16cid:durableId="202327722">
    <w:abstractNumId w:val="6"/>
  </w:num>
  <w:num w:numId="3" w16cid:durableId="1003125945">
    <w:abstractNumId w:val="5"/>
  </w:num>
  <w:num w:numId="4" w16cid:durableId="576667029">
    <w:abstractNumId w:val="4"/>
  </w:num>
  <w:num w:numId="5" w16cid:durableId="1896425068">
    <w:abstractNumId w:val="7"/>
  </w:num>
  <w:num w:numId="6" w16cid:durableId="1194152897">
    <w:abstractNumId w:val="3"/>
  </w:num>
  <w:num w:numId="7" w16cid:durableId="1084254658">
    <w:abstractNumId w:val="2"/>
  </w:num>
  <w:num w:numId="8" w16cid:durableId="1569419688">
    <w:abstractNumId w:val="1"/>
  </w:num>
  <w:num w:numId="9" w16cid:durableId="959604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2D0F"/>
    <w:rsid w:val="0015074B"/>
    <w:rsid w:val="0029639D"/>
    <w:rsid w:val="00326F90"/>
    <w:rsid w:val="00A12865"/>
    <w:rsid w:val="00AA1D8D"/>
    <w:rsid w:val="00B47730"/>
    <w:rsid w:val="00BD728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E6C319"/>
  <w14:defaultImageDpi w14:val="300"/>
  <w15:docId w15:val="{C29DD6C8-350E-4426-A6F8-5C10C1BA1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1220</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2026-09-20T19:32:00Z</dcterms:modified>
  <cp:category/>
</cp:coreProperties>
</file>