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A4FF" w14:textId="77777777" w:rsidR="00CA7CD3" w:rsidRDefault="00CA7CD3"/>
    <w:p w14:paraId="33E1AC6B" w14:textId="77777777" w:rsidR="00CA7CD3" w:rsidRDefault="00CA7CD3"/>
    <w:p w14:paraId="73A06048" w14:textId="77777777" w:rsidR="00CA7CD3" w:rsidRDefault="00CA7CD3"/>
    <w:p w14:paraId="6A9A9B12" w14:textId="77777777" w:rsidR="00CA7CD3" w:rsidRDefault="00CA7CD3"/>
    <w:p w14:paraId="483BF78D" w14:textId="77777777" w:rsidR="00CA7CD3" w:rsidRDefault="00CA7CD3"/>
    <w:p w14:paraId="3F94B949" w14:textId="77777777" w:rsidR="00CA7CD3" w:rsidRDefault="00CA7CD3"/>
    <w:p w14:paraId="4794EFEC" w14:textId="77777777" w:rsidR="00CA7CD3" w:rsidRDefault="00CA7CD3"/>
    <w:p w14:paraId="37C518BC" w14:textId="77777777" w:rsidR="00CA7CD3" w:rsidRDefault="00000000">
      <w:pPr>
        <w:jc w:val="center"/>
      </w:pPr>
      <w:r>
        <w:rPr>
          <w:b/>
          <w:sz w:val="32"/>
        </w:rPr>
        <w:t>T.C.</w:t>
      </w:r>
      <w:r>
        <w:rPr>
          <w:b/>
          <w:sz w:val="32"/>
        </w:rPr>
        <w:br/>
        <w:t>.................................................................... MÜDÜRLÜĞÜ</w:t>
      </w:r>
    </w:p>
    <w:p w14:paraId="1F52C2A2" w14:textId="77777777" w:rsidR="00CA7CD3" w:rsidRDefault="00CA7CD3"/>
    <w:p w14:paraId="45018EA1" w14:textId="77777777" w:rsidR="00CA7CD3" w:rsidRDefault="00CA7CD3"/>
    <w:p w14:paraId="67C97ECB" w14:textId="77777777" w:rsidR="00CA7CD3" w:rsidRDefault="00CA7CD3"/>
    <w:p w14:paraId="38121673" w14:textId="77777777" w:rsidR="00CA7CD3" w:rsidRDefault="00CA7CD3"/>
    <w:p w14:paraId="28F4186A" w14:textId="6493E8EC" w:rsidR="00CA7CD3" w:rsidRDefault="00000000">
      <w:pPr>
        <w:jc w:val="center"/>
      </w:pPr>
      <w:r>
        <w:rPr>
          <w:b/>
          <w:sz w:val="44"/>
        </w:rPr>
        <w:t>15 TEMMUZ DEMOKRASİ VE MİLLÎ BİRLİK GÜNÜ</w:t>
      </w:r>
      <w:r>
        <w:rPr>
          <w:b/>
          <w:sz w:val="44"/>
        </w:rPr>
        <w:br/>
        <w:t xml:space="preserve">ANMA PROGRAMI </w:t>
      </w:r>
    </w:p>
    <w:p w14:paraId="37595DCB" w14:textId="77777777" w:rsidR="00CA7CD3" w:rsidRDefault="00CA7CD3"/>
    <w:p w14:paraId="7A7012ED" w14:textId="77777777" w:rsidR="00CA7CD3" w:rsidRDefault="00CA7CD3"/>
    <w:p w14:paraId="38931AAA" w14:textId="77777777" w:rsidR="00CA7CD3" w:rsidRDefault="00CA7CD3"/>
    <w:p w14:paraId="7E72BC4D" w14:textId="77777777" w:rsidR="00CA7CD3" w:rsidRDefault="00CA7CD3"/>
    <w:p w14:paraId="12AEE04B" w14:textId="77777777" w:rsidR="00CA7CD3" w:rsidRDefault="00CA7CD3"/>
    <w:p w14:paraId="59DF5CB6" w14:textId="77777777" w:rsidR="00CA7CD3" w:rsidRDefault="00CA7CD3"/>
    <w:p w14:paraId="68F4862F" w14:textId="77777777" w:rsidR="00CA7CD3" w:rsidRDefault="00CA7CD3"/>
    <w:p w14:paraId="07CCB1A3" w14:textId="77777777" w:rsidR="00CA7CD3" w:rsidRDefault="00000000">
      <w:pPr>
        <w:jc w:val="center"/>
      </w:pPr>
      <w:r>
        <w:rPr>
          <w:b/>
          <w:sz w:val="26"/>
        </w:rPr>
        <w:t>20... - 20... EĞİTİM ÖĞRETİM YILI</w:t>
      </w:r>
    </w:p>
    <w:p w14:paraId="49463FC6" w14:textId="6683A7D4" w:rsidR="00CA7CD3" w:rsidRDefault="00000000" w:rsidP="004222A0">
      <w:pPr>
        <w:jc w:val="center"/>
      </w:pPr>
      <w:r>
        <w:br w:type="page"/>
      </w:r>
      <w:r>
        <w:rPr>
          <w:b/>
          <w:sz w:val="26"/>
        </w:rPr>
        <w:lastRenderedPageBreak/>
        <w:t>.................................................................... MÜDÜRLÜĞÜNE</w:t>
      </w:r>
    </w:p>
    <w:p w14:paraId="27095D4E" w14:textId="77777777" w:rsidR="00CA7CD3" w:rsidRDefault="00000000">
      <w:r>
        <w:t xml:space="preserve">       </w:t>
      </w:r>
      <w:proofErr w:type="spellStart"/>
      <w:r>
        <w:t>Hazırlamış</w:t>
      </w:r>
      <w:proofErr w:type="spellEnd"/>
      <w:r>
        <w:t xml:space="preserve"> </w:t>
      </w:r>
      <w:proofErr w:type="spellStart"/>
      <w:r>
        <w:t>olduğumuz</w:t>
      </w:r>
      <w:proofErr w:type="spellEnd"/>
      <w:r>
        <w:t xml:space="preserve"> "15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Birlik</w:t>
      </w:r>
      <w:proofErr w:type="spellEnd"/>
      <w:r>
        <w:t xml:space="preserve"> </w:t>
      </w:r>
      <w:proofErr w:type="spellStart"/>
      <w:r>
        <w:t>Günü</w:t>
      </w:r>
      <w:proofErr w:type="spellEnd"/>
      <w:r>
        <w:t xml:space="preserve">" </w:t>
      </w:r>
      <w:proofErr w:type="spellStart"/>
      <w:r>
        <w:t>anma</w:t>
      </w:r>
      <w:proofErr w:type="spellEnd"/>
      <w:r>
        <w:t xml:space="preserve"> </w:t>
      </w:r>
      <w:proofErr w:type="spellStart"/>
      <w:r>
        <w:t>programını</w:t>
      </w:r>
      <w:proofErr w:type="spellEnd"/>
      <w:r>
        <w:t xml:space="preserve"> .../.../20... </w:t>
      </w:r>
      <w:proofErr w:type="spellStart"/>
      <w:r>
        <w:t>günü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........’da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bahçesinde</w:t>
      </w:r>
      <w:proofErr w:type="spellEnd"/>
      <w:r>
        <w:t xml:space="preserve"> / </w:t>
      </w:r>
      <w:proofErr w:type="spellStart"/>
      <w:r>
        <w:t>konferans</w:t>
      </w:r>
      <w:proofErr w:type="spellEnd"/>
      <w:r>
        <w:t xml:space="preserve"> </w:t>
      </w:r>
      <w:proofErr w:type="spellStart"/>
      <w:r>
        <w:t>salonunda</w:t>
      </w:r>
      <w:proofErr w:type="spellEnd"/>
      <w:r>
        <w:t xml:space="preserve"> </w:t>
      </w:r>
      <w:proofErr w:type="spellStart"/>
      <w:r>
        <w:t>gerçekleştirmek</w:t>
      </w:r>
      <w:proofErr w:type="spellEnd"/>
      <w:r>
        <w:t xml:space="preserve"> </w:t>
      </w:r>
      <w:proofErr w:type="spellStart"/>
      <w:r>
        <w:t>istiyoruz</w:t>
      </w:r>
      <w:proofErr w:type="spellEnd"/>
      <w:r>
        <w:t xml:space="preserve">. </w:t>
      </w:r>
      <w:proofErr w:type="spellStart"/>
      <w:r>
        <w:t>Genişletilmiş</w:t>
      </w:r>
      <w:proofErr w:type="spellEnd"/>
      <w:r>
        <w:t xml:space="preserve"> </w:t>
      </w:r>
      <w:proofErr w:type="spellStart"/>
      <w:r>
        <w:t>anma</w:t>
      </w:r>
      <w:proofErr w:type="spellEnd"/>
      <w:r>
        <w:t xml:space="preserve"> </w:t>
      </w:r>
      <w:proofErr w:type="spellStart"/>
      <w:r>
        <w:t>programı</w:t>
      </w:r>
      <w:proofErr w:type="spellEnd"/>
      <w:r>
        <w:t xml:space="preserve"> </w:t>
      </w:r>
      <w:proofErr w:type="spellStart"/>
      <w:r>
        <w:t>akışı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>.</w:t>
      </w:r>
    </w:p>
    <w:p w14:paraId="2D4D5307" w14:textId="77777777" w:rsidR="00CA7CD3" w:rsidRDefault="00000000">
      <w:pPr>
        <w:spacing w:after="280"/>
      </w:pPr>
      <w:r>
        <w:t xml:space="preserve">       </w:t>
      </w:r>
      <w:proofErr w:type="spellStart"/>
      <w:r>
        <w:t>Gereğini</w:t>
      </w:r>
      <w:proofErr w:type="spellEnd"/>
      <w:r>
        <w:t xml:space="preserve"> </w:t>
      </w: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0A76F748" w14:textId="77777777" w:rsidR="00CA7CD3" w:rsidRDefault="00000000">
      <w:pPr>
        <w:spacing w:after="120"/>
      </w:pPr>
      <w:r>
        <w:rPr>
          <w:b/>
        </w:rPr>
        <w:t>PROGRAM AKIŞI:</w:t>
      </w:r>
    </w:p>
    <w:p w14:paraId="10F9406D" w14:textId="77777777" w:rsidR="00CA7CD3" w:rsidRDefault="00000000">
      <w:pPr>
        <w:spacing w:after="60"/>
        <w:ind w:left="288"/>
      </w:pPr>
      <w:r>
        <w:t xml:space="preserve">1. </w:t>
      </w:r>
      <w:proofErr w:type="spellStart"/>
      <w:r>
        <w:t>Açılış</w:t>
      </w:r>
      <w:proofErr w:type="spellEnd"/>
      <w:r>
        <w:t xml:space="preserve">, </w:t>
      </w:r>
      <w:proofErr w:type="spellStart"/>
      <w:r>
        <w:t>Saygı</w:t>
      </w:r>
      <w:proofErr w:type="spellEnd"/>
      <w:r>
        <w:t xml:space="preserve"> </w:t>
      </w:r>
      <w:proofErr w:type="spellStart"/>
      <w:r>
        <w:t>Duruşu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İstiklâl</w:t>
      </w:r>
      <w:proofErr w:type="spellEnd"/>
      <w:r>
        <w:t xml:space="preserve"> </w:t>
      </w:r>
      <w:proofErr w:type="spellStart"/>
      <w:r>
        <w:t>Marşı</w:t>
      </w:r>
      <w:proofErr w:type="spellEnd"/>
    </w:p>
    <w:p w14:paraId="45296313" w14:textId="77777777" w:rsidR="00CA7CD3" w:rsidRDefault="00000000">
      <w:pPr>
        <w:spacing w:after="60"/>
        <w:ind w:left="288"/>
      </w:pPr>
      <w:r>
        <w:t xml:space="preserve">2. </w:t>
      </w:r>
      <w:proofErr w:type="spellStart"/>
      <w:r>
        <w:t>Günün</w:t>
      </w:r>
      <w:proofErr w:type="spellEnd"/>
      <w:r>
        <w:t xml:space="preserve"> </w:t>
      </w:r>
      <w:proofErr w:type="spellStart"/>
      <w:r>
        <w:t>Anlam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Önemini</w:t>
      </w:r>
      <w:proofErr w:type="spellEnd"/>
      <w:r>
        <w:t xml:space="preserve"> </w:t>
      </w:r>
      <w:proofErr w:type="spellStart"/>
      <w:r>
        <w:t>Belirten</w:t>
      </w:r>
      <w:proofErr w:type="spellEnd"/>
      <w:r>
        <w:t xml:space="preserve"> </w:t>
      </w:r>
      <w:proofErr w:type="spellStart"/>
      <w:r>
        <w:t>Konuşma</w:t>
      </w:r>
      <w:proofErr w:type="spellEnd"/>
      <w:r>
        <w:t xml:space="preserve"> (</w:t>
      </w:r>
      <w:proofErr w:type="spellStart"/>
      <w:r>
        <w:t>Okul</w:t>
      </w:r>
      <w:proofErr w:type="spellEnd"/>
      <w:r>
        <w:t xml:space="preserve"> </w:t>
      </w:r>
      <w:proofErr w:type="spellStart"/>
      <w:r>
        <w:t>Müdürü</w:t>
      </w:r>
      <w:proofErr w:type="spellEnd"/>
      <w:r>
        <w:t xml:space="preserve"> / </w:t>
      </w:r>
      <w:proofErr w:type="spellStart"/>
      <w:r>
        <w:t>Öğretmen</w:t>
      </w:r>
      <w:proofErr w:type="spellEnd"/>
      <w:r>
        <w:t xml:space="preserve"> </w:t>
      </w:r>
      <w:proofErr w:type="spellStart"/>
      <w:r>
        <w:t>Konuşması</w:t>
      </w:r>
      <w:proofErr w:type="spellEnd"/>
      <w:r>
        <w:t>)</w:t>
      </w:r>
    </w:p>
    <w:p w14:paraId="5FCAA2B2" w14:textId="77777777" w:rsidR="00CA7CD3" w:rsidRDefault="00000000">
      <w:pPr>
        <w:spacing w:after="60"/>
        <w:ind w:left="288"/>
      </w:pPr>
      <w:r>
        <w:t xml:space="preserve">3. </w:t>
      </w:r>
      <w:proofErr w:type="spellStart"/>
      <w:r>
        <w:t>Şiir</w:t>
      </w:r>
      <w:proofErr w:type="spellEnd"/>
      <w:r>
        <w:t xml:space="preserve">: "Bu Vatan </w:t>
      </w:r>
      <w:proofErr w:type="spellStart"/>
      <w:r>
        <w:t>Bizim</w:t>
      </w:r>
      <w:proofErr w:type="spellEnd"/>
      <w:r>
        <w:t>" (</w:t>
      </w:r>
      <w:proofErr w:type="spellStart"/>
      <w:r>
        <w:t>Dursun</w:t>
      </w:r>
      <w:proofErr w:type="spellEnd"/>
      <w:r>
        <w:t xml:space="preserve"> Ali ERZİNCANLI)</w:t>
      </w:r>
    </w:p>
    <w:p w14:paraId="7BD07BD9" w14:textId="77777777" w:rsidR="00CA7CD3" w:rsidRDefault="00000000">
      <w:pPr>
        <w:spacing w:after="60"/>
        <w:ind w:left="288"/>
      </w:pPr>
      <w:r>
        <w:t xml:space="preserve">4.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Temsilcisi</w:t>
      </w:r>
      <w:proofErr w:type="spellEnd"/>
      <w:r>
        <w:t xml:space="preserve"> </w:t>
      </w:r>
      <w:proofErr w:type="spellStart"/>
      <w:r>
        <w:t>Konuşması</w:t>
      </w:r>
      <w:proofErr w:type="spellEnd"/>
      <w:r>
        <w:t xml:space="preserve"> ("15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İrade</w:t>
      </w:r>
      <w:proofErr w:type="spellEnd"/>
      <w:r>
        <w:t xml:space="preserve"> </w:t>
      </w:r>
      <w:proofErr w:type="spellStart"/>
      <w:r>
        <w:t>Bilinci</w:t>
      </w:r>
      <w:proofErr w:type="spellEnd"/>
      <w:r>
        <w:t>")</w:t>
      </w:r>
    </w:p>
    <w:p w14:paraId="082C3756" w14:textId="77777777" w:rsidR="00CA7CD3" w:rsidRDefault="00000000">
      <w:pPr>
        <w:spacing w:after="60"/>
        <w:ind w:left="288"/>
      </w:pPr>
      <w:r>
        <w:t xml:space="preserve">5. </w:t>
      </w:r>
      <w:proofErr w:type="spellStart"/>
      <w:r>
        <w:t>Şiir</w:t>
      </w:r>
      <w:proofErr w:type="spellEnd"/>
      <w:r>
        <w:t xml:space="preserve">: "15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Şehitleri</w:t>
      </w:r>
      <w:proofErr w:type="spellEnd"/>
      <w:r>
        <w:t>" (</w:t>
      </w:r>
      <w:proofErr w:type="spellStart"/>
      <w:r>
        <w:t>Cuma</w:t>
      </w:r>
      <w:proofErr w:type="spellEnd"/>
      <w:r>
        <w:t xml:space="preserve"> YAT)</w:t>
      </w:r>
    </w:p>
    <w:p w14:paraId="23538954" w14:textId="77777777" w:rsidR="00CA7CD3" w:rsidRDefault="00000000">
      <w:pPr>
        <w:spacing w:after="60"/>
        <w:ind w:left="288"/>
      </w:pPr>
      <w:r>
        <w:t xml:space="preserve">6. </w:t>
      </w:r>
      <w:proofErr w:type="spellStart"/>
      <w:r>
        <w:t>Kur'an</w:t>
      </w:r>
      <w:proofErr w:type="spellEnd"/>
      <w:r>
        <w:t xml:space="preserve">-ı </w:t>
      </w:r>
      <w:proofErr w:type="spellStart"/>
      <w:r>
        <w:t>Kerim</w:t>
      </w:r>
      <w:proofErr w:type="spellEnd"/>
      <w:r>
        <w:t xml:space="preserve"> </w:t>
      </w:r>
      <w:proofErr w:type="spellStart"/>
      <w:r>
        <w:t>Meali</w:t>
      </w:r>
      <w:proofErr w:type="spellEnd"/>
      <w:r>
        <w:t xml:space="preserve"> (Bakara </w:t>
      </w:r>
      <w:proofErr w:type="spellStart"/>
      <w:r>
        <w:t>Suresi</w:t>
      </w:r>
      <w:proofErr w:type="spellEnd"/>
      <w:r>
        <w:t xml:space="preserve"> 154. </w:t>
      </w:r>
      <w:proofErr w:type="spellStart"/>
      <w:r>
        <w:t>Ayet</w:t>
      </w:r>
      <w:proofErr w:type="spellEnd"/>
      <w:r>
        <w:t xml:space="preserve">)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Şehitlerin</w:t>
      </w:r>
      <w:proofErr w:type="spellEnd"/>
      <w:r>
        <w:t xml:space="preserve"> </w:t>
      </w:r>
      <w:proofErr w:type="spellStart"/>
      <w:r>
        <w:t>Anılması</w:t>
      </w:r>
      <w:proofErr w:type="spellEnd"/>
    </w:p>
    <w:p w14:paraId="56C82000" w14:textId="77777777" w:rsidR="00CA7CD3" w:rsidRDefault="00000000">
      <w:pPr>
        <w:spacing w:after="60"/>
        <w:ind w:left="288"/>
      </w:pPr>
      <w:r>
        <w:t xml:space="preserve">7. 15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Şehitlerimizin</w:t>
      </w:r>
      <w:proofErr w:type="spellEnd"/>
      <w:r>
        <w:t xml:space="preserve"> </w:t>
      </w:r>
      <w:proofErr w:type="spellStart"/>
      <w:r>
        <w:t>Kahramanlık</w:t>
      </w:r>
      <w:proofErr w:type="spellEnd"/>
      <w:r>
        <w:t xml:space="preserve"> </w:t>
      </w:r>
      <w:proofErr w:type="spellStart"/>
      <w:r>
        <w:t>Hikâyeleri</w:t>
      </w:r>
      <w:proofErr w:type="spellEnd"/>
      <w:r>
        <w:t xml:space="preserve"> (Ömer </w:t>
      </w:r>
      <w:proofErr w:type="spellStart"/>
      <w:r>
        <w:t>Halisdemir</w:t>
      </w:r>
      <w:proofErr w:type="spellEnd"/>
      <w:r>
        <w:t xml:space="preserve">, Erol </w:t>
      </w:r>
      <w:proofErr w:type="spellStart"/>
      <w:r>
        <w:t>Olçok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251 </w:t>
      </w:r>
      <w:proofErr w:type="spellStart"/>
      <w:r>
        <w:t>Şehit</w:t>
      </w:r>
      <w:proofErr w:type="spellEnd"/>
      <w:r>
        <w:t>)</w:t>
      </w:r>
    </w:p>
    <w:p w14:paraId="56807A96" w14:textId="77777777" w:rsidR="00CA7CD3" w:rsidRDefault="00000000">
      <w:pPr>
        <w:spacing w:after="60"/>
        <w:ind w:left="288"/>
      </w:pPr>
      <w:r>
        <w:t xml:space="preserve">8. </w:t>
      </w:r>
      <w:proofErr w:type="spellStart"/>
      <w:r>
        <w:t>Şiir</w:t>
      </w:r>
      <w:proofErr w:type="spellEnd"/>
      <w:r>
        <w:t>: "</w:t>
      </w:r>
      <w:proofErr w:type="spellStart"/>
      <w:r>
        <w:t>Otuz</w:t>
      </w:r>
      <w:proofErr w:type="spellEnd"/>
      <w:r>
        <w:t xml:space="preserve"> </w:t>
      </w:r>
      <w:proofErr w:type="spellStart"/>
      <w:r>
        <w:t>Kuş</w:t>
      </w:r>
      <w:proofErr w:type="spellEnd"/>
      <w:r>
        <w:t>" (</w:t>
      </w:r>
      <w:proofErr w:type="spellStart"/>
      <w:r>
        <w:t>Şehit</w:t>
      </w:r>
      <w:proofErr w:type="spellEnd"/>
      <w:r>
        <w:t xml:space="preserve"> Ömer </w:t>
      </w:r>
      <w:proofErr w:type="spellStart"/>
      <w:r>
        <w:t>Halisdemir</w:t>
      </w:r>
      <w:proofErr w:type="spellEnd"/>
      <w:r>
        <w:t xml:space="preserve"> </w:t>
      </w:r>
      <w:proofErr w:type="spellStart"/>
      <w:r>
        <w:t>Anısına</w:t>
      </w:r>
      <w:proofErr w:type="spellEnd"/>
      <w:r>
        <w:t>)</w:t>
      </w:r>
    </w:p>
    <w:p w14:paraId="19EBBD7D" w14:textId="77777777" w:rsidR="00CA7CD3" w:rsidRDefault="00000000">
      <w:pPr>
        <w:spacing w:after="60"/>
        <w:ind w:left="288"/>
      </w:pPr>
      <w:r>
        <w:t xml:space="preserve">9. 15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Oratoryosu</w:t>
      </w:r>
      <w:proofErr w:type="spellEnd"/>
      <w:r>
        <w:t>: "</w:t>
      </w:r>
      <w:proofErr w:type="spellStart"/>
      <w:r>
        <w:t>Milletin</w:t>
      </w:r>
      <w:proofErr w:type="spellEnd"/>
      <w:r>
        <w:t xml:space="preserve"> </w:t>
      </w:r>
      <w:proofErr w:type="spellStart"/>
      <w:r>
        <w:t>Zaferi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Diriliş</w:t>
      </w:r>
      <w:proofErr w:type="spellEnd"/>
      <w:r>
        <w:t xml:space="preserve"> </w:t>
      </w:r>
      <w:proofErr w:type="spellStart"/>
      <w:r>
        <w:t>Destanı</w:t>
      </w:r>
      <w:proofErr w:type="spellEnd"/>
      <w:r>
        <w:t>"</w:t>
      </w:r>
    </w:p>
    <w:p w14:paraId="03D11498" w14:textId="77777777" w:rsidR="00CA7CD3" w:rsidRDefault="00000000">
      <w:pPr>
        <w:spacing w:after="60"/>
        <w:ind w:left="288"/>
      </w:pPr>
      <w:r>
        <w:t xml:space="preserve">10. </w:t>
      </w:r>
      <w:proofErr w:type="spellStart"/>
      <w:r>
        <w:t>Şiir</w:t>
      </w:r>
      <w:proofErr w:type="spellEnd"/>
      <w:r>
        <w:t xml:space="preserve">: "15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Marşı</w:t>
      </w:r>
      <w:proofErr w:type="spellEnd"/>
      <w:r>
        <w:t>" (</w:t>
      </w:r>
      <w:proofErr w:type="spellStart"/>
      <w:r>
        <w:t>Nurullah</w:t>
      </w:r>
      <w:proofErr w:type="spellEnd"/>
      <w:r>
        <w:t xml:space="preserve"> GENÇ)</w:t>
      </w:r>
    </w:p>
    <w:p w14:paraId="070FB6D5" w14:textId="77777777" w:rsidR="00CA7CD3" w:rsidRDefault="00000000">
      <w:pPr>
        <w:spacing w:after="60"/>
        <w:ind w:left="288"/>
      </w:pPr>
      <w:r>
        <w:t xml:space="preserve">11. Vatan, </w:t>
      </w:r>
      <w:proofErr w:type="spellStart"/>
      <w:r>
        <w:t>Bayrak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Şehadet</w:t>
      </w:r>
      <w:proofErr w:type="spellEnd"/>
      <w:r>
        <w:t xml:space="preserve"> </w:t>
      </w:r>
      <w:proofErr w:type="spellStart"/>
      <w:r>
        <w:t>Üzerine</w:t>
      </w:r>
      <w:proofErr w:type="spellEnd"/>
      <w:r>
        <w:t xml:space="preserve"> </w:t>
      </w:r>
      <w:proofErr w:type="spellStart"/>
      <w:r>
        <w:t>Özlü</w:t>
      </w:r>
      <w:proofErr w:type="spellEnd"/>
      <w:r>
        <w:t xml:space="preserve"> </w:t>
      </w:r>
      <w:proofErr w:type="spellStart"/>
      <w:r>
        <w:t>Sözler</w:t>
      </w:r>
      <w:proofErr w:type="spellEnd"/>
    </w:p>
    <w:p w14:paraId="00E5B1EB" w14:textId="77777777" w:rsidR="00CA7CD3" w:rsidRDefault="00000000">
      <w:pPr>
        <w:spacing w:after="60"/>
        <w:ind w:left="288"/>
      </w:pPr>
      <w:r>
        <w:t xml:space="preserve">12. </w:t>
      </w:r>
      <w:proofErr w:type="spellStart"/>
      <w:r>
        <w:t>Şiir</w:t>
      </w:r>
      <w:proofErr w:type="spellEnd"/>
      <w:r>
        <w:t>: "</w:t>
      </w:r>
      <w:proofErr w:type="spellStart"/>
      <w:r>
        <w:t>Davet</w:t>
      </w:r>
      <w:proofErr w:type="spellEnd"/>
      <w:r>
        <w:t>" (</w:t>
      </w:r>
      <w:proofErr w:type="spellStart"/>
      <w:r>
        <w:t>Nazım</w:t>
      </w:r>
      <w:proofErr w:type="spellEnd"/>
      <w:r>
        <w:t xml:space="preserve"> HİKMET)</w:t>
      </w:r>
    </w:p>
    <w:p w14:paraId="06E7421E" w14:textId="77777777" w:rsidR="00CA7CD3" w:rsidRDefault="00000000">
      <w:pPr>
        <w:spacing w:after="60"/>
        <w:ind w:left="288"/>
      </w:pPr>
      <w:r>
        <w:t xml:space="preserve">13. MEB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Belgeselinin</w:t>
      </w:r>
      <w:proofErr w:type="spellEnd"/>
      <w:r>
        <w:t xml:space="preserve"> </w:t>
      </w:r>
      <w:proofErr w:type="spellStart"/>
      <w:r>
        <w:t>İzlenmesi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Kapanış</w:t>
      </w:r>
      <w:proofErr w:type="spellEnd"/>
    </w:p>
    <w:p w14:paraId="70E01FC9" w14:textId="77777777" w:rsidR="00CA7CD3" w:rsidRDefault="00CA7CD3">
      <w:pPr>
        <w:spacing w:after="3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608"/>
      </w:tblGrid>
      <w:tr w:rsidR="00CA7CD3" w14:paraId="357E6590" w14:textId="77777777">
        <w:trPr>
          <w:jc w:val="center"/>
        </w:trPr>
        <w:tc>
          <w:tcPr>
            <w:tcW w:w="4608" w:type="dxa"/>
          </w:tcPr>
          <w:p w14:paraId="613051C6" w14:textId="77777777" w:rsidR="00CA7CD3" w:rsidRDefault="00000000">
            <w:pPr>
              <w:jc w:val="center"/>
            </w:pPr>
            <w:r>
              <w:rPr>
                <w:b/>
              </w:rPr>
              <w:t>... / ... / 20...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  <w:t>...................................................</w:t>
            </w:r>
            <w:r>
              <w:rPr>
                <w:b/>
              </w:rPr>
              <w:br/>
            </w:r>
            <w:proofErr w:type="spellStart"/>
            <w:r>
              <w:t>Türkçe</w:t>
            </w:r>
            <w:proofErr w:type="spellEnd"/>
            <w:r>
              <w:t xml:space="preserve"> </w:t>
            </w:r>
            <w:proofErr w:type="spellStart"/>
            <w:r>
              <w:t>Öğretmeni</w:t>
            </w:r>
            <w:proofErr w:type="spellEnd"/>
          </w:p>
        </w:tc>
        <w:tc>
          <w:tcPr>
            <w:tcW w:w="4608" w:type="dxa"/>
          </w:tcPr>
          <w:p w14:paraId="15BE02CE" w14:textId="77777777" w:rsidR="00CA7CD3" w:rsidRDefault="00000000">
            <w:pPr>
              <w:jc w:val="center"/>
            </w:pPr>
            <w:r>
              <w:rPr>
                <w:b/>
              </w:rPr>
              <w:t>... / ... / 20...</w:t>
            </w:r>
            <w:r>
              <w:rPr>
                <w:b/>
              </w:rPr>
              <w:br/>
              <w:t>UYGUNDUR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  <w:t>...................................................</w:t>
            </w:r>
            <w:r>
              <w:rPr>
                <w:b/>
              </w:rPr>
              <w:br/>
            </w:r>
            <w:proofErr w:type="spellStart"/>
            <w:r>
              <w:t>Okul</w:t>
            </w:r>
            <w:proofErr w:type="spellEnd"/>
            <w:r>
              <w:t xml:space="preserve"> </w:t>
            </w:r>
            <w:proofErr w:type="spellStart"/>
            <w:r>
              <w:t>Müdürü</w:t>
            </w:r>
            <w:proofErr w:type="spellEnd"/>
          </w:p>
        </w:tc>
      </w:tr>
    </w:tbl>
    <w:p w14:paraId="4D0B1F27" w14:textId="77777777" w:rsidR="00CA7CD3" w:rsidRDefault="00000000">
      <w:r>
        <w:br w:type="page"/>
      </w:r>
    </w:p>
    <w:p w14:paraId="3EB6ECD7" w14:textId="77777777" w:rsidR="00CA7CD3" w:rsidRDefault="00000000">
      <w:pPr>
        <w:pStyle w:val="Balk1"/>
        <w:spacing w:after="320"/>
        <w:jc w:val="center"/>
      </w:pPr>
      <w:r>
        <w:lastRenderedPageBreak/>
        <w:t>15 TEMMUZ DEMOKRASİ VE MİLLÎ BİRLİK GÜNÜ</w:t>
      </w:r>
      <w:r>
        <w:br/>
        <w:t>PROGRAM SUNUCU METNİ (1. BÖLÜM)</w:t>
      </w:r>
    </w:p>
    <w:p w14:paraId="0AA8CD80" w14:textId="77777777" w:rsidR="00CA7CD3" w:rsidRDefault="00000000">
      <w:r>
        <w:rPr>
          <w:b/>
        </w:rPr>
        <w:t>1- AÇILIŞ VE SAYGI DURUŞU / İSTİKLÂL MARŞI ÇAĞRISI</w:t>
      </w:r>
      <w:r>
        <w:rPr>
          <w:b/>
        </w:rPr>
        <w:br/>
      </w:r>
      <w:proofErr w:type="spellStart"/>
      <w:r>
        <w:t>Sayın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Müdürüm</w:t>
      </w:r>
      <w:proofErr w:type="spellEnd"/>
      <w:r>
        <w:t xml:space="preserve">, </w:t>
      </w:r>
      <w:proofErr w:type="spellStart"/>
      <w:r>
        <w:t>Değerli</w:t>
      </w:r>
      <w:proofErr w:type="spellEnd"/>
      <w:r>
        <w:t xml:space="preserve"> </w:t>
      </w:r>
      <w:proofErr w:type="spellStart"/>
      <w:r>
        <w:t>Öğretmenlerim</w:t>
      </w:r>
      <w:proofErr w:type="spellEnd"/>
      <w:r>
        <w:t xml:space="preserve">, </w:t>
      </w:r>
      <w:proofErr w:type="spellStart"/>
      <w:r>
        <w:t>Kıymetli</w:t>
      </w:r>
      <w:proofErr w:type="spellEnd"/>
      <w:r>
        <w:t xml:space="preserve"> </w:t>
      </w:r>
      <w:proofErr w:type="spellStart"/>
      <w:r>
        <w:t>Veliler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Sevgili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Arkadaşlarım</w:t>
      </w:r>
      <w:proofErr w:type="spellEnd"/>
      <w:r>
        <w:t>,</w:t>
      </w:r>
      <w:r>
        <w:br/>
      </w:r>
      <w:r>
        <w:br/>
      </w:r>
      <w:proofErr w:type="spellStart"/>
      <w:r>
        <w:t>Tarih</w:t>
      </w:r>
      <w:proofErr w:type="spellEnd"/>
      <w:r>
        <w:t xml:space="preserve"> </w:t>
      </w:r>
      <w:proofErr w:type="spellStart"/>
      <w:r>
        <w:t>boyunca</w:t>
      </w:r>
      <w:proofErr w:type="spellEnd"/>
      <w:r>
        <w:t xml:space="preserve"> </w:t>
      </w:r>
      <w:proofErr w:type="spellStart"/>
      <w:r>
        <w:t>hürriyetinden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bağımsızlığından</w:t>
      </w:r>
      <w:proofErr w:type="spellEnd"/>
      <w:r>
        <w:t xml:space="preserve"> </w:t>
      </w:r>
      <w:proofErr w:type="spellStart"/>
      <w:r>
        <w:t>asla</w:t>
      </w:r>
      <w:proofErr w:type="spellEnd"/>
      <w:r>
        <w:t xml:space="preserve"> </w:t>
      </w:r>
      <w:proofErr w:type="spellStart"/>
      <w:r>
        <w:t>taviz</w:t>
      </w:r>
      <w:proofErr w:type="spellEnd"/>
      <w:r>
        <w:t xml:space="preserve"> </w:t>
      </w:r>
      <w:proofErr w:type="spellStart"/>
      <w:r>
        <w:t>vermemiş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yüce</w:t>
      </w:r>
      <w:proofErr w:type="spellEnd"/>
      <w:r>
        <w:t xml:space="preserve"> </w:t>
      </w:r>
      <w:proofErr w:type="spellStart"/>
      <w:r>
        <w:t>milletimizin</w:t>
      </w:r>
      <w:proofErr w:type="spellEnd"/>
      <w:r>
        <w:t xml:space="preserve">; </w:t>
      </w:r>
      <w:proofErr w:type="spellStart"/>
      <w:r>
        <w:t>tanklara</w:t>
      </w:r>
      <w:proofErr w:type="spellEnd"/>
      <w:r>
        <w:t xml:space="preserve">, </w:t>
      </w:r>
      <w:proofErr w:type="spellStart"/>
      <w:r>
        <w:t>savaş</w:t>
      </w:r>
      <w:proofErr w:type="spellEnd"/>
      <w:r>
        <w:t xml:space="preserve"> </w:t>
      </w:r>
      <w:proofErr w:type="spellStart"/>
      <w:r>
        <w:t>uçaklarına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hain</w:t>
      </w:r>
      <w:proofErr w:type="spellEnd"/>
      <w:r>
        <w:t xml:space="preserve"> </w:t>
      </w:r>
      <w:proofErr w:type="spellStart"/>
      <w:r>
        <w:t>kurşunlara</w:t>
      </w:r>
      <w:proofErr w:type="spellEnd"/>
      <w:r>
        <w:t xml:space="preserve"> </w:t>
      </w:r>
      <w:proofErr w:type="spellStart"/>
      <w:r>
        <w:t>karşı</w:t>
      </w:r>
      <w:proofErr w:type="spellEnd"/>
      <w:r>
        <w:t xml:space="preserve"> </w:t>
      </w:r>
      <w:proofErr w:type="spellStart"/>
      <w:r>
        <w:t>göğsünü</w:t>
      </w:r>
      <w:proofErr w:type="spellEnd"/>
      <w:r>
        <w:t xml:space="preserve"> </w:t>
      </w:r>
      <w:proofErr w:type="spellStart"/>
      <w:r>
        <w:t>siper</w:t>
      </w:r>
      <w:proofErr w:type="spellEnd"/>
      <w:r>
        <w:t xml:space="preserve"> </w:t>
      </w:r>
      <w:proofErr w:type="spellStart"/>
      <w:r>
        <w:t>ederek</w:t>
      </w:r>
      <w:proofErr w:type="spellEnd"/>
      <w:r>
        <w:t xml:space="preserve"> </w:t>
      </w:r>
      <w:proofErr w:type="spellStart"/>
      <w:r>
        <w:t>yazdığı</w:t>
      </w:r>
      <w:proofErr w:type="spellEnd"/>
      <w:r>
        <w:t xml:space="preserve"> o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kahramanlık</w:t>
      </w:r>
      <w:proofErr w:type="spellEnd"/>
      <w:r>
        <w:t xml:space="preserve"> </w:t>
      </w:r>
      <w:proofErr w:type="spellStart"/>
      <w:r>
        <w:t>destanını</w:t>
      </w:r>
      <w:proofErr w:type="spellEnd"/>
      <w:r>
        <w:t xml:space="preserve"> </w:t>
      </w:r>
      <w:proofErr w:type="spellStart"/>
      <w:r>
        <w:t>yâd</w:t>
      </w:r>
      <w:proofErr w:type="spellEnd"/>
      <w:r>
        <w:t xml:space="preserve"> </w:t>
      </w:r>
      <w:proofErr w:type="spellStart"/>
      <w:r>
        <w:t>etmek</w:t>
      </w:r>
      <w:proofErr w:type="spellEnd"/>
      <w:r>
        <w:t xml:space="preserve">, </w:t>
      </w:r>
      <w:proofErr w:type="spellStart"/>
      <w:r>
        <w:t>şehitlerimizi</w:t>
      </w:r>
      <w:proofErr w:type="spellEnd"/>
      <w:r>
        <w:t xml:space="preserve"> </w:t>
      </w:r>
      <w:proofErr w:type="spellStart"/>
      <w:r>
        <w:t>anmak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hazırladığımız</w:t>
      </w:r>
      <w:proofErr w:type="spellEnd"/>
      <w:r>
        <w:t xml:space="preserve">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Birlik</w:t>
      </w:r>
      <w:proofErr w:type="spellEnd"/>
      <w:r>
        <w:t xml:space="preserve"> </w:t>
      </w:r>
      <w:proofErr w:type="spellStart"/>
      <w:r>
        <w:t>Günü</w:t>
      </w:r>
      <w:proofErr w:type="spellEnd"/>
      <w:r>
        <w:t xml:space="preserve"> </w:t>
      </w:r>
      <w:proofErr w:type="spellStart"/>
      <w:r>
        <w:t>anma</w:t>
      </w:r>
      <w:proofErr w:type="spellEnd"/>
      <w:r>
        <w:t xml:space="preserve"> </w:t>
      </w:r>
      <w:proofErr w:type="spellStart"/>
      <w:r>
        <w:t>programına</w:t>
      </w:r>
      <w:proofErr w:type="spellEnd"/>
      <w:r>
        <w:t xml:space="preserve"> </w:t>
      </w:r>
      <w:proofErr w:type="spellStart"/>
      <w:r>
        <w:t>hoş</w:t>
      </w:r>
      <w:proofErr w:type="spellEnd"/>
      <w:r>
        <w:t xml:space="preserve"> </w:t>
      </w:r>
      <w:proofErr w:type="spellStart"/>
      <w:r>
        <w:t>geldiniz</w:t>
      </w:r>
      <w:proofErr w:type="spellEnd"/>
      <w:r>
        <w:t>.</w:t>
      </w:r>
      <w:r>
        <w:br/>
      </w:r>
      <w:r>
        <w:br/>
      </w:r>
      <w:proofErr w:type="spellStart"/>
      <w:r>
        <w:t>Sizleri</w:t>
      </w:r>
      <w:proofErr w:type="spellEnd"/>
      <w:r>
        <w:t xml:space="preserve">; </w:t>
      </w:r>
      <w:proofErr w:type="spellStart"/>
      <w:r>
        <w:t>başta</w:t>
      </w:r>
      <w:proofErr w:type="spellEnd"/>
      <w:r>
        <w:t xml:space="preserve"> </w:t>
      </w:r>
      <w:proofErr w:type="spellStart"/>
      <w:r>
        <w:t>Cumhuriyetimizin</w:t>
      </w:r>
      <w:proofErr w:type="spellEnd"/>
      <w:r>
        <w:t xml:space="preserve"> </w:t>
      </w:r>
      <w:proofErr w:type="spellStart"/>
      <w:r>
        <w:t>kurucusu</w:t>
      </w:r>
      <w:proofErr w:type="spellEnd"/>
      <w:r>
        <w:t xml:space="preserve"> Gazi Mustafa Kemal Atatürk </w:t>
      </w:r>
      <w:proofErr w:type="spellStart"/>
      <w:r>
        <w:t>ve</w:t>
      </w:r>
      <w:proofErr w:type="spellEnd"/>
      <w:r>
        <w:t xml:space="preserve"> </w:t>
      </w:r>
      <w:proofErr w:type="spellStart"/>
      <w:r>
        <w:t>silah</w:t>
      </w:r>
      <w:proofErr w:type="spellEnd"/>
      <w:r>
        <w:t xml:space="preserve"> </w:t>
      </w:r>
      <w:proofErr w:type="spellStart"/>
      <w:r>
        <w:t>arkadaşları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,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gecesi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müdafaasında</w:t>
      </w:r>
      <w:proofErr w:type="spellEnd"/>
      <w:r>
        <w:t xml:space="preserve"> </w:t>
      </w:r>
      <w:proofErr w:type="spellStart"/>
      <w:r>
        <w:t>gözünü</w:t>
      </w:r>
      <w:proofErr w:type="spellEnd"/>
      <w:r>
        <w:t xml:space="preserve"> </w:t>
      </w:r>
      <w:proofErr w:type="spellStart"/>
      <w:r>
        <w:t>kırpmadan</w:t>
      </w:r>
      <w:proofErr w:type="spellEnd"/>
      <w:r>
        <w:t xml:space="preserve"> </w:t>
      </w:r>
      <w:proofErr w:type="spellStart"/>
      <w:r>
        <w:t>şehadete</w:t>
      </w:r>
      <w:proofErr w:type="spellEnd"/>
      <w:r>
        <w:t xml:space="preserve"> </w:t>
      </w:r>
      <w:proofErr w:type="spellStart"/>
      <w:r>
        <w:t>yürüyen</w:t>
      </w:r>
      <w:proofErr w:type="spellEnd"/>
      <w:r>
        <w:t xml:space="preserve"> </w:t>
      </w:r>
      <w:proofErr w:type="spellStart"/>
      <w:r>
        <w:t>aziz</w:t>
      </w:r>
      <w:proofErr w:type="spellEnd"/>
      <w:r>
        <w:t xml:space="preserve"> </w:t>
      </w:r>
      <w:proofErr w:type="spellStart"/>
      <w:r>
        <w:t>şehitlerimiz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ebediyete</w:t>
      </w:r>
      <w:proofErr w:type="spellEnd"/>
      <w:r>
        <w:t xml:space="preserve"> </w:t>
      </w:r>
      <w:proofErr w:type="spellStart"/>
      <w:r>
        <w:t>irtihal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 </w:t>
      </w:r>
      <w:proofErr w:type="spellStart"/>
      <w:r>
        <w:t>kahraman</w:t>
      </w:r>
      <w:proofErr w:type="spellEnd"/>
      <w:r>
        <w:t xml:space="preserve"> </w:t>
      </w:r>
      <w:proofErr w:type="spellStart"/>
      <w:r>
        <w:t>gazilerimizin</w:t>
      </w:r>
      <w:proofErr w:type="spellEnd"/>
      <w:r>
        <w:t xml:space="preserve"> </w:t>
      </w:r>
      <w:proofErr w:type="spellStart"/>
      <w:r>
        <w:t>manevi</w:t>
      </w:r>
      <w:proofErr w:type="spellEnd"/>
      <w:r>
        <w:t xml:space="preserve"> </w:t>
      </w:r>
      <w:proofErr w:type="spellStart"/>
      <w:r>
        <w:t>huzurunda</w:t>
      </w:r>
      <w:proofErr w:type="spellEnd"/>
      <w:r>
        <w:t xml:space="preserve"> bir </w:t>
      </w:r>
      <w:proofErr w:type="spellStart"/>
      <w:r>
        <w:t>dakikalık</w:t>
      </w:r>
      <w:proofErr w:type="spellEnd"/>
      <w:r>
        <w:t xml:space="preserve"> </w:t>
      </w:r>
      <w:proofErr w:type="spellStart"/>
      <w:r>
        <w:t>saygı</w:t>
      </w:r>
      <w:proofErr w:type="spellEnd"/>
      <w:r>
        <w:t xml:space="preserve"> </w:t>
      </w:r>
      <w:proofErr w:type="spellStart"/>
      <w:r>
        <w:t>duruşuna</w:t>
      </w:r>
      <w:proofErr w:type="spellEnd"/>
      <w:r>
        <w:t xml:space="preserve">, </w:t>
      </w:r>
      <w:proofErr w:type="spellStart"/>
      <w:r>
        <w:t>ardından</w:t>
      </w:r>
      <w:proofErr w:type="spellEnd"/>
      <w:r>
        <w:t xml:space="preserve"> </w:t>
      </w:r>
      <w:proofErr w:type="spellStart"/>
      <w:r>
        <w:t>İstiklâl</w:t>
      </w:r>
      <w:proofErr w:type="spellEnd"/>
      <w:r>
        <w:t xml:space="preserve"> </w:t>
      </w:r>
      <w:proofErr w:type="spellStart"/>
      <w:r>
        <w:t>Marşı’mızı</w:t>
      </w:r>
      <w:proofErr w:type="spellEnd"/>
      <w:r>
        <w:t xml:space="preserve"> </w:t>
      </w:r>
      <w:proofErr w:type="spellStart"/>
      <w:r>
        <w:t>gür</w:t>
      </w:r>
      <w:proofErr w:type="spellEnd"/>
      <w:r>
        <w:t xml:space="preserve"> bir </w:t>
      </w:r>
      <w:proofErr w:type="spellStart"/>
      <w:r>
        <w:t>sesle</w:t>
      </w:r>
      <w:proofErr w:type="spellEnd"/>
      <w:r>
        <w:t xml:space="preserve"> </w:t>
      </w:r>
      <w:proofErr w:type="spellStart"/>
      <w:r>
        <w:t>okumaya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  <w:r>
        <w:br/>
      </w:r>
      <w:r>
        <w:br/>
      </w:r>
      <w:proofErr w:type="spellStart"/>
      <w:r>
        <w:t>Dikkat</w:t>
      </w:r>
      <w:proofErr w:type="spellEnd"/>
      <w:r>
        <w:t>!</w:t>
      </w:r>
    </w:p>
    <w:p w14:paraId="08E04F5E" w14:textId="77777777" w:rsidR="00CA7CD3" w:rsidRDefault="00000000">
      <w:pPr>
        <w:ind w:left="576"/>
      </w:pPr>
      <w:r>
        <w:rPr>
          <w:b/>
        </w:rPr>
        <w:t xml:space="preserve">Hüseyin Nihal ATSIZ </w:t>
      </w:r>
      <w:proofErr w:type="spellStart"/>
      <w:r>
        <w:rPr>
          <w:b/>
        </w:rPr>
        <w:t>diyor</w:t>
      </w:r>
      <w:proofErr w:type="spellEnd"/>
      <w:r>
        <w:rPr>
          <w:b/>
        </w:rPr>
        <w:t xml:space="preserve"> ki:</w:t>
      </w:r>
      <w:r>
        <w:rPr>
          <w:b/>
        </w:rPr>
        <w:br/>
      </w:r>
      <w:r>
        <w:rPr>
          <w:i/>
        </w:rPr>
        <w:t>“</w:t>
      </w:r>
      <w:proofErr w:type="spellStart"/>
      <w:r>
        <w:rPr>
          <w:i/>
        </w:rPr>
        <w:t>Sızlasa</w:t>
      </w:r>
      <w:proofErr w:type="spellEnd"/>
      <w:r>
        <w:rPr>
          <w:i/>
        </w:rPr>
        <w:t xml:space="preserve"> da </w:t>
      </w:r>
      <w:proofErr w:type="spellStart"/>
      <w:r>
        <w:rPr>
          <w:i/>
        </w:rPr>
        <w:t>gönüller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düşenlerin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yasından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Koşar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adım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gitmeli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onların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arkasından</w:t>
      </w:r>
      <w:proofErr w:type="spellEnd"/>
      <w:r>
        <w:rPr>
          <w:i/>
        </w:rPr>
        <w:t>.</w:t>
      </w:r>
      <w:r>
        <w:rPr>
          <w:i/>
        </w:rPr>
        <w:br/>
      </w:r>
      <w:proofErr w:type="spellStart"/>
      <w:r>
        <w:rPr>
          <w:i/>
        </w:rPr>
        <w:t>Kahramanlık</w:t>
      </w:r>
      <w:proofErr w:type="spellEnd"/>
      <w:r>
        <w:rPr>
          <w:i/>
        </w:rPr>
        <w:t xml:space="preserve">; </w:t>
      </w:r>
      <w:proofErr w:type="spellStart"/>
      <w:r>
        <w:rPr>
          <w:i/>
        </w:rPr>
        <w:t>içerek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acı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ölüm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tasından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İleriye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atılmak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sonra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dönmemektir</w:t>
      </w:r>
      <w:proofErr w:type="spellEnd"/>
      <w:r>
        <w:rPr>
          <w:i/>
        </w:rPr>
        <w:t>.”</w:t>
      </w:r>
    </w:p>
    <w:p w14:paraId="20516E8A" w14:textId="77777777" w:rsidR="00CA7CD3" w:rsidRDefault="00000000">
      <w:r>
        <w:rPr>
          <w:b/>
        </w:rPr>
        <w:t>2- GÜNÜN ANLAM VE ÖNEMİ KONUŞMASI TAKDİMİ</w:t>
      </w:r>
      <w:r>
        <w:rPr>
          <w:b/>
        </w:rPr>
        <w:br/>
      </w:r>
      <w:r>
        <w:t xml:space="preserve">O </w:t>
      </w:r>
      <w:proofErr w:type="spellStart"/>
      <w:r>
        <w:t>karanlık</w:t>
      </w:r>
      <w:proofErr w:type="spellEnd"/>
      <w:r>
        <w:t xml:space="preserve"> </w:t>
      </w:r>
      <w:proofErr w:type="spellStart"/>
      <w:r>
        <w:t>geceyi</w:t>
      </w:r>
      <w:proofErr w:type="spellEnd"/>
      <w:r>
        <w:t xml:space="preserve"> </w:t>
      </w:r>
      <w:proofErr w:type="spellStart"/>
      <w:r>
        <w:t>sarsılmaz</w:t>
      </w:r>
      <w:proofErr w:type="spellEnd"/>
      <w:r>
        <w:t xml:space="preserve"> </w:t>
      </w:r>
      <w:proofErr w:type="spellStart"/>
      <w:r>
        <w:t>imanı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fedakârlığıyla</w:t>
      </w:r>
      <w:proofErr w:type="spellEnd"/>
      <w:r>
        <w:t xml:space="preserve"> </w:t>
      </w:r>
      <w:proofErr w:type="spellStart"/>
      <w:r>
        <w:t>aydınlığa</w:t>
      </w:r>
      <w:proofErr w:type="spellEnd"/>
      <w:r>
        <w:t xml:space="preserve"> </w:t>
      </w:r>
      <w:proofErr w:type="spellStart"/>
      <w:r>
        <w:t>kavuşturan</w:t>
      </w:r>
      <w:proofErr w:type="spellEnd"/>
      <w:r>
        <w:t xml:space="preserve"> </w:t>
      </w:r>
      <w:proofErr w:type="spellStart"/>
      <w:r>
        <w:t>milletimizin</w:t>
      </w:r>
      <w:proofErr w:type="spellEnd"/>
      <w:r>
        <w:t xml:space="preserve"> </w:t>
      </w:r>
      <w:proofErr w:type="spellStart"/>
      <w:r>
        <w:t>diriliş</w:t>
      </w:r>
      <w:proofErr w:type="spellEnd"/>
      <w:r>
        <w:t xml:space="preserve"> </w:t>
      </w:r>
      <w:proofErr w:type="spellStart"/>
      <w:r>
        <w:t>ruhunu</w:t>
      </w:r>
      <w:proofErr w:type="spellEnd"/>
      <w:r>
        <w:t xml:space="preserve"> </w:t>
      </w:r>
      <w:proofErr w:type="spellStart"/>
      <w:r>
        <w:t>anlamak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; </w:t>
      </w:r>
      <w:proofErr w:type="spellStart"/>
      <w:r>
        <w:t>günün</w:t>
      </w:r>
      <w:proofErr w:type="spellEnd"/>
      <w:r>
        <w:t xml:space="preserve"> </w:t>
      </w:r>
      <w:proofErr w:type="spellStart"/>
      <w:r>
        <w:t>anlam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önemini</w:t>
      </w:r>
      <w:proofErr w:type="spellEnd"/>
      <w:r>
        <w:t xml:space="preserve"> </w:t>
      </w:r>
      <w:proofErr w:type="spellStart"/>
      <w:r>
        <w:t>belirten</w:t>
      </w:r>
      <w:proofErr w:type="spellEnd"/>
      <w:r>
        <w:t xml:space="preserve"> </w:t>
      </w:r>
      <w:proofErr w:type="spellStart"/>
      <w:r>
        <w:t>konuşmasını</w:t>
      </w:r>
      <w:proofErr w:type="spellEnd"/>
      <w:r>
        <w:t xml:space="preserve"> </w:t>
      </w:r>
      <w:proofErr w:type="spellStart"/>
      <w:r>
        <w:t>yapmak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Sayın</w:t>
      </w:r>
      <w:proofErr w:type="spellEnd"/>
      <w:r>
        <w:t xml:space="preserve"> ............................................................................’ı </w:t>
      </w:r>
      <w:proofErr w:type="spellStart"/>
      <w:r>
        <w:t>kürsüye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6F0A701C" w14:textId="77777777" w:rsidR="00CA7CD3" w:rsidRDefault="00000000">
      <w:r>
        <w:rPr>
          <w:b/>
        </w:rPr>
        <w:t>3- ŞİİR TAKDİMİ ("BU VATAN BİZİM")</w:t>
      </w:r>
      <w:r>
        <w:rPr>
          <w:b/>
        </w:rPr>
        <w:br/>
      </w:r>
      <w:proofErr w:type="spellStart"/>
      <w:r>
        <w:rPr>
          <w:i/>
        </w:rPr>
        <w:t>Karanlık</w:t>
      </w:r>
      <w:proofErr w:type="spellEnd"/>
      <w:r>
        <w:rPr>
          <w:i/>
        </w:rPr>
        <w:t xml:space="preserve"> bir </w:t>
      </w:r>
      <w:proofErr w:type="spellStart"/>
      <w:r>
        <w:rPr>
          <w:i/>
        </w:rPr>
        <w:t>gece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kanlı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derin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Ateşle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boyandı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yüzü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göklerin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Şehitler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bağrına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uzandı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yerin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Zamanın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nabzında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atan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bizimdir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İhânet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onların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vatan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bizimdir</w:t>
      </w:r>
      <w:proofErr w:type="spellEnd"/>
      <w:r>
        <w:rPr>
          <w:i/>
        </w:rPr>
        <w:t>!</w:t>
      </w:r>
      <w:r>
        <w:rPr>
          <w:i/>
        </w:rPr>
        <w:br/>
      </w:r>
      <w:r>
        <w:rPr>
          <w:i/>
        </w:rPr>
        <w:br/>
      </w:r>
      <w:proofErr w:type="spellStart"/>
      <w:r>
        <w:t>Dursun</w:t>
      </w:r>
      <w:proofErr w:type="spellEnd"/>
      <w:r>
        <w:t xml:space="preserve"> Ali </w:t>
      </w:r>
      <w:proofErr w:type="spellStart"/>
      <w:r>
        <w:t>Erzincanlı’nın</w:t>
      </w:r>
      <w:proofErr w:type="spellEnd"/>
      <w:r>
        <w:t xml:space="preserve"> "Bu Vatan </w:t>
      </w:r>
      <w:proofErr w:type="spellStart"/>
      <w:r>
        <w:t>Bizim</w:t>
      </w:r>
      <w:proofErr w:type="spellEnd"/>
      <w:r>
        <w:t xml:space="preserve">" </w:t>
      </w:r>
      <w:proofErr w:type="spellStart"/>
      <w:r>
        <w:t>adlı</w:t>
      </w:r>
      <w:proofErr w:type="spellEnd"/>
      <w:r>
        <w:t xml:space="preserve"> </w:t>
      </w:r>
      <w:proofErr w:type="spellStart"/>
      <w:r>
        <w:t>şiirini</w:t>
      </w:r>
      <w:proofErr w:type="spellEnd"/>
      <w:r>
        <w:t xml:space="preserve"> </w:t>
      </w:r>
      <w:proofErr w:type="spellStart"/>
      <w:r>
        <w:t>seslendirmek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okulumuz</w:t>
      </w:r>
      <w:proofErr w:type="spellEnd"/>
      <w:r>
        <w:t xml:space="preserve"> ..... / ..... </w:t>
      </w:r>
      <w:proofErr w:type="spellStart"/>
      <w:r>
        <w:t>sınıfı</w:t>
      </w:r>
      <w:proofErr w:type="spellEnd"/>
      <w:r>
        <w:t xml:space="preserve"> </w:t>
      </w:r>
      <w:proofErr w:type="spellStart"/>
      <w:r>
        <w:t>öğrencilerinden</w:t>
      </w:r>
      <w:proofErr w:type="spellEnd"/>
      <w:r>
        <w:t xml:space="preserve"> ...................................................... </w:t>
      </w:r>
      <w:proofErr w:type="spellStart"/>
      <w:r>
        <w:t>kürsüye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7E7BC30D" w14:textId="77777777" w:rsidR="00CA7CD3" w:rsidRDefault="00000000">
      <w:r>
        <w:rPr>
          <w:b/>
        </w:rPr>
        <w:t>4- ÖĞRENCİ TEMSİLCİSİ KONUŞMASI TAKDİMİ</w:t>
      </w:r>
      <w:r>
        <w:rPr>
          <w:b/>
        </w:rPr>
        <w:br/>
      </w:r>
      <w:proofErr w:type="spellStart"/>
      <w:r>
        <w:t>Gençliğin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iradeye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şehitlerimizin</w:t>
      </w:r>
      <w:proofErr w:type="spellEnd"/>
      <w:r>
        <w:t xml:space="preserve"> </w:t>
      </w:r>
      <w:proofErr w:type="spellStart"/>
      <w:r>
        <w:t>mirasına</w:t>
      </w:r>
      <w:proofErr w:type="spellEnd"/>
      <w:r>
        <w:t xml:space="preserve"> </w:t>
      </w:r>
      <w:proofErr w:type="spellStart"/>
      <w:r>
        <w:t>bakışını</w:t>
      </w:r>
      <w:proofErr w:type="spellEnd"/>
      <w:r>
        <w:t xml:space="preserve"> </w:t>
      </w:r>
      <w:proofErr w:type="spellStart"/>
      <w:r>
        <w:t>aktarmak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,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arkadaşımız</w:t>
      </w:r>
      <w:proofErr w:type="spellEnd"/>
      <w:r>
        <w:t xml:space="preserve"> ...................................................... </w:t>
      </w:r>
      <w:proofErr w:type="spellStart"/>
      <w:r>
        <w:t>konuşmasını</w:t>
      </w:r>
      <w:proofErr w:type="spellEnd"/>
      <w:r>
        <w:t xml:space="preserve"> </w:t>
      </w:r>
      <w:proofErr w:type="spellStart"/>
      <w:r>
        <w:t>yapmak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kürsüye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6CF6C4AD" w14:textId="77777777" w:rsidR="00CA7CD3" w:rsidRDefault="00000000">
      <w:pPr>
        <w:spacing w:after="240"/>
      </w:pPr>
      <w:r>
        <w:rPr>
          <w:b/>
        </w:rPr>
        <w:t>5- ŞİİR TAKDİMİ ("15 TEMMUZ ŞEHİTLERİ")</w:t>
      </w:r>
      <w:r>
        <w:rPr>
          <w:b/>
        </w:rPr>
        <w:br/>
      </w:r>
      <w:proofErr w:type="spellStart"/>
      <w:r>
        <w:t>Cuma</w:t>
      </w:r>
      <w:proofErr w:type="spellEnd"/>
      <w:r>
        <w:t xml:space="preserve"> </w:t>
      </w:r>
      <w:proofErr w:type="spellStart"/>
      <w:r>
        <w:t>Yat’ın</w:t>
      </w:r>
      <w:proofErr w:type="spellEnd"/>
      <w:r>
        <w:t xml:space="preserve"> "15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Şehitleri</w:t>
      </w:r>
      <w:proofErr w:type="spellEnd"/>
      <w:r>
        <w:t xml:space="preserve">" </w:t>
      </w:r>
      <w:proofErr w:type="spellStart"/>
      <w:r>
        <w:t>adlı</w:t>
      </w:r>
      <w:proofErr w:type="spellEnd"/>
      <w:r>
        <w:t xml:space="preserve"> </w:t>
      </w:r>
      <w:proofErr w:type="spellStart"/>
      <w:r>
        <w:t>şiirini</w:t>
      </w:r>
      <w:proofErr w:type="spellEnd"/>
      <w:r>
        <w:t xml:space="preserve"> </w:t>
      </w:r>
      <w:proofErr w:type="spellStart"/>
      <w:r>
        <w:t>okumak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..... / ..... </w:t>
      </w:r>
      <w:proofErr w:type="spellStart"/>
      <w:r>
        <w:t>sınıfı</w:t>
      </w:r>
      <w:proofErr w:type="spellEnd"/>
      <w:r>
        <w:t xml:space="preserve"> </w:t>
      </w:r>
      <w:proofErr w:type="spellStart"/>
      <w:r>
        <w:t>öğrencilerinden</w:t>
      </w:r>
      <w:proofErr w:type="spellEnd"/>
      <w:r>
        <w:t xml:space="preserve"> ...................................................... </w:t>
      </w:r>
      <w:proofErr w:type="spellStart"/>
      <w:r>
        <w:t>kürsüye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5682B0CC" w14:textId="39C41F8A" w:rsidR="00CA7CD3" w:rsidRDefault="00000000">
      <w:r>
        <w:rPr>
          <w:b/>
        </w:rPr>
        <w:lastRenderedPageBreak/>
        <w:t>6- AYET-İ KERİME MEALİ VE ŞEHİTLERİN ANILMASI</w:t>
      </w:r>
      <w:r>
        <w:rPr>
          <w:b/>
        </w:rPr>
        <w:br/>
      </w:r>
      <w:proofErr w:type="spellStart"/>
      <w:r>
        <w:rPr>
          <w:i/>
        </w:rPr>
        <w:t>Müjde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verenleriz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korkutan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değil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Yurda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kardeş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kanı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akıtan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değil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Namluyu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millete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doğrultan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değil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Tankların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altına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yatan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bizimdir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Esâret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onların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vatan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bizimdir</w:t>
      </w:r>
      <w:proofErr w:type="spellEnd"/>
      <w:r>
        <w:rPr>
          <w:i/>
        </w:rPr>
        <w:t>!</w:t>
      </w:r>
      <w:r>
        <w:rPr>
          <w:i/>
        </w:rPr>
        <w:br/>
      </w:r>
      <w:r>
        <w:rPr>
          <w:i/>
        </w:rPr>
        <w:br/>
      </w:r>
      <w:proofErr w:type="spellStart"/>
      <w:r>
        <w:t>Yüce</w:t>
      </w:r>
      <w:proofErr w:type="spellEnd"/>
      <w:r>
        <w:t xml:space="preserve"> </w:t>
      </w:r>
      <w:proofErr w:type="spellStart"/>
      <w:r>
        <w:t>kitabımız</w:t>
      </w:r>
      <w:proofErr w:type="spellEnd"/>
      <w:r>
        <w:t xml:space="preserve"> </w:t>
      </w:r>
      <w:proofErr w:type="spellStart"/>
      <w:r>
        <w:t>Kur'an</w:t>
      </w:r>
      <w:proofErr w:type="spellEnd"/>
      <w:r>
        <w:t xml:space="preserve">-ı </w:t>
      </w:r>
      <w:proofErr w:type="spellStart"/>
      <w:r>
        <w:t>Kerim'de</w:t>
      </w:r>
      <w:proofErr w:type="spellEnd"/>
      <w:r>
        <w:t xml:space="preserve"> Bakara </w:t>
      </w:r>
      <w:proofErr w:type="spellStart"/>
      <w:r>
        <w:t>Suresi</w:t>
      </w:r>
      <w:proofErr w:type="spellEnd"/>
      <w:r>
        <w:t xml:space="preserve"> 154. </w:t>
      </w:r>
      <w:proofErr w:type="spellStart"/>
      <w:r>
        <w:t>ayette</w:t>
      </w:r>
      <w:proofErr w:type="spellEnd"/>
      <w:r>
        <w:t xml:space="preserve"> </w:t>
      </w:r>
      <w:proofErr w:type="spellStart"/>
      <w:r>
        <w:t>mealen</w:t>
      </w:r>
      <w:proofErr w:type="spellEnd"/>
      <w:r>
        <w:t xml:space="preserve"> </w:t>
      </w:r>
      <w:proofErr w:type="spellStart"/>
      <w:r>
        <w:t>şöyle</w:t>
      </w:r>
      <w:proofErr w:type="spellEnd"/>
      <w:r>
        <w:t xml:space="preserve"> </w:t>
      </w:r>
      <w:proofErr w:type="spellStart"/>
      <w:r>
        <w:t>buyrulmaktadır</w:t>
      </w:r>
      <w:proofErr w:type="spellEnd"/>
      <w:r>
        <w:t>:</w:t>
      </w:r>
      <w:r>
        <w:br/>
      </w:r>
      <w:r>
        <w:rPr>
          <w:b/>
        </w:rPr>
        <w:t xml:space="preserve">“Allah </w:t>
      </w:r>
      <w:proofErr w:type="spellStart"/>
      <w:r>
        <w:rPr>
          <w:b/>
        </w:rPr>
        <w:t>yolunda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öldürülenlere</w:t>
      </w:r>
      <w:proofErr w:type="spellEnd"/>
      <w:r>
        <w:rPr>
          <w:b/>
        </w:rPr>
        <w:t xml:space="preserve"> ‘</w:t>
      </w:r>
      <w:proofErr w:type="spellStart"/>
      <w:r>
        <w:rPr>
          <w:b/>
        </w:rPr>
        <w:t>ölüler</w:t>
      </w:r>
      <w:proofErr w:type="spellEnd"/>
      <w:r>
        <w:rPr>
          <w:b/>
        </w:rPr>
        <w:t xml:space="preserve">’ </w:t>
      </w:r>
      <w:proofErr w:type="spellStart"/>
      <w:r>
        <w:rPr>
          <w:b/>
        </w:rPr>
        <w:t>demeyiniz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Bilâkis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onlar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diridirler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lâkin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anlayamazsınız</w:t>
      </w:r>
      <w:proofErr w:type="spellEnd"/>
      <w:r>
        <w:rPr>
          <w:b/>
        </w:rPr>
        <w:t>.”</w:t>
      </w:r>
      <w:r>
        <w:rPr>
          <w:b/>
        </w:rPr>
        <w:br/>
      </w:r>
      <w:r>
        <w:rPr>
          <w:b/>
        </w:rPr>
        <w:br/>
      </w:r>
      <w:r>
        <w:t xml:space="preserve">O </w:t>
      </w:r>
      <w:proofErr w:type="spellStart"/>
      <w:r>
        <w:t>gece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uğruna</w:t>
      </w:r>
      <w:proofErr w:type="spellEnd"/>
      <w:r>
        <w:t xml:space="preserve"> can </w:t>
      </w:r>
      <w:proofErr w:type="spellStart"/>
      <w:r>
        <w:t>veren</w:t>
      </w:r>
      <w:proofErr w:type="spellEnd"/>
      <w:r>
        <w:t xml:space="preserve"> 251 </w:t>
      </w:r>
      <w:proofErr w:type="spellStart"/>
      <w:r>
        <w:t>kahraman</w:t>
      </w:r>
      <w:proofErr w:type="spellEnd"/>
      <w:r>
        <w:t xml:space="preserve"> </w:t>
      </w:r>
      <w:proofErr w:type="spellStart"/>
      <w:r>
        <w:t>şehidimizin</w:t>
      </w:r>
      <w:proofErr w:type="spellEnd"/>
      <w:r>
        <w:t xml:space="preserve"> </w:t>
      </w:r>
      <w:proofErr w:type="spellStart"/>
      <w:r>
        <w:t>aziz</w:t>
      </w:r>
      <w:proofErr w:type="spellEnd"/>
      <w:r>
        <w:t xml:space="preserve"> </w:t>
      </w:r>
      <w:proofErr w:type="spellStart"/>
      <w:r>
        <w:t>hatıraları</w:t>
      </w:r>
      <w:proofErr w:type="spellEnd"/>
      <w:r>
        <w:t xml:space="preserve"> </w:t>
      </w:r>
      <w:proofErr w:type="spellStart"/>
      <w:r>
        <w:t>önünde</w:t>
      </w:r>
      <w:proofErr w:type="spellEnd"/>
      <w:r>
        <w:t xml:space="preserve"> bir </w:t>
      </w:r>
      <w:proofErr w:type="spellStart"/>
      <w:r>
        <w:t>kez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saygı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hürmetle</w:t>
      </w:r>
      <w:proofErr w:type="spellEnd"/>
      <w:r>
        <w:t xml:space="preserve"> </w:t>
      </w:r>
      <w:proofErr w:type="spellStart"/>
      <w:r>
        <w:t>eğiliyoruz</w:t>
      </w:r>
      <w:proofErr w:type="spellEnd"/>
      <w:r>
        <w:t>.</w:t>
      </w:r>
    </w:p>
    <w:p w14:paraId="6EC55A73" w14:textId="77777777" w:rsidR="00CA7CD3" w:rsidRDefault="00000000">
      <w:r>
        <w:rPr>
          <w:b/>
        </w:rPr>
        <w:t>7- ŞEHİTLERİMİZİN KAHRAMANLIK HİKÂYELERİ TAKDİMİ</w:t>
      </w:r>
      <w:r>
        <w:rPr>
          <w:b/>
        </w:rPr>
        <w:br/>
      </w:r>
      <w:r>
        <w:t xml:space="preserve">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gecesi</w:t>
      </w:r>
      <w:proofErr w:type="spellEnd"/>
      <w:r>
        <w:t xml:space="preserve"> </w:t>
      </w:r>
      <w:proofErr w:type="spellStart"/>
      <w:r>
        <w:t>göğsünü</w:t>
      </w:r>
      <w:proofErr w:type="spellEnd"/>
      <w:r>
        <w:t xml:space="preserve"> </w:t>
      </w:r>
      <w:proofErr w:type="spellStart"/>
      <w:r>
        <w:t>tanklara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mermilere</w:t>
      </w:r>
      <w:proofErr w:type="spellEnd"/>
      <w:r>
        <w:t xml:space="preserve"> </w:t>
      </w:r>
      <w:proofErr w:type="spellStart"/>
      <w:r>
        <w:t>siper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 </w:t>
      </w:r>
      <w:proofErr w:type="spellStart"/>
      <w:r>
        <w:t>kahramanlarımızın</w:t>
      </w:r>
      <w:proofErr w:type="spellEnd"/>
      <w:r>
        <w:t xml:space="preserve"> </w:t>
      </w:r>
      <w:proofErr w:type="spellStart"/>
      <w:r>
        <w:t>hikâyelerini</w:t>
      </w:r>
      <w:proofErr w:type="spellEnd"/>
      <w:r>
        <w:t xml:space="preserve"> </w:t>
      </w:r>
      <w:proofErr w:type="spellStart"/>
      <w:r>
        <w:t>dinlemek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okulumuz</w:t>
      </w:r>
      <w:proofErr w:type="spellEnd"/>
      <w:r>
        <w:t xml:space="preserve"> </w:t>
      </w:r>
      <w:proofErr w:type="spellStart"/>
      <w:r>
        <w:t>öğrencilerini</w:t>
      </w:r>
      <w:proofErr w:type="spellEnd"/>
      <w:r>
        <w:t xml:space="preserve"> </w:t>
      </w:r>
      <w:proofErr w:type="spellStart"/>
      <w:r>
        <w:t>sahneye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242BCD8A" w14:textId="77777777" w:rsidR="00CA7CD3" w:rsidRDefault="00000000">
      <w:r>
        <w:rPr>
          <w:b/>
        </w:rPr>
        <w:t>8- ŞİİR TAKDİMİ ("OTUZ KUŞ")</w:t>
      </w:r>
      <w:r>
        <w:rPr>
          <w:b/>
        </w:rPr>
        <w:br/>
      </w:r>
      <w:proofErr w:type="spellStart"/>
      <w:r>
        <w:t>Darbenin</w:t>
      </w:r>
      <w:proofErr w:type="spellEnd"/>
      <w:r>
        <w:t xml:space="preserve"> </w:t>
      </w:r>
      <w:proofErr w:type="spellStart"/>
      <w:r>
        <w:t>seyrini</w:t>
      </w:r>
      <w:proofErr w:type="spellEnd"/>
      <w:r>
        <w:t xml:space="preserve"> </w:t>
      </w:r>
      <w:proofErr w:type="spellStart"/>
      <w:r>
        <w:t>değiştiren</w:t>
      </w:r>
      <w:proofErr w:type="spellEnd"/>
      <w:r>
        <w:t xml:space="preserve"> </w:t>
      </w:r>
      <w:proofErr w:type="spellStart"/>
      <w:r>
        <w:t>kahramanımız</w:t>
      </w:r>
      <w:proofErr w:type="spellEnd"/>
      <w:r>
        <w:t xml:space="preserve"> </w:t>
      </w:r>
      <w:proofErr w:type="spellStart"/>
      <w:r>
        <w:t>Şehit</w:t>
      </w:r>
      <w:proofErr w:type="spellEnd"/>
      <w:r>
        <w:t xml:space="preserve"> Ömer </w:t>
      </w:r>
      <w:proofErr w:type="spellStart"/>
      <w:r>
        <w:t>Halisdemir’in</w:t>
      </w:r>
      <w:proofErr w:type="spellEnd"/>
      <w:r>
        <w:t xml:space="preserve"> </w:t>
      </w:r>
      <w:proofErr w:type="spellStart"/>
      <w:r>
        <w:t>anısına</w:t>
      </w:r>
      <w:proofErr w:type="spellEnd"/>
      <w:r>
        <w:t xml:space="preserve"> </w:t>
      </w:r>
      <w:proofErr w:type="spellStart"/>
      <w:r>
        <w:t>yazılan</w:t>
      </w:r>
      <w:proofErr w:type="spellEnd"/>
      <w:r>
        <w:t xml:space="preserve"> "</w:t>
      </w:r>
      <w:proofErr w:type="spellStart"/>
      <w:r>
        <w:t>Otuz</w:t>
      </w:r>
      <w:proofErr w:type="spellEnd"/>
      <w:r>
        <w:t xml:space="preserve"> </w:t>
      </w:r>
      <w:proofErr w:type="spellStart"/>
      <w:r>
        <w:t>Kuş</w:t>
      </w:r>
      <w:proofErr w:type="spellEnd"/>
      <w:r>
        <w:t xml:space="preserve">" </w:t>
      </w:r>
      <w:proofErr w:type="spellStart"/>
      <w:r>
        <w:t>şiirini</w:t>
      </w:r>
      <w:proofErr w:type="spellEnd"/>
      <w:r>
        <w:t xml:space="preserve"> </w:t>
      </w:r>
      <w:proofErr w:type="spellStart"/>
      <w:r>
        <w:t>seslendirmek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..... / ..... </w:t>
      </w:r>
      <w:proofErr w:type="spellStart"/>
      <w:r>
        <w:t>sınıfından</w:t>
      </w:r>
      <w:proofErr w:type="spellEnd"/>
      <w:r>
        <w:t xml:space="preserve"> ...................................................... </w:t>
      </w:r>
      <w:proofErr w:type="spellStart"/>
      <w:r>
        <w:t>kürsüye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3F78E001" w14:textId="77777777" w:rsidR="00CA7CD3" w:rsidRDefault="00000000">
      <w:r>
        <w:rPr>
          <w:b/>
        </w:rPr>
        <w:t>9- 15 TEMMUZ ORATORYOSU TAKDİMİ</w:t>
      </w:r>
      <w:r>
        <w:rPr>
          <w:b/>
        </w:rPr>
        <w:br/>
      </w:r>
      <w:proofErr w:type="spellStart"/>
      <w:r>
        <w:t>Okulumuz</w:t>
      </w:r>
      <w:proofErr w:type="spellEnd"/>
      <w:r>
        <w:t xml:space="preserve"> </w:t>
      </w:r>
      <w:proofErr w:type="spellStart"/>
      <w:r>
        <w:t>öğrencileri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hazırlanan</w:t>
      </w:r>
      <w:proofErr w:type="spellEnd"/>
      <w:r>
        <w:t xml:space="preserve"> "</w:t>
      </w:r>
      <w:proofErr w:type="spellStart"/>
      <w:r>
        <w:t>Milletin</w:t>
      </w:r>
      <w:proofErr w:type="spellEnd"/>
      <w:r>
        <w:t xml:space="preserve"> </w:t>
      </w:r>
      <w:proofErr w:type="spellStart"/>
      <w:r>
        <w:t>Zaferi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Diriliş</w:t>
      </w:r>
      <w:proofErr w:type="spellEnd"/>
      <w:r>
        <w:t xml:space="preserve"> </w:t>
      </w:r>
      <w:proofErr w:type="spellStart"/>
      <w:r>
        <w:t>Destanı</w:t>
      </w:r>
      <w:proofErr w:type="spellEnd"/>
      <w:r>
        <w:t xml:space="preserve">" </w:t>
      </w:r>
      <w:proofErr w:type="spellStart"/>
      <w:r>
        <w:t>adlı</w:t>
      </w:r>
      <w:proofErr w:type="spellEnd"/>
      <w:r>
        <w:t xml:space="preserve"> </w:t>
      </w:r>
      <w:proofErr w:type="spellStart"/>
      <w:r>
        <w:t>oratoryo</w:t>
      </w:r>
      <w:proofErr w:type="spellEnd"/>
      <w:r>
        <w:t xml:space="preserve"> </w:t>
      </w:r>
      <w:proofErr w:type="spellStart"/>
      <w:r>
        <w:t>gösterisini</w:t>
      </w:r>
      <w:proofErr w:type="spellEnd"/>
      <w:r>
        <w:t xml:space="preserve"> </w:t>
      </w:r>
      <w:proofErr w:type="spellStart"/>
      <w:r>
        <w:t>sunmak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ekibimizi</w:t>
      </w:r>
      <w:proofErr w:type="spellEnd"/>
      <w:r>
        <w:t xml:space="preserve"> </w:t>
      </w:r>
      <w:proofErr w:type="spellStart"/>
      <w:r>
        <w:t>sahneye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1B365B09" w14:textId="77777777" w:rsidR="00CA7CD3" w:rsidRDefault="00000000">
      <w:r>
        <w:rPr>
          <w:b/>
        </w:rPr>
        <w:t>10- ŞİİR TAKDİMİ ("15 TEMMUZ MARŞI")</w:t>
      </w:r>
      <w:r>
        <w:rPr>
          <w:b/>
        </w:rPr>
        <w:br/>
      </w:r>
      <w:proofErr w:type="spellStart"/>
      <w:r>
        <w:t>Nurullah</w:t>
      </w:r>
      <w:proofErr w:type="spellEnd"/>
      <w:r>
        <w:t xml:space="preserve"> </w:t>
      </w:r>
      <w:proofErr w:type="spellStart"/>
      <w:r>
        <w:t>Genç’in</w:t>
      </w:r>
      <w:proofErr w:type="spellEnd"/>
      <w:r>
        <w:t xml:space="preserve"> "15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Marşı</w:t>
      </w:r>
      <w:proofErr w:type="spellEnd"/>
      <w:r>
        <w:t xml:space="preserve">" </w:t>
      </w:r>
      <w:proofErr w:type="spellStart"/>
      <w:r>
        <w:t>adlı</w:t>
      </w:r>
      <w:proofErr w:type="spellEnd"/>
      <w:r>
        <w:t xml:space="preserve"> </w:t>
      </w:r>
      <w:proofErr w:type="spellStart"/>
      <w:r>
        <w:t>şiirini</w:t>
      </w:r>
      <w:proofErr w:type="spellEnd"/>
      <w:r>
        <w:t xml:space="preserve"> </w:t>
      </w:r>
      <w:proofErr w:type="spellStart"/>
      <w:r>
        <w:t>okumak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..... / ..... </w:t>
      </w:r>
      <w:proofErr w:type="spellStart"/>
      <w:r>
        <w:t>sınıfı</w:t>
      </w:r>
      <w:proofErr w:type="spellEnd"/>
      <w:r>
        <w:t xml:space="preserve"> </w:t>
      </w:r>
      <w:proofErr w:type="spellStart"/>
      <w:r>
        <w:t>öğrencilerinden</w:t>
      </w:r>
      <w:proofErr w:type="spellEnd"/>
      <w:r>
        <w:t xml:space="preserve"> ......................................................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6A5DEF3E" w14:textId="236192B3" w:rsidR="00CA7CD3" w:rsidRDefault="00000000" w:rsidP="004222A0">
      <w:pPr>
        <w:spacing w:after="280"/>
      </w:pPr>
      <w:r>
        <w:rPr>
          <w:b/>
        </w:rPr>
        <w:t>11- ŞİİR TAKDİMİ ("DAVET") VE KAPANIŞ</w:t>
      </w:r>
      <w:r>
        <w:rPr>
          <w:b/>
        </w:rPr>
        <w:br/>
      </w:r>
      <w:r>
        <w:rPr>
          <w:i/>
        </w:rPr>
        <w:t>“</w:t>
      </w:r>
      <w:proofErr w:type="spellStart"/>
      <w:r>
        <w:rPr>
          <w:i/>
        </w:rPr>
        <w:t>Dörtnala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gelip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Uzak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Asya'dan</w:t>
      </w:r>
      <w:proofErr w:type="spellEnd"/>
      <w:r>
        <w:rPr>
          <w:i/>
        </w:rPr>
        <w:br/>
      </w:r>
      <w:proofErr w:type="spellStart"/>
      <w:r>
        <w:rPr>
          <w:i/>
        </w:rPr>
        <w:t>Akdeniz'e</w:t>
      </w:r>
      <w:proofErr w:type="spellEnd"/>
      <w:r>
        <w:rPr>
          <w:i/>
        </w:rPr>
        <w:t xml:space="preserve"> bir </w:t>
      </w:r>
      <w:proofErr w:type="spellStart"/>
      <w:r>
        <w:rPr>
          <w:i/>
        </w:rPr>
        <w:t>kısrak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başı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gibi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uzanan</w:t>
      </w:r>
      <w:proofErr w:type="spellEnd"/>
      <w:r>
        <w:rPr>
          <w:i/>
        </w:rPr>
        <w:br/>
      </w:r>
      <w:proofErr w:type="spellStart"/>
      <w:r>
        <w:rPr>
          <w:i/>
        </w:rPr>
        <w:t>bu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memleket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bizim</w:t>
      </w:r>
      <w:proofErr w:type="spellEnd"/>
      <w:r>
        <w:rPr>
          <w:i/>
        </w:rPr>
        <w:t>...</w:t>
      </w:r>
      <w:r>
        <w:rPr>
          <w:i/>
        </w:rPr>
        <w:br/>
      </w:r>
      <w:proofErr w:type="spellStart"/>
      <w:r>
        <w:rPr>
          <w:i/>
        </w:rPr>
        <w:t>Yaşamak</w:t>
      </w:r>
      <w:proofErr w:type="spellEnd"/>
      <w:r>
        <w:rPr>
          <w:i/>
        </w:rPr>
        <w:t xml:space="preserve"> bir </w:t>
      </w:r>
      <w:proofErr w:type="spellStart"/>
      <w:r>
        <w:rPr>
          <w:i/>
        </w:rPr>
        <w:t>ağaç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gibi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hür</w:t>
      </w:r>
      <w:proofErr w:type="spellEnd"/>
      <w:r>
        <w:rPr>
          <w:i/>
        </w:rPr>
        <w:br/>
      </w:r>
      <w:proofErr w:type="spellStart"/>
      <w:r>
        <w:rPr>
          <w:i/>
        </w:rPr>
        <w:t>ve</w:t>
      </w:r>
      <w:proofErr w:type="spellEnd"/>
      <w:r>
        <w:rPr>
          <w:i/>
        </w:rPr>
        <w:t xml:space="preserve"> bir </w:t>
      </w:r>
      <w:proofErr w:type="spellStart"/>
      <w:r>
        <w:rPr>
          <w:i/>
        </w:rPr>
        <w:t>orman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gibi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kardeşçesine</w:t>
      </w:r>
      <w:proofErr w:type="spellEnd"/>
      <w:r>
        <w:rPr>
          <w:i/>
        </w:rPr>
        <w:t>,</w:t>
      </w:r>
      <w:r>
        <w:rPr>
          <w:i/>
        </w:rPr>
        <w:br/>
      </w:r>
      <w:proofErr w:type="spellStart"/>
      <w:r>
        <w:rPr>
          <w:i/>
        </w:rPr>
        <w:t>bu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hasret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bizim</w:t>
      </w:r>
      <w:proofErr w:type="spellEnd"/>
      <w:r>
        <w:rPr>
          <w:i/>
        </w:rPr>
        <w:t>...”</w:t>
      </w:r>
      <w:r>
        <w:rPr>
          <w:i/>
        </w:rPr>
        <w:br/>
      </w:r>
      <w:r>
        <w:rPr>
          <w:i/>
        </w:rPr>
        <w:br/>
      </w:r>
      <w:proofErr w:type="spellStart"/>
      <w:r>
        <w:t>Nazım</w:t>
      </w:r>
      <w:proofErr w:type="spellEnd"/>
      <w:r>
        <w:t xml:space="preserve"> </w:t>
      </w:r>
      <w:proofErr w:type="spellStart"/>
      <w:r>
        <w:t>Hikmet’in</w:t>
      </w:r>
      <w:proofErr w:type="spellEnd"/>
      <w:r>
        <w:t xml:space="preserve"> "</w:t>
      </w:r>
      <w:proofErr w:type="spellStart"/>
      <w:r>
        <w:t>Davet</w:t>
      </w:r>
      <w:proofErr w:type="spellEnd"/>
      <w:r>
        <w:t xml:space="preserve">" </w:t>
      </w:r>
      <w:proofErr w:type="spellStart"/>
      <w:r>
        <w:t>adlı</w:t>
      </w:r>
      <w:proofErr w:type="spellEnd"/>
      <w:r>
        <w:t xml:space="preserve"> </w:t>
      </w:r>
      <w:proofErr w:type="spellStart"/>
      <w:r>
        <w:t>şiirini</w:t>
      </w:r>
      <w:proofErr w:type="spellEnd"/>
      <w:r>
        <w:t xml:space="preserve"> </w:t>
      </w:r>
      <w:proofErr w:type="spellStart"/>
      <w:r>
        <w:t>seslendirmek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..... / ..... </w:t>
      </w:r>
      <w:proofErr w:type="spellStart"/>
      <w:r>
        <w:t>sınıfından</w:t>
      </w:r>
      <w:proofErr w:type="spellEnd"/>
      <w:r>
        <w:t xml:space="preserve"> ......................................................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  <w:r>
        <w:br/>
      </w:r>
      <w:r>
        <w:br/>
      </w:r>
      <w:proofErr w:type="spellStart"/>
      <w:r>
        <w:t>Törenimizin</w:t>
      </w:r>
      <w:proofErr w:type="spellEnd"/>
      <w:r>
        <w:t xml:space="preserve"> </w:t>
      </w:r>
      <w:proofErr w:type="spellStart"/>
      <w:r>
        <w:t>ardından</w:t>
      </w:r>
      <w:proofErr w:type="spellEnd"/>
      <w:r>
        <w:t xml:space="preserve"> </w:t>
      </w:r>
      <w:proofErr w:type="spellStart"/>
      <w:r>
        <w:t>sınıflarımızda</w:t>
      </w:r>
      <w:proofErr w:type="spellEnd"/>
      <w:r>
        <w:t xml:space="preserve"> MEB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hazırlanan</w:t>
      </w:r>
      <w:proofErr w:type="spellEnd"/>
      <w:r>
        <w:t xml:space="preserve">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belgeseli</w:t>
      </w:r>
      <w:proofErr w:type="spellEnd"/>
      <w:r>
        <w:t xml:space="preserve"> </w:t>
      </w:r>
      <w:proofErr w:type="spellStart"/>
      <w:r>
        <w:t>izlenecektir</w:t>
      </w:r>
      <w:proofErr w:type="spellEnd"/>
      <w:r>
        <w:t>.</w:t>
      </w:r>
      <w:r>
        <w:br/>
      </w:r>
      <w:r>
        <w:br/>
      </w:r>
      <w:proofErr w:type="spellStart"/>
      <w:r>
        <w:t>Vatanımız</w:t>
      </w:r>
      <w:proofErr w:type="spellEnd"/>
      <w:r>
        <w:t xml:space="preserve">, </w:t>
      </w:r>
      <w:proofErr w:type="spellStart"/>
      <w:r>
        <w:t>milletimiz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mukaddesatımız</w:t>
      </w:r>
      <w:proofErr w:type="spellEnd"/>
      <w:r>
        <w:t xml:space="preserve"> </w:t>
      </w:r>
      <w:proofErr w:type="spellStart"/>
      <w:r>
        <w:t>uğruna</w:t>
      </w:r>
      <w:proofErr w:type="spellEnd"/>
      <w:r>
        <w:t xml:space="preserve"> can </w:t>
      </w:r>
      <w:proofErr w:type="spellStart"/>
      <w:r>
        <w:t>veren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şehitlerimizi</w:t>
      </w:r>
      <w:proofErr w:type="spellEnd"/>
      <w:r>
        <w:t xml:space="preserve"> </w:t>
      </w:r>
      <w:proofErr w:type="spellStart"/>
      <w:r>
        <w:t>sonsuz</w:t>
      </w:r>
      <w:proofErr w:type="spellEnd"/>
      <w:r>
        <w:t xml:space="preserve"> </w:t>
      </w:r>
      <w:proofErr w:type="spellStart"/>
      <w:r>
        <w:t>rahmetle</w:t>
      </w:r>
      <w:proofErr w:type="spellEnd"/>
      <w:r>
        <w:t xml:space="preserve"> </w:t>
      </w:r>
      <w:proofErr w:type="spellStart"/>
      <w:r>
        <w:t>anıyor</w:t>
      </w:r>
      <w:proofErr w:type="spellEnd"/>
      <w:r>
        <w:t xml:space="preserve">; </w:t>
      </w:r>
      <w:proofErr w:type="spellStart"/>
      <w:r>
        <w:t>kahraman</w:t>
      </w:r>
      <w:proofErr w:type="spellEnd"/>
      <w:r>
        <w:t xml:space="preserve"> </w:t>
      </w:r>
      <w:proofErr w:type="spellStart"/>
      <w:r>
        <w:t>gazilerimize</w:t>
      </w:r>
      <w:proofErr w:type="spellEnd"/>
      <w:r>
        <w:t xml:space="preserve"> </w:t>
      </w:r>
      <w:proofErr w:type="spellStart"/>
      <w:r>
        <w:t>şükranlarımızı</w:t>
      </w:r>
      <w:proofErr w:type="spellEnd"/>
      <w:r>
        <w:t xml:space="preserve"> </w:t>
      </w:r>
      <w:proofErr w:type="spellStart"/>
      <w:r>
        <w:t>sunuyoruz</w:t>
      </w:r>
      <w:proofErr w:type="spellEnd"/>
      <w:r>
        <w:t>.</w:t>
      </w:r>
      <w:r>
        <w:br/>
      </w:r>
      <w:r>
        <w:br/>
      </w:r>
      <w:r>
        <w:rPr>
          <w:b/>
        </w:rPr>
        <w:t>NE MUTLU TÜRK’ÜM DİYENE!</w:t>
      </w:r>
    </w:p>
    <w:p w14:paraId="30B01EA0" w14:textId="77777777" w:rsidR="00CA7CD3" w:rsidRDefault="00000000">
      <w:pPr>
        <w:pStyle w:val="Balk1"/>
        <w:spacing w:after="360"/>
        <w:jc w:val="center"/>
      </w:pPr>
      <w:r>
        <w:lastRenderedPageBreak/>
        <w:t>GÜNÜN ANLAM VE ÖNEMİNİ BELİRTEN KONUŞMA METNİ</w:t>
      </w:r>
      <w:r>
        <w:br/>
        <w:t>(</w:t>
      </w:r>
      <w:proofErr w:type="spellStart"/>
      <w:r>
        <w:t>Öğretmen</w:t>
      </w:r>
      <w:proofErr w:type="spellEnd"/>
      <w:r>
        <w:t xml:space="preserve"> / </w:t>
      </w:r>
      <w:proofErr w:type="spellStart"/>
      <w:r>
        <w:t>İdareci</w:t>
      </w:r>
      <w:proofErr w:type="spellEnd"/>
      <w:r>
        <w:t>)</w:t>
      </w:r>
    </w:p>
    <w:p w14:paraId="6F93B8B0" w14:textId="77777777" w:rsidR="00CA7CD3" w:rsidRDefault="00000000">
      <w:pPr>
        <w:spacing w:after="160"/>
      </w:pPr>
      <w:proofErr w:type="spellStart"/>
      <w:r>
        <w:t>Sayın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Müdürüm</w:t>
      </w:r>
      <w:proofErr w:type="spellEnd"/>
      <w:r>
        <w:t xml:space="preserve">, </w:t>
      </w:r>
      <w:proofErr w:type="spellStart"/>
      <w:r>
        <w:t>Değerli</w:t>
      </w:r>
      <w:proofErr w:type="spellEnd"/>
      <w:r>
        <w:t xml:space="preserve"> </w:t>
      </w:r>
      <w:proofErr w:type="spellStart"/>
      <w:r>
        <w:t>Meslektaşlarım</w:t>
      </w:r>
      <w:proofErr w:type="spellEnd"/>
      <w:r>
        <w:t xml:space="preserve">, </w:t>
      </w:r>
      <w:proofErr w:type="spellStart"/>
      <w:r>
        <w:t>Kıymetli</w:t>
      </w:r>
      <w:proofErr w:type="spellEnd"/>
      <w:r>
        <w:t xml:space="preserve"> </w:t>
      </w:r>
      <w:proofErr w:type="spellStart"/>
      <w:r>
        <w:t>Veliler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Sevgili</w:t>
      </w:r>
      <w:proofErr w:type="spellEnd"/>
      <w:r>
        <w:t xml:space="preserve"> </w:t>
      </w:r>
      <w:proofErr w:type="spellStart"/>
      <w:r>
        <w:t>Gençler</w:t>
      </w:r>
      <w:proofErr w:type="spellEnd"/>
      <w:r>
        <w:t>,</w:t>
      </w:r>
    </w:p>
    <w:p w14:paraId="11212C9B" w14:textId="77777777" w:rsidR="00CA7CD3" w:rsidRDefault="00000000">
      <w:pPr>
        <w:spacing w:after="160"/>
      </w:pPr>
      <w:proofErr w:type="spellStart"/>
      <w:r>
        <w:t>Bugün</w:t>
      </w:r>
      <w:proofErr w:type="spellEnd"/>
      <w:r>
        <w:t xml:space="preserve"> </w:t>
      </w:r>
      <w:proofErr w:type="spellStart"/>
      <w:r>
        <w:t>burada</w:t>
      </w:r>
      <w:proofErr w:type="spellEnd"/>
      <w:r>
        <w:t xml:space="preserve">; </w:t>
      </w:r>
      <w:proofErr w:type="spellStart"/>
      <w:r>
        <w:t>tarihin</w:t>
      </w:r>
      <w:proofErr w:type="spellEnd"/>
      <w:r>
        <w:t xml:space="preserve"> </w:t>
      </w:r>
      <w:proofErr w:type="spellStart"/>
      <w:r>
        <w:t>tanıklık</w:t>
      </w:r>
      <w:proofErr w:type="spellEnd"/>
      <w:r>
        <w:t xml:space="preserve"> </w:t>
      </w:r>
      <w:proofErr w:type="spellStart"/>
      <w:r>
        <w:t>ettiği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alçak</w:t>
      </w:r>
      <w:proofErr w:type="spellEnd"/>
      <w:r>
        <w:t xml:space="preserve"> </w:t>
      </w:r>
      <w:proofErr w:type="spellStart"/>
      <w:r>
        <w:t>ihanet</w:t>
      </w:r>
      <w:proofErr w:type="spellEnd"/>
      <w:r>
        <w:t xml:space="preserve"> </w:t>
      </w:r>
      <w:proofErr w:type="spellStart"/>
      <w:r>
        <w:t>kalkışmalarından</w:t>
      </w:r>
      <w:proofErr w:type="spellEnd"/>
      <w:r>
        <w:t xml:space="preserve"> </w:t>
      </w:r>
      <w:proofErr w:type="spellStart"/>
      <w:r>
        <w:t>birine</w:t>
      </w:r>
      <w:proofErr w:type="spellEnd"/>
      <w:r>
        <w:t xml:space="preserve"> </w:t>
      </w:r>
      <w:proofErr w:type="spellStart"/>
      <w:r>
        <w:t>karşı</w:t>
      </w:r>
      <w:proofErr w:type="spellEnd"/>
      <w:r>
        <w:t xml:space="preserve">, </w:t>
      </w:r>
      <w:proofErr w:type="spellStart"/>
      <w:r>
        <w:t>milletimizin</w:t>
      </w:r>
      <w:proofErr w:type="spellEnd"/>
      <w:r>
        <w:t xml:space="preserve"> </w:t>
      </w:r>
      <w:proofErr w:type="spellStart"/>
      <w:r>
        <w:t>çelikten</w:t>
      </w:r>
      <w:proofErr w:type="spellEnd"/>
      <w:r>
        <w:t xml:space="preserve"> </w:t>
      </w:r>
      <w:proofErr w:type="spellStart"/>
      <w:r>
        <w:t>iradesiyle</w:t>
      </w:r>
      <w:proofErr w:type="spellEnd"/>
      <w:r>
        <w:t xml:space="preserve"> </w:t>
      </w:r>
      <w:proofErr w:type="spellStart"/>
      <w:r>
        <w:t>yazdığı</w:t>
      </w:r>
      <w:proofErr w:type="spellEnd"/>
      <w:r>
        <w:t xml:space="preserve"> </w:t>
      </w:r>
      <w:proofErr w:type="spellStart"/>
      <w:r>
        <w:t>şanlı</w:t>
      </w:r>
      <w:proofErr w:type="spellEnd"/>
      <w:r>
        <w:t xml:space="preserve"> </w:t>
      </w:r>
      <w:proofErr w:type="spellStart"/>
      <w:r>
        <w:t>zaferi</w:t>
      </w:r>
      <w:proofErr w:type="spellEnd"/>
      <w:r>
        <w:t xml:space="preserve">;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Birlik</w:t>
      </w:r>
      <w:proofErr w:type="spellEnd"/>
      <w:r>
        <w:t xml:space="preserve"> </w:t>
      </w:r>
      <w:proofErr w:type="spellStart"/>
      <w:r>
        <w:t>Günü’nü</w:t>
      </w:r>
      <w:proofErr w:type="spellEnd"/>
      <w:r>
        <w:t xml:space="preserve"> </w:t>
      </w:r>
      <w:proofErr w:type="spellStart"/>
      <w:r>
        <w:t>idrak</w:t>
      </w:r>
      <w:proofErr w:type="spellEnd"/>
      <w:r>
        <w:t xml:space="preserve"> </w:t>
      </w:r>
      <w:proofErr w:type="spellStart"/>
      <w:r>
        <w:t>etmek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aziz</w:t>
      </w:r>
      <w:proofErr w:type="spellEnd"/>
      <w:r>
        <w:t xml:space="preserve"> </w:t>
      </w:r>
      <w:proofErr w:type="spellStart"/>
      <w:r>
        <w:t>şehitlerimizi</w:t>
      </w:r>
      <w:proofErr w:type="spellEnd"/>
      <w:r>
        <w:t xml:space="preserve"> </w:t>
      </w:r>
      <w:proofErr w:type="spellStart"/>
      <w:r>
        <w:t>yâd</w:t>
      </w:r>
      <w:proofErr w:type="spellEnd"/>
      <w:r>
        <w:t xml:space="preserve"> </w:t>
      </w:r>
      <w:proofErr w:type="spellStart"/>
      <w:r>
        <w:t>etmek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toplanmış</w:t>
      </w:r>
      <w:proofErr w:type="spellEnd"/>
      <w:r>
        <w:t xml:space="preserve"> </w:t>
      </w:r>
      <w:proofErr w:type="spellStart"/>
      <w:r>
        <w:t>bulunuyoruz</w:t>
      </w:r>
      <w:proofErr w:type="spellEnd"/>
      <w:r>
        <w:t>.</w:t>
      </w:r>
    </w:p>
    <w:p w14:paraId="40B8E2BE" w14:textId="77777777" w:rsidR="00CA7CD3" w:rsidRDefault="00000000">
      <w:pPr>
        <w:spacing w:after="160"/>
      </w:pPr>
      <w:proofErr w:type="spellStart"/>
      <w:r>
        <w:t>Tarih</w:t>
      </w:r>
      <w:proofErr w:type="spellEnd"/>
      <w:r>
        <w:t xml:space="preserve"> </w:t>
      </w:r>
      <w:proofErr w:type="spellStart"/>
      <w:r>
        <w:t>boyunca</w:t>
      </w:r>
      <w:proofErr w:type="spellEnd"/>
      <w:r>
        <w:t xml:space="preserve"> </w:t>
      </w:r>
      <w:proofErr w:type="spellStart"/>
      <w:r>
        <w:t>bağımsızlığı</w:t>
      </w:r>
      <w:proofErr w:type="spellEnd"/>
      <w:r>
        <w:t xml:space="preserve"> </w:t>
      </w:r>
      <w:proofErr w:type="spellStart"/>
      <w:r>
        <w:t>karakteri</w:t>
      </w:r>
      <w:proofErr w:type="spellEnd"/>
      <w:r>
        <w:t xml:space="preserve"> </w:t>
      </w:r>
      <w:proofErr w:type="spellStart"/>
      <w:r>
        <w:t>bilmiş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aziz</w:t>
      </w:r>
      <w:proofErr w:type="spellEnd"/>
      <w:r>
        <w:t xml:space="preserve"> </w:t>
      </w:r>
      <w:proofErr w:type="spellStart"/>
      <w:r>
        <w:t>milletimiz</w:t>
      </w:r>
      <w:proofErr w:type="spellEnd"/>
      <w:r>
        <w:t xml:space="preserve">;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gecesi</w:t>
      </w:r>
      <w:proofErr w:type="spellEnd"/>
      <w:r>
        <w:t xml:space="preserve"> </w:t>
      </w:r>
      <w:proofErr w:type="spellStart"/>
      <w:r>
        <w:t>devletimizin</w:t>
      </w:r>
      <w:proofErr w:type="spellEnd"/>
      <w:r>
        <w:t xml:space="preserve"> </w:t>
      </w:r>
      <w:proofErr w:type="spellStart"/>
      <w:r>
        <w:t>bekasına</w:t>
      </w:r>
      <w:proofErr w:type="spellEnd"/>
      <w:r>
        <w:t xml:space="preserve">, </w:t>
      </w:r>
      <w:proofErr w:type="spellStart"/>
      <w:r>
        <w:t>demokrasimize</w:t>
      </w:r>
      <w:proofErr w:type="spellEnd"/>
      <w:r>
        <w:t xml:space="preserve">, Gazi </w:t>
      </w:r>
      <w:proofErr w:type="spellStart"/>
      <w:r>
        <w:t>Meclisimize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aydınlık</w:t>
      </w:r>
      <w:proofErr w:type="spellEnd"/>
      <w:r>
        <w:t xml:space="preserve"> </w:t>
      </w:r>
      <w:proofErr w:type="spellStart"/>
      <w:r>
        <w:t>geleceğimize</w:t>
      </w:r>
      <w:proofErr w:type="spellEnd"/>
      <w:r>
        <w:t xml:space="preserve"> </w:t>
      </w:r>
      <w:proofErr w:type="spellStart"/>
      <w:r>
        <w:t>kasteden</w:t>
      </w:r>
      <w:proofErr w:type="spellEnd"/>
      <w:r>
        <w:t xml:space="preserve"> </w:t>
      </w:r>
      <w:proofErr w:type="spellStart"/>
      <w:r>
        <w:t>karanlık</w:t>
      </w:r>
      <w:proofErr w:type="spellEnd"/>
      <w:r>
        <w:t xml:space="preserve"> </w:t>
      </w:r>
      <w:proofErr w:type="spellStart"/>
      <w:r>
        <w:t>güç</w:t>
      </w:r>
      <w:proofErr w:type="spellEnd"/>
      <w:r>
        <w:t xml:space="preserve"> </w:t>
      </w:r>
      <w:proofErr w:type="spellStart"/>
      <w:r>
        <w:t>odaklarına</w:t>
      </w:r>
      <w:proofErr w:type="spellEnd"/>
      <w:r>
        <w:t xml:space="preserve"> </w:t>
      </w:r>
      <w:proofErr w:type="spellStart"/>
      <w:r>
        <w:t>karşı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yürek</w:t>
      </w:r>
      <w:proofErr w:type="spellEnd"/>
      <w:r>
        <w:t xml:space="preserve"> </w:t>
      </w:r>
      <w:proofErr w:type="spellStart"/>
      <w:r>
        <w:t>olmuş</w:t>
      </w:r>
      <w:proofErr w:type="spellEnd"/>
      <w:r>
        <w:t xml:space="preserve">, </w:t>
      </w:r>
      <w:proofErr w:type="spellStart"/>
      <w:r>
        <w:t>dünyaya</w:t>
      </w:r>
      <w:proofErr w:type="spellEnd"/>
      <w:r>
        <w:t xml:space="preserve"> </w:t>
      </w:r>
      <w:proofErr w:type="spellStart"/>
      <w:r>
        <w:t>eşi</w:t>
      </w:r>
      <w:proofErr w:type="spellEnd"/>
      <w:r>
        <w:t xml:space="preserve"> </w:t>
      </w:r>
      <w:proofErr w:type="spellStart"/>
      <w:r>
        <w:t>benzeri</w:t>
      </w:r>
      <w:proofErr w:type="spellEnd"/>
      <w:r>
        <w:t xml:space="preserve"> </w:t>
      </w:r>
      <w:proofErr w:type="spellStart"/>
      <w:r>
        <w:t>görülmemiş</w:t>
      </w:r>
      <w:proofErr w:type="spellEnd"/>
      <w:r>
        <w:t xml:space="preserve"> bir </w:t>
      </w:r>
      <w:proofErr w:type="spellStart"/>
      <w:r>
        <w:t>kahramanlık</w:t>
      </w:r>
      <w:proofErr w:type="spellEnd"/>
      <w:r>
        <w:t xml:space="preserve"> </w:t>
      </w:r>
      <w:proofErr w:type="spellStart"/>
      <w:r>
        <w:t>dersi</w:t>
      </w:r>
      <w:proofErr w:type="spellEnd"/>
      <w:r>
        <w:t xml:space="preserve"> </w:t>
      </w:r>
      <w:proofErr w:type="spellStart"/>
      <w:r>
        <w:t>vermiştir</w:t>
      </w:r>
      <w:proofErr w:type="spellEnd"/>
      <w:r>
        <w:t>.</w:t>
      </w:r>
    </w:p>
    <w:p w14:paraId="0FDF61DA" w14:textId="77777777" w:rsidR="00CA7CD3" w:rsidRDefault="00000000">
      <w:pPr>
        <w:spacing w:after="160"/>
      </w:pPr>
      <w:r>
        <w:t xml:space="preserve">O </w:t>
      </w:r>
      <w:proofErr w:type="spellStart"/>
      <w:r>
        <w:t>karanlık</w:t>
      </w:r>
      <w:proofErr w:type="spellEnd"/>
      <w:r>
        <w:t xml:space="preserve"> </w:t>
      </w:r>
      <w:proofErr w:type="spellStart"/>
      <w:r>
        <w:t>gecede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millet; </w:t>
      </w:r>
      <w:proofErr w:type="spellStart"/>
      <w:r>
        <w:t>kadınıyla</w:t>
      </w:r>
      <w:proofErr w:type="spellEnd"/>
      <w:r>
        <w:t xml:space="preserve"> </w:t>
      </w:r>
      <w:proofErr w:type="spellStart"/>
      <w:r>
        <w:t>erkeğiyle</w:t>
      </w:r>
      <w:proofErr w:type="spellEnd"/>
      <w:r>
        <w:t xml:space="preserve">, </w:t>
      </w:r>
      <w:proofErr w:type="spellStart"/>
      <w:r>
        <w:t>genciyle</w:t>
      </w:r>
      <w:proofErr w:type="spellEnd"/>
      <w:r>
        <w:t xml:space="preserve"> </w:t>
      </w:r>
      <w:proofErr w:type="spellStart"/>
      <w:r>
        <w:t>yaşlısıyla</w:t>
      </w:r>
      <w:proofErr w:type="spellEnd"/>
      <w:r>
        <w:t xml:space="preserve"> </w:t>
      </w:r>
      <w:proofErr w:type="spellStart"/>
      <w:r>
        <w:t>sokaklara</w:t>
      </w:r>
      <w:proofErr w:type="spellEnd"/>
      <w:r>
        <w:t xml:space="preserve">, </w:t>
      </w:r>
      <w:proofErr w:type="spellStart"/>
      <w:r>
        <w:t>meydanlara</w:t>
      </w:r>
      <w:proofErr w:type="spellEnd"/>
      <w:r>
        <w:t xml:space="preserve">, </w:t>
      </w:r>
      <w:proofErr w:type="spellStart"/>
      <w:r>
        <w:t>köprülere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kışla</w:t>
      </w:r>
      <w:proofErr w:type="spellEnd"/>
      <w:r>
        <w:t xml:space="preserve"> </w:t>
      </w:r>
      <w:proofErr w:type="spellStart"/>
      <w:r>
        <w:t>önlerine</w:t>
      </w:r>
      <w:proofErr w:type="spellEnd"/>
      <w:r>
        <w:t xml:space="preserve"> </w:t>
      </w:r>
      <w:proofErr w:type="spellStart"/>
      <w:r>
        <w:t>akın</w:t>
      </w:r>
      <w:proofErr w:type="spellEnd"/>
      <w:r>
        <w:t xml:space="preserve"> </w:t>
      </w:r>
      <w:proofErr w:type="spellStart"/>
      <w:r>
        <w:t>etmiş</w:t>
      </w:r>
      <w:proofErr w:type="spellEnd"/>
      <w:r>
        <w:t xml:space="preserve">; </w:t>
      </w:r>
      <w:proofErr w:type="spellStart"/>
      <w:r>
        <w:t>tanklara</w:t>
      </w:r>
      <w:proofErr w:type="spellEnd"/>
      <w:r>
        <w:t xml:space="preserve">, </w:t>
      </w:r>
      <w:proofErr w:type="spellStart"/>
      <w:r>
        <w:t>savaş</w:t>
      </w:r>
      <w:proofErr w:type="spellEnd"/>
      <w:r>
        <w:t xml:space="preserve"> </w:t>
      </w:r>
      <w:proofErr w:type="spellStart"/>
      <w:r>
        <w:t>uçaklarına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hain</w:t>
      </w:r>
      <w:proofErr w:type="spellEnd"/>
      <w:r>
        <w:t xml:space="preserve"> </w:t>
      </w:r>
      <w:proofErr w:type="spellStart"/>
      <w:r>
        <w:t>kurşunlara</w:t>
      </w:r>
      <w:proofErr w:type="spellEnd"/>
      <w:r>
        <w:t xml:space="preserve"> </w:t>
      </w:r>
      <w:proofErr w:type="spellStart"/>
      <w:r>
        <w:t>çıplak</w:t>
      </w:r>
      <w:proofErr w:type="spellEnd"/>
      <w:r>
        <w:t xml:space="preserve"> </w:t>
      </w:r>
      <w:proofErr w:type="spellStart"/>
      <w:r>
        <w:t>elleriyle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dolu</w:t>
      </w:r>
      <w:proofErr w:type="spellEnd"/>
      <w:r>
        <w:t xml:space="preserve"> </w:t>
      </w:r>
      <w:proofErr w:type="spellStart"/>
      <w:r>
        <w:t>göğüsleriyle</w:t>
      </w:r>
      <w:proofErr w:type="spellEnd"/>
      <w:r>
        <w:t xml:space="preserve"> </w:t>
      </w:r>
      <w:proofErr w:type="spellStart"/>
      <w:r>
        <w:t>karşı</w:t>
      </w:r>
      <w:proofErr w:type="spellEnd"/>
      <w:r>
        <w:t xml:space="preserve"> </w:t>
      </w:r>
      <w:proofErr w:type="spellStart"/>
      <w:r>
        <w:t>koymuştur</w:t>
      </w:r>
      <w:proofErr w:type="spellEnd"/>
      <w:r>
        <w:t xml:space="preserve">. </w:t>
      </w:r>
      <w:proofErr w:type="spellStart"/>
      <w:r>
        <w:t>İhanet</w:t>
      </w:r>
      <w:proofErr w:type="spellEnd"/>
      <w:r>
        <w:t xml:space="preserve"> </w:t>
      </w:r>
      <w:proofErr w:type="spellStart"/>
      <w:r>
        <w:t>odaklarının</w:t>
      </w:r>
      <w:proofErr w:type="spellEnd"/>
      <w:r>
        <w:t xml:space="preserve"> </w:t>
      </w:r>
      <w:proofErr w:type="spellStart"/>
      <w:r>
        <w:t>hesaba</w:t>
      </w:r>
      <w:proofErr w:type="spellEnd"/>
      <w:r>
        <w:t xml:space="preserve"> </w:t>
      </w:r>
      <w:proofErr w:type="spellStart"/>
      <w:r>
        <w:t>katamadığı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güç</w:t>
      </w:r>
      <w:proofErr w:type="spellEnd"/>
      <w:r>
        <w:t xml:space="preserve">; </w:t>
      </w:r>
      <w:proofErr w:type="spellStart"/>
      <w:r>
        <w:t>Türk</w:t>
      </w:r>
      <w:proofErr w:type="spellEnd"/>
      <w:r>
        <w:t xml:space="preserve"> </w:t>
      </w:r>
      <w:proofErr w:type="spellStart"/>
      <w:r>
        <w:t>milletinin</w:t>
      </w:r>
      <w:proofErr w:type="spellEnd"/>
      <w:r>
        <w:t xml:space="preserve"> </w:t>
      </w:r>
      <w:proofErr w:type="spellStart"/>
      <w:r>
        <w:t>bayrak</w:t>
      </w:r>
      <w:proofErr w:type="spellEnd"/>
      <w:r>
        <w:t xml:space="preserve"> </w:t>
      </w:r>
      <w:proofErr w:type="spellStart"/>
      <w:r>
        <w:t>sevdası</w:t>
      </w:r>
      <w:proofErr w:type="spellEnd"/>
      <w:r>
        <w:t xml:space="preserve">,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aşkı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şehadet</w:t>
      </w:r>
      <w:proofErr w:type="spellEnd"/>
      <w:r>
        <w:t xml:space="preserve"> </w:t>
      </w:r>
      <w:proofErr w:type="spellStart"/>
      <w:r>
        <w:t>inancı</w:t>
      </w:r>
      <w:proofErr w:type="spellEnd"/>
      <w:r>
        <w:t xml:space="preserve"> </w:t>
      </w:r>
      <w:proofErr w:type="spellStart"/>
      <w:r>
        <w:t>olmuştur</w:t>
      </w:r>
      <w:proofErr w:type="spellEnd"/>
      <w:r>
        <w:t>.</w:t>
      </w:r>
    </w:p>
    <w:p w14:paraId="07B99EF9" w14:textId="77777777" w:rsidR="00CA7CD3" w:rsidRDefault="00000000">
      <w:pPr>
        <w:spacing w:after="160"/>
      </w:pPr>
      <w:proofErr w:type="spellStart"/>
      <w:r>
        <w:t>Şehitlerimiz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gazilerimiz</w:t>
      </w:r>
      <w:proofErr w:type="spellEnd"/>
      <w:r>
        <w:t xml:space="preserve"> o </w:t>
      </w:r>
      <w:proofErr w:type="spellStart"/>
      <w:r>
        <w:t>gece</w:t>
      </w:r>
      <w:proofErr w:type="spellEnd"/>
      <w:r>
        <w:t xml:space="preserve"> </w:t>
      </w:r>
      <w:proofErr w:type="spellStart"/>
      <w:r>
        <w:t>cesaretleriyle</w:t>
      </w:r>
      <w:proofErr w:type="spellEnd"/>
      <w:r>
        <w:t xml:space="preserve"> yeni bir </w:t>
      </w:r>
      <w:proofErr w:type="spellStart"/>
      <w:r>
        <w:t>Çanakkale</w:t>
      </w:r>
      <w:proofErr w:type="spellEnd"/>
      <w:r>
        <w:t xml:space="preserve">, yeni bir </w:t>
      </w:r>
      <w:proofErr w:type="spellStart"/>
      <w:r>
        <w:t>Dumlupınar</w:t>
      </w:r>
      <w:proofErr w:type="spellEnd"/>
      <w:r>
        <w:t xml:space="preserve"> </w:t>
      </w:r>
      <w:proofErr w:type="spellStart"/>
      <w:r>
        <w:t>destanını</w:t>
      </w:r>
      <w:proofErr w:type="spellEnd"/>
      <w:r>
        <w:t xml:space="preserve"> </w:t>
      </w:r>
      <w:proofErr w:type="spellStart"/>
      <w:r>
        <w:t>meydanlarda</w:t>
      </w:r>
      <w:proofErr w:type="spellEnd"/>
      <w:r>
        <w:t xml:space="preserve"> </w:t>
      </w:r>
      <w:proofErr w:type="spellStart"/>
      <w:r>
        <w:t>canlandırmışlardır</w:t>
      </w:r>
      <w:proofErr w:type="spellEnd"/>
      <w:r>
        <w:t xml:space="preserve">. </w:t>
      </w:r>
      <w:proofErr w:type="spellStart"/>
      <w:r>
        <w:t>Darbenin</w:t>
      </w:r>
      <w:proofErr w:type="spellEnd"/>
      <w:r>
        <w:t xml:space="preserve"> </w:t>
      </w:r>
      <w:proofErr w:type="spellStart"/>
      <w:r>
        <w:t>yönünü</w:t>
      </w:r>
      <w:proofErr w:type="spellEnd"/>
      <w:r>
        <w:t xml:space="preserve"> </w:t>
      </w:r>
      <w:proofErr w:type="spellStart"/>
      <w:r>
        <w:t>değiştiren</w:t>
      </w:r>
      <w:proofErr w:type="spellEnd"/>
      <w:r>
        <w:t xml:space="preserve"> </w:t>
      </w:r>
      <w:proofErr w:type="spellStart"/>
      <w:r>
        <w:t>yiğit</w:t>
      </w:r>
      <w:proofErr w:type="spellEnd"/>
      <w:r>
        <w:t xml:space="preserve"> </w:t>
      </w:r>
      <w:proofErr w:type="spellStart"/>
      <w:r>
        <w:t>kahramanımız</w:t>
      </w:r>
      <w:proofErr w:type="spellEnd"/>
      <w:r>
        <w:t xml:space="preserve"> </w:t>
      </w:r>
      <w:proofErr w:type="spellStart"/>
      <w:r>
        <w:t>Şehit</w:t>
      </w:r>
      <w:proofErr w:type="spellEnd"/>
      <w:r>
        <w:t xml:space="preserve"> </w:t>
      </w:r>
      <w:proofErr w:type="spellStart"/>
      <w:r>
        <w:t>Piyade</w:t>
      </w:r>
      <w:proofErr w:type="spellEnd"/>
      <w:r>
        <w:t xml:space="preserve"> </w:t>
      </w:r>
      <w:proofErr w:type="spellStart"/>
      <w:r>
        <w:t>Astsubay</w:t>
      </w:r>
      <w:proofErr w:type="spellEnd"/>
      <w:r>
        <w:t xml:space="preserve"> </w:t>
      </w:r>
      <w:proofErr w:type="spellStart"/>
      <w:r>
        <w:t>Kıdemli</w:t>
      </w:r>
      <w:proofErr w:type="spellEnd"/>
      <w:r>
        <w:t xml:space="preserve"> </w:t>
      </w:r>
      <w:proofErr w:type="spellStart"/>
      <w:r>
        <w:t>Başçavuş</w:t>
      </w:r>
      <w:proofErr w:type="spellEnd"/>
      <w:r>
        <w:t xml:space="preserve"> Ömer </w:t>
      </w:r>
      <w:proofErr w:type="spellStart"/>
      <w:r>
        <w:t>Halisdemir</w:t>
      </w:r>
      <w:proofErr w:type="spellEnd"/>
      <w:r>
        <w:t xml:space="preserve">, </w:t>
      </w:r>
      <w:proofErr w:type="spellStart"/>
      <w:r>
        <w:t>Boğaziçi</w:t>
      </w:r>
      <w:proofErr w:type="spellEnd"/>
      <w:r>
        <w:t xml:space="preserve"> </w:t>
      </w:r>
      <w:proofErr w:type="spellStart"/>
      <w:r>
        <w:t>Köprüsü'nde</w:t>
      </w:r>
      <w:proofErr w:type="spellEnd"/>
      <w:r>
        <w:t xml:space="preserve"> </w:t>
      </w:r>
      <w:proofErr w:type="spellStart"/>
      <w:r>
        <w:t>omuz</w:t>
      </w:r>
      <w:proofErr w:type="spellEnd"/>
      <w:r>
        <w:t xml:space="preserve"> </w:t>
      </w:r>
      <w:proofErr w:type="spellStart"/>
      <w:r>
        <w:t>omuza</w:t>
      </w:r>
      <w:proofErr w:type="spellEnd"/>
      <w:r>
        <w:t xml:space="preserve"> can </w:t>
      </w:r>
      <w:proofErr w:type="spellStart"/>
      <w:r>
        <w:t>veren</w:t>
      </w:r>
      <w:proofErr w:type="spellEnd"/>
      <w:r>
        <w:t xml:space="preserve"> Erol </w:t>
      </w:r>
      <w:proofErr w:type="spellStart"/>
      <w:r>
        <w:t>Olçok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evladı</w:t>
      </w:r>
      <w:proofErr w:type="spellEnd"/>
      <w:r>
        <w:t xml:space="preserve"> Abdullah Tayyip </w:t>
      </w:r>
      <w:proofErr w:type="spellStart"/>
      <w:r>
        <w:t>Olçok</w:t>
      </w:r>
      <w:proofErr w:type="spellEnd"/>
      <w:r>
        <w:t xml:space="preserve"> </w:t>
      </w:r>
      <w:proofErr w:type="spellStart"/>
      <w:r>
        <w:t>başta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canını</w:t>
      </w:r>
      <w:proofErr w:type="spellEnd"/>
      <w:r>
        <w:t xml:space="preserve"> </w:t>
      </w:r>
      <w:proofErr w:type="spellStart"/>
      <w:r>
        <w:t>ortaya</w:t>
      </w:r>
      <w:proofErr w:type="spellEnd"/>
      <w:r>
        <w:t xml:space="preserve"> </w:t>
      </w:r>
      <w:proofErr w:type="spellStart"/>
      <w:r>
        <w:t>koyan</w:t>
      </w:r>
      <w:proofErr w:type="spellEnd"/>
      <w:r>
        <w:t xml:space="preserve"> 251 </w:t>
      </w:r>
      <w:proofErr w:type="spellStart"/>
      <w:r>
        <w:t>kahraman</w:t>
      </w:r>
      <w:proofErr w:type="spellEnd"/>
      <w:r>
        <w:t xml:space="preserve"> </w:t>
      </w:r>
      <w:proofErr w:type="spellStart"/>
      <w:r>
        <w:t>şehidimiz</w:t>
      </w:r>
      <w:proofErr w:type="spellEnd"/>
      <w:r>
        <w:t xml:space="preserve">, </w:t>
      </w:r>
      <w:proofErr w:type="spellStart"/>
      <w:r>
        <w:t>gönüllerimizdeki</w:t>
      </w:r>
      <w:proofErr w:type="spellEnd"/>
      <w:r>
        <w:t xml:space="preserve"> </w:t>
      </w:r>
      <w:proofErr w:type="spellStart"/>
      <w:r>
        <w:t>müstesna</w:t>
      </w:r>
      <w:proofErr w:type="spellEnd"/>
      <w:r>
        <w:t xml:space="preserve"> </w:t>
      </w:r>
      <w:proofErr w:type="spellStart"/>
      <w:r>
        <w:t>yerlerini</w:t>
      </w:r>
      <w:proofErr w:type="spellEnd"/>
      <w:r>
        <w:t xml:space="preserve"> </w:t>
      </w:r>
      <w:proofErr w:type="spellStart"/>
      <w:r>
        <w:t>sonsuza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koruyacaktır</w:t>
      </w:r>
      <w:proofErr w:type="spellEnd"/>
      <w:r>
        <w:t>.</w:t>
      </w:r>
    </w:p>
    <w:p w14:paraId="77146176" w14:textId="77777777" w:rsidR="00CA7CD3" w:rsidRDefault="00000000">
      <w:pPr>
        <w:spacing w:after="160"/>
      </w:pPr>
      <w:proofErr w:type="spellStart"/>
      <w:r>
        <w:t>Türkiye’yi</w:t>
      </w:r>
      <w:proofErr w:type="spellEnd"/>
      <w:r>
        <w:t xml:space="preserve"> </w:t>
      </w:r>
      <w:proofErr w:type="spellStart"/>
      <w:r>
        <w:t>parçalayabileceklerini</w:t>
      </w:r>
      <w:proofErr w:type="spellEnd"/>
      <w:r>
        <w:t xml:space="preserve">,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iradeyi</w:t>
      </w:r>
      <w:proofErr w:type="spellEnd"/>
      <w:r>
        <w:t xml:space="preserve"> </w:t>
      </w:r>
      <w:proofErr w:type="spellStart"/>
      <w:r>
        <w:t>esir</w:t>
      </w:r>
      <w:proofErr w:type="spellEnd"/>
      <w:r>
        <w:t xml:space="preserve"> </w:t>
      </w:r>
      <w:proofErr w:type="spellStart"/>
      <w:r>
        <w:t>alabileceklerini</w:t>
      </w:r>
      <w:proofErr w:type="spellEnd"/>
      <w:r>
        <w:t xml:space="preserve"> </w:t>
      </w:r>
      <w:proofErr w:type="spellStart"/>
      <w:r>
        <w:t>sananlar</w:t>
      </w:r>
      <w:proofErr w:type="spellEnd"/>
      <w:r>
        <w:t xml:space="preserve">; </w:t>
      </w:r>
      <w:proofErr w:type="spellStart"/>
      <w:r>
        <w:t>milletimizin</w:t>
      </w:r>
      <w:proofErr w:type="spellEnd"/>
      <w:r>
        <w:t xml:space="preserve"> </w:t>
      </w:r>
      <w:proofErr w:type="spellStart"/>
      <w:r>
        <w:t>aşılmaz</w:t>
      </w:r>
      <w:proofErr w:type="spellEnd"/>
      <w:r>
        <w:t xml:space="preserve"> </w:t>
      </w:r>
      <w:proofErr w:type="spellStart"/>
      <w:r>
        <w:t>surları</w:t>
      </w:r>
      <w:proofErr w:type="spellEnd"/>
      <w:r>
        <w:t xml:space="preserve"> </w:t>
      </w:r>
      <w:proofErr w:type="spellStart"/>
      <w:r>
        <w:t>karşısında</w:t>
      </w:r>
      <w:proofErr w:type="spellEnd"/>
      <w:r>
        <w:t xml:space="preserve"> </w:t>
      </w:r>
      <w:proofErr w:type="spellStart"/>
      <w:r>
        <w:t>hüsrana</w:t>
      </w:r>
      <w:proofErr w:type="spellEnd"/>
      <w:r>
        <w:t xml:space="preserve"> </w:t>
      </w:r>
      <w:proofErr w:type="spellStart"/>
      <w:r>
        <w:t>uğramışlardır</w:t>
      </w:r>
      <w:proofErr w:type="spellEnd"/>
      <w:r>
        <w:t xml:space="preserve">. </w:t>
      </w:r>
      <w:proofErr w:type="spellStart"/>
      <w:r>
        <w:t>Peygamber</w:t>
      </w:r>
      <w:proofErr w:type="spellEnd"/>
      <w:r>
        <w:t xml:space="preserve"> </w:t>
      </w:r>
      <w:proofErr w:type="spellStart"/>
      <w:r>
        <w:t>ocağı</w:t>
      </w:r>
      <w:proofErr w:type="spellEnd"/>
      <w:r>
        <w:t xml:space="preserve"> </w:t>
      </w:r>
      <w:proofErr w:type="spellStart"/>
      <w:r>
        <w:t>ordumuz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kahraman</w:t>
      </w:r>
      <w:proofErr w:type="spellEnd"/>
      <w:r>
        <w:t xml:space="preserve"> </w:t>
      </w:r>
      <w:proofErr w:type="spellStart"/>
      <w:r>
        <w:t>Mehmetçiğimiz</w:t>
      </w:r>
      <w:proofErr w:type="spellEnd"/>
      <w:r>
        <w:t xml:space="preserve"> </w:t>
      </w:r>
      <w:proofErr w:type="spellStart"/>
      <w:r>
        <w:t>bizim</w:t>
      </w:r>
      <w:proofErr w:type="spellEnd"/>
      <w:r>
        <w:t xml:space="preserve"> </w:t>
      </w:r>
      <w:proofErr w:type="spellStart"/>
      <w:r>
        <w:t>ebedi</w:t>
      </w:r>
      <w:proofErr w:type="spellEnd"/>
      <w:r>
        <w:t xml:space="preserve"> </w:t>
      </w:r>
      <w:proofErr w:type="spellStart"/>
      <w:r>
        <w:t>gözbebeğimizdir</w:t>
      </w:r>
      <w:proofErr w:type="spellEnd"/>
      <w:r>
        <w:t xml:space="preserve">; </w:t>
      </w:r>
      <w:proofErr w:type="spellStart"/>
      <w:r>
        <w:t>şanlı</w:t>
      </w:r>
      <w:proofErr w:type="spellEnd"/>
      <w:r>
        <w:t xml:space="preserve"> </w:t>
      </w:r>
      <w:proofErr w:type="spellStart"/>
      <w:r>
        <w:t>üniformamızı</w:t>
      </w:r>
      <w:proofErr w:type="spellEnd"/>
      <w:r>
        <w:t xml:space="preserve"> gasp </w:t>
      </w:r>
      <w:proofErr w:type="spellStart"/>
      <w:r>
        <w:t>eden</w:t>
      </w:r>
      <w:proofErr w:type="spellEnd"/>
      <w:r>
        <w:t xml:space="preserve"> </w:t>
      </w:r>
      <w:proofErr w:type="spellStart"/>
      <w:r>
        <w:t>terör</w:t>
      </w:r>
      <w:proofErr w:type="spellEnd"/>
      <w:r>
        <w:t xml:space="preserve"> </w:t>
      </w:r>
      <w:proofErr w:type="spellStart"/>
      <w:r>
        <w:t>maşaları</w:t>
      </w:r>
      <w:proofErr w:type="spellEnd"/>
      <w:r>
        <w:t xml:space="preserve"> </w:t>
      </w:r>
      <w:proofErr w:type="spellStart"/>
      <w:r>
        <w:t>asla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necip</w:t>
      </w:r>
      <w:proofErr w:type="spellEnd"/>
      <w:r>
        <w:t xml:space="preserve"> </w:t>
      </w:r>
      <w:proofErr w:type="spellStart"/>
      <w:r>
        <w:t>milletin</w:t>
      </w:r>
      <w:proofErr w:type="spellEnd"/>
      <w:r>
        <w:t xml:space="preserve"> </w:t>
      </w:r>
      <w:proofErr w:type="spellStart"/>
      <w:r>
        <w:t>şerefli</w:t>
      </w:r>
      <w:proofErr w:type="spellEnd"/>
      <w:r>
        <w:t xml:space="preserve"> </w:t>
      </w:r>
      <w:proofErr w:type="spellStart"/>
      <w:r>
        <w:t>ordusunu</w:t>
      </w:r>
      <w:proofErr w:type="spellEnd"/>
      <w:r>
        <w:t xml:space="preserve"> </w:t>
      </w:r>
      <w:proofErr w:type="spellStart"/>
      <w:r>
        <w:t>temsil</w:t>
      </w:r>
      <w:proofErr w:type="spellEnd"/>
      <w:r>
        <w:t xml:space="preserve"> </w:t>
      </w:r>
      <w:proofErr w:type="spellStart"/>
      <w:r>
        <w:t>edemez</w:t>
      </w:r>
      <w:proofErr w:type="spellEnd"/>
      <w:r>
        <w:t>.</w:t>
      </w:r>
    </w:p>
    <w:p w14:paraId="63EBF61C" w14:textId="77777777" w:rsidR="00CA7CD3" w:rsidRDefault="00000000">
      <w:pPr>
        <w:spacing w:after="160"/>
      </w:pPr>
      <w:proofErr w:type="spellStart"/>
      <w:r>
        <w:t>Sevgili</w:t>
      </w:r>
      <w:proofErr w:type="spellEnd"/>
      <w:r>
        <w:t xml:space="preserve"> </w:t>
      </w:r>
      <w:proofErr w:type="spellStart"/>
      <w:r>
        <w:t>Gençler</w:t>
      </w:r>
      <w:proofErr w:type="spellEnd"/>
      <w:r>
        <w:t>,</w:t>
      </w:r>
      <w:r>
        <w:br/>
      </w:r>
      <w:proofErr w:type="spellStart"/>
      <w:r>
        <w:t>Sizler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vatanın</w:t>
      </w:r>
      <w:proofErr w:type="spellEnd"/>
      <w:r>
        <w:t xml:space="preserve"> </w:t>
      </w:r>
      <w:proofErr w:type="spellStart"/>
      <w:r>
        <w:t>geleceği</w:t>
      </w:r>
      <w:proofErr w:type="spellEnd"/>
      <w:r>
        <w:t xml:space="preserve">, </w:t>
      </w:r>
      <w:proofErr w:type="spellStart"/>
      <w:r>
        <w:t>şehitlerimizin</w:t>
      </w:r>
      <w:proofErr w:type="spellEnd"/>
      <w:r>
        <w:t xml:space="preserve"> </w:t>
      </w:r>
      <w:proofErr w:type="spellStart"/>
      <w:r>
        <w:t>emanetçisisiniz</w:t>
      </w:r>
      <w:proofErr w:type="spellEnd"/>
      <w:r>
        <w:t xml:space="preserve">.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ruhunu</w:t>
      </w:r>
      <w:proofErr w:type="spellEnd"/>
      <w:r>
        <w:t xml:space="preserve"> </w:t>
      </w:r>
      <w:proofErr w:type="spellStart"/>
      <w:r>
        <w:t>yaşatmak</w:t>
      </w:r>
      <w:proofErr w:type="spellEnd"/>
      <w:r>
        <w:t xml:space="preserve">; </w:t>
      </w:r>
      <w:proofErr w:type="spellStart"/>
      <w:r>
        <w:t>aklınızı</w:t>
      </w:r>
      <w:proofErr w:type="spellEnd"/>
      <w:r>
        <w:t xml:space="preserve">, </w:t>
      </w:r>
      <w:proofErr w:type="spellStart"/>
      <w:r>
        <w:t>vicdanınızı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iradenizi</w:t>
      </w:r>
      <w:proofErr w:type="spellEnd"/>
      <w:r>
        <w:t xml:space="preserve"> </w:t>
      </w:r>
      <w:proofErr w:type="spellStart"/>
      <w:r>
        <w:t>hiçbir</w:t>
      </w:r>
      <w:proofErr w:type="spellEnd"/>
      <w:r>
        <w:t xml:space="preserve"> </w:t>
      </w:r>
      <w:proofErr w:type="spellStart"/>
      <w:r>
        <w:t>karanlık</w:t>
      </w:r>
      <w:proofErr w:type="spellEnd"/>
      <w:r>
        <w:t xml:space="preserve"> </w:t>
      </w:r>
      <w:proofErr w:type="spellStart"/>
      <w:r>
        <w:t>yapıya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etmemek</w:t>
      </w:r>
      <w:proofErr w:type="spellEnd"/>
      <w:r>
        <w:t xml:space="preserve">; </w:t>
      </w:r>
      <w:proofErr w:type="spellStart"/>
      <w:r>
        <w:t>bayrağınıza</w:t>
      </w:r>
      <w:proofErr w:type="spellEnd"/>
      <w:r>
        <w:t xml:space="preserve">, </w:t>
      </w:r>
      <w:proofErr w:type="spellStart"/>
      <w:r>
        <w:t>devletinize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demokrasinize</w:t>
      </w:r>
      <w:proofErr w:type="spellEnd"/>
      <w:r>
        <w:t xml:space="preserve"> </w:t>
      </w:r>
      <w:proofErr w:type="spellStart"/>
      <w:r>
        <w:t>sımsıkı</w:t>
      </w:r>
      <w:proofErr w:type="spellEnd"/>
      <w:r>
        <w:t xml:space="preserve"> </w:t>
      </w:r>
      <w:proofErr w:type="spellStart"/>
      <w:r>
        <w:t>bağlanmaktır</w:t>
      </w:r>
      <w:proofErr w:type="spellEnd"/>
      <w:r>
        <w:t xml:space="preserve">. </w:t>
      </w:r>
      <w:proofErr w:type="spellStart"/>
      <w:r>
        <w:t>İlimle</w:t>
      </w:r>
      <w:proofErr w:type="spellEnd"/>
      <w:r>
        <w:t xml:space="preserve">, </w:t>
      </w:r>
      <w:proofErr w:type="spellStart"/>
      <w:r>
        <w:t>fenle</w:t>
      </w:r>
      <w:proofErr w:type="spellEnd"/>
      <w:r>
        <w:t xml:space="preserve">, </w:t>
      </w:r>
      <w:proofErr w:type="spellStart"/>
      <w:r>
        <w:t>erdemle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durmaksızın</w:t>
      </w:r>
      <w:proofErr w:type="spellEnd"/>
      <w:r>
        <w:t xml:space="preserve"> </w:t>
      </w:r>
      <w:proofErr w:type="spellStart"/>
      <w:r>
        <w:t>çalışarak</w:t>
      </w:r>
      <w:proofErr w:type="spellEnd"/>
      <w:r>
        <w:t xml:space="preserve"> </w:t>
      </w:r>
      <w:proofErr w:type="spellStart"/>
      <w:r>
        <w:t>ülkemizi</w:t>
      </w:r>
      <w:proofErr w:type="spellEnd"/>
      <w:r>
        <w:t xml:space="preserve"> </w:t>
      </w:r>
      <w:proofErr w:type="spellStart"/>
      <w:r>
        <w:t>muasır</w:t>
      </w:r>
      <w:proofErr w:type="spellEnd"/>
      <w:r>
        <w:t xml:space="preserve"> </w:t>
      </w:r>
      <w:proofErr w:type="spellStart"/>
      <w:r>
        <w:t>medeniyetlerin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üst</w:t>
      </w:r>
      <w:proofErr w:type="spellEnd"/>
      <w:r>
        <w:t xml:space="preserve"> </w:t>
      </w:r>
      <w:proofErr w:type="spellStart"/>
      <w:r>
        <w:t>noktasına</w:t>
      </w:r>
      <w:proofErr w:type="spellEnd"/>
      <w:r>
        <w:t xml:space="preserve"> </w:t>
      </w:r>
      <w:proofErr w:type="spellStart"/>
      <w:r>
        <w:t>ulaştırmak</w:t>
      </w:r>
      <w:proofErr w:type="spellEnd"/>
      <w:r>
        <w:t xml:space="preserve"> </w:t>
      </w:r>
      <w:proofErr w:type="spellStart"/>
      <w:r>
        <w:t>şehitlerimize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vefa</w:t>
      </w:r>
      <w:proofErr w:type="spellEnd"/>
      <w:r>
        <w:t xml:space="preserve"> </w:t>
      </w:r>
      <w:proofErr w:type="spellStart"/>
      <w:r>
        <w:t>borcumuzdur</w:t>
      </w:r>
      <w:proofErr w:type="spellEnd"/>
      <w:r>
        <w:t>.</w:t>
      </w:r>
    </w:p>
    <w:p w14:paraId="6E4D6EF4" w14:textId="77777777" w:rsidR="00CA7CD3" w:rsidRDefault="00000000">
      <w:pPr>
        <w:spacing w:after="160"/>
      </w:pPr>
      <w:r>
        <w:t xml:space="preserve">Bu </w:t>
      </w:r>
      <w:proofErr w:type="spellStart"/>
      <w:r>
        <w:t>duygu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düşüncelerle</w:t>
      </w:r>
      <w:proofErr w:type="spellEnd"/>
      <w:r>
        <w:t xml:space="preserve">; </w:t>
      </w:r>
      <w:proofErr w:type="spellStart"/>
      <w:r>
        <w:t>başta</w:t>
      </w:r>
      <w:proofErr w:type="spellEnd"/>
      <w:r>
        <w:t xml:space="preserve"> 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şehitlerimiz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şehitlerimizi</w:t>
      </w:r>
      <w:proofErr w:type="spellEnd"/>
      <w:r>
        <w:t xml:space="preserve"> </w:t>
      </w:r>
      <w:proofErr w:type="spellStart"/>
      <w:r>
        <w:t>sonsuz</w:t>
      </w:r>
      <w:proofErr w:type="spellEnd"/>
      <w:r>
        <w:t xml:space="preserve"> </w:t>
      </w:r>
      <w:proofErr w:type="spellStart"/>
      <w:r>
        <w:t>rahmet</w:t>
      </w:r>
      <w:proofErr w:type="spellEnd"/>
      <w:r>
        <w:t xml:space="preserve">, </w:t>
      </w:r>
      <w:proofErr w:type="spellStart"/>
      <w:r>
        <w:t>minnet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dualarla</w:t>
      </w:r>
      <w:proofErr w:type="spellEnd"/>
      <w:r>
        <w:t xml:space="preserve"> </w:t>
      </w:r>
      <w:proofErr w:type="spellStart"/>
      <w:r>
        <w:t>anıyor</w:t>
      </w:r>
      <w:proofErr w:type="spellEnd"/>
      <w:r>
        <w:t xml:space="preserve">; </w:t>
      </w:r>
      <w:proofErr w:type="spellStart"/>
      <w:r>
        <w:t>kahraman</w:t>
      </w:r>
      <w:proofErr w:type="spellEnd"/>
      <w:r>
        <w:t xml:space="preserve"> </w:t>
      </w:r>
      <w:proofErr w:type="spellStart"/>
      <w:r>
        <w:t>gazilerimize</w:t>
      </w:r>
      <w:proofErr w:type="spellEnd"/>
      <w:r>
        <w:t xml:space="preserve"> </w:t>
      </w:r>
      <w:proofErr w:type="spellStart"/>
      <w:r>
        <w:t>şükranlarımızı</w:t>
      </w:r>
      <w:proofErr w:type="spellEnd"/>
      <w:r>
        <w:t xml:space="preserve"> </w:t>
      </w:r>
      <w:proofErr w:type="spellStart"/>
      <w:r>
        <w:t>sunuyoruz</w:t>
      </w:r>
      <w:proofErr w:type="spellEnd"/>
      <w:r>
        <w:t>.</w:t>
      </w:r>
    </w:p>
    <w:p w14:paraId="2BA67E3A" w14:textId="77777777" w:rsidR="00CA7CD3" w:rsidRDefault="00000000">
      <w:pPr>
        <w:spacing w:after="160"/>
      </w:pPr>
      <w:proofErr w:type="spellStart"/>
      <w:r>
        <w:rPr>
          <w:b/>
        </w:rPr>
        <w:t>Vatanımız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payidar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birliğimiz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dirliğimiz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olsun</w:t>
      </w:r>
      <w:proofErr w:type="spellEnd"/>
      <w:r>
        <w:rPr>
          <w:b/>
        </w:rPr>
        <w:t>!</w:t>
      </w:r>
    </w:p>
    <w:p w14:paraId="2D454D04" w14:textId="77777777" w:rsidR="00CA7CD3" w:rsidRDefault="00000000">
      <w:r>
        <w:br w:type="page"/>
      </w:r>
    </w:p>
    <w:p w14:paraId="56A8530A" w14:textId="77777777" w:rsidR="00CA7CD3" w:rsidRDefault="00000000">
      <w:pPr>
        <w:pStyle w:val="Balk1"/>
        <w:spacing w:after="360"/>
        <w:jc w:val="center"/>
      </w:pPr>
      <w:r>
        <w:lastRenderedPageBreak/>
        <w:t>ÖĞRENCİ TEMSİLCİSİ KONUŞMA METNİ</w:t>
      </w:r>
      <w:r>
        <w:br/>
        <w:t>"15 TEMMUZ VE MİLLÎ İRADE BİLİNCİ"</w:t>
      </w:r>
    </w:p>
    <w:p w14:paraId="12869681" w14:textId="77777777" w:rsidR="00CA7CD3" w:rsidRDefault="00000000">
      <w:pPr>
        <w:spacing w:after="120"/>
      </w:pPr>
      <w:proofErr w:type="spellStart"/>
      <w:r>
        <w:t>Sayın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Müdürüm</w:t>
      </w:r>
      <w:proofErr w:type="spellEnd"/>
      <w:r>
        <w:t xml:space="preserve">, </w:t>
      </w:r>
      <w:proofErr w:type="spellStart"/>
      <w:r>
        <w:t>Kıymetli</w:t>
      </w:r>
      <w:proofErr w:type="spellEnd"/>
      <w:r>
        <w:t xml:space="preserve"> </w:t>
      </w:r>
      <w:proofErr w:type="spellStart"/>
      <w:r>
        <w:t>Öğretmenlerim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Devgili</w:t>
      </w:r>
      <w:proofErr w:type="spellEnd"/>
      <w:r>
        <w:t xml:space="preserve"> </w:t>
      </w:r>
      <w:proofErr w:type="spellStart"/>
      <w:r>
        <w:t>Arkadaşlarım</w:t>
      </w:r>
      <w:proofErr w:type="spellEnd"/>
      <w:r>
        <w:t>,</w:t>
      </w:r>
    </w:p>
    <w:p w14:paraId="50488D9B" w14:textId="77777777" w:rsidR="00CA7CD3" w:rsidRDefault="00000000">
      <w:pPr>
        <w:spacing w:after="120"/>
      </w:pPr>
      <w:proofErr w:type="spellStart"/>
      <w:r>
        <w:t>Bugün</w:t>
      </w:r>
      <w:proofErr w:type="spellEnd"/>
      <w:r>
        <w:t xml:space="preserve"> </w:t>
      </w:r>
      <w:proofErr w:type="spellStart"/>
      <w:r>
        <w:t>burada</w:t>
      </w:r>
      <w:proofErr w:type="spellEnd"/>
      <w:r>
        <w:t xml:space="preserve">, bir </w:t>
      </w:r>
      <w:proofErr w:type="spellStart"/>
      <w:r>
        <w:t>milletin</w:t>
      </w:r>
      <w:proofErr w:type="spellEnd"/>
      <w:r>
        <w:t xml:space="preserve"> </w:t>
      </w:r>
      <w:proofErr w:type="spellStart"/>
      <w:r>
        <w:t>karanlık</w:t>
      </w:r>
      <w:proofErr w:type="spellEnd"/>
      <w:r>
        <w:t xml:space="preserve"> bir </w:t>
      </w:r>
      <w:proofErr w:type="spellStart"/>
      <w:r>
        <w:t>geceden</w:t>
      </w:r>
      <w:proofErr w:type="spellEnd"/>
      <w:r>
        <w:t xml:space="preserve"> </w:t>
      </w:r>
      <w:proofErr w:type="spellStart"/>
      <w:r>
        <w:t>aydınlık</w:t>
      </w:r>
      <w:proofErr w:type="spellEnd"/>
      <w:r>
        <w:t xml:space="preserve"> bir </w:t>
      </w:r>
      <w:proofErr w:type="spellStart"/>
      <w:r>
        <w:t>sabaha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</w:t>
      </w:r>
      <w:proofErr w:type="spellStart"/>
      <w:r>
        <w:t>ulaştığını</w:t>
      </w:r>
      <w:proofErr w:type="spellEnd"/>
      <w:r>
        <w:t xml:space="preserve">, </w:t>
      </w:r>
      <w:proofErr w:type="spellStart"/>
      <w:r>
        <w:t>bağımsızlığın</w:t>
      </w:r>
      <w:proofErr w:type="spellEnd"/>
      <w:r>
        <w:t xml:space="preserve"> ne </w:t>
      </w:r>
      <w:proofErr w:type="spellStart"/>
      <w:r>
        <w:t>denli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bedellerle</w:t>
      </w:r>
      <w:proofErr w:type="spellEnd"/>
      <w:r>
        <w:t xml:space="preserve"> </w:t>
      </w:r>
      <w:proofErr w:type="spellStart"/>
      <w:r>
        <w:t>korunduğunu</w:t>
      </w:r>
      <w:proofErr w:type="spellEnd"/>
      <w:r>
        <w:t xml:space="preserve"> </w:t>
      </w:r>
      <w:proofErr w:type="spellStart"/>
      <w:r>
        <w:t>hatırlamak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hatırlatmak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bir </w:t>
      </w:r>
      <w:proofErr w:type="spellStart"/>
      <w:r>
        <w:t>aradayız</w:t>
      </w:r>
      <w:proofErr w:type="spellEnd"/>
      <w:r>
        <w:t>.</w:t>
      </w:r>
    </w:p>
    <w:p w14:paraId="0A6D5CBC" w14:textId="77777777" w:rsidR="00CA7CD3" w:rsidRDefault="00000000">
      <w:pPr>
        <w:spacing w:after="120"/>
      </w:pPr>
      <w:r>
        <w:t xml:space="preserve">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gecesi</w:t>
      </w:r>
      <w:proofErr w:type="spellEnd"/>
      <w:r>
        <w:t xml:space="preserve">, </w:t>
      </w:r>
      <w:proofErr w:type="spellStart"/>
      <w:r>
        <w:t>televizyon</w:t>
      </w:r>
      <w:proofErr w:type="spellEnd"/>
      <w:r>
        <w:t xml:space="preserve"> </w:t>
      </w:r>
      <w:proofErr w:type="spellStart"/>
      <w:r>
        <w:t>ekranlarında</w:t>
      </w:r>
      <w:proofErr w:type="spellEnd"/>
      <w:r>
        <w:t xml:space="preserve"> </w:t>
      </w:r>
      <w:proofErr w:type="spellStart"/>
      <w:r>
        <w:t>gördüğümüz</w:t>
      </w:r>
      <w:proofErr w:type="spellEnd"/>
      <w:r>
        <w:t xml:space="preserve"> o </w:t>
      </w:r>
      <w:proofErr w:type="spellStart"/>
      <w:r>
        <w:t>hain</w:t>
      </w:r>
      <w:proofErr w:type="spellEnd"/>
      <w:r>
        <w:t xml:space="preserve"> </w:t>
      </w:r>
      <w:proofErr w:type="spellStart"/>
      <w:r>
        <w:t>kalkışma</w:t>
      </w:r>
      <w:proofErr w:type="spellEnd"/>
      <w:r>
        <w:t xml:space="preserve">, </w:t>
      </w:r>
      <w:proofErr w:type="spellStart"/>
      <w:r>
        <w:t>sokaklara</w:t>
      </w:r>
      <w:proofErr w:type="spellEnd"/>
      <w:r>
        <w:t xml:space="preserve"> </w:t>
      </w:r>
      <w:proofErr w:type="spellStart"/>
      <w:r>
        <w:t>dökülen</w:t>
      </w:r>
      <w:proofErr w:type="spellEnd"/>
      <w:r>
        <w:t xml:space="preserve"> </w:t>
      </w:r>
      <w:proofErr w:type="spellStart"/>
      <w:r>
        <w:t>yüz</w:t>
      </w:r>
      <w:proofErr w:type="spellEnd"/>
      <w:r>
        <w:t xml:space="preserve"> </w:t>
      </w:r>
      <w:proofErr w:type="spellStart"/>
      <w:r>
        <w:t>binlerin</w:t>
      </w:r>
      <w:proofErr w:type="spellEnd"/>
      <w:r>
        <w:t xml:space="preserve"> </w:t>
      </w:r>
      <w:proofErr w:type="spellStart"/>
      <w:r>
        <w:t>inancıyla</w:t>
      </w:r>
      <w:proofErr w:type="spellEnd"/>
      <w:r>
        <w:t xml:space="preserve"> bir </w:t>
      </w:r>
      <w:proofErr w:type="spellStart"/>
      <w:r>
        <w:t>zafere</w:t>
      </w:r>
      <w:proofErr w:type="spellEnd"/>
      <w:r>
        <w:t xml:space="preserve"> </w:t>
      </w:r>
      <w:proofErr w:type="spellStart"/>
      <w:r>
        <w:t>dönüştü</w:t>
      </w:r>
      <w:proofErr w:type="spellEnd"/>
      <w:r>
        <w:t xml:space="preserve">. O </w:t>
      </w:r>
      <w:proofErr w:type="spellStart"/>
      <w:r>
        <w:t>gece</w:t>
      </w:r>
      <w:proofErr w:type="spellEnd"/>
      <w:r>
        <w:t xml:space="preserve"> </w:t>
      </w:r>
      <w:proofErr w:type="spellStart"/>
      <w:r>
        <w:t>öğrendik</w:t>
      </w:r>
      <w:proofErr w:type="spellEnd"/>
      <w:r>
        <w:t xml:space="preserve"> ki </w:t>
      </w:r>
      <w:proofErr w:type="spellStart"/>
      <w:r>
        <w:t>bu</w:t>
      </w:r>
      <w:proofErr w:type="spellEnd"/>
      <w:r>
        <w:t xml:space="preserve"> </w:t>
      </w:r>
      <w:proofErr w:type="spellStart"/>
      <w:r>
        <w:t>topraklarda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sevgisi</w:t>
      </w:r>
      <w:proofErr w:type="spellEnd"/>
      <w:r>
        <w:t xml:space="preserve"> </w:t>
      </w:r>
      <w:proofErr w:type="spellStart"/>
      <w:r>
        <w:t>sözde</w:t>
      </w:r>
      <w:proofErr w:type="spellEnd"/>
      <w:r>
        <w:t xml:space="preserve"> </w:t>
      </w:r>
      <w:proofErr w:type="spellStart"/>
      <w:r>
        <w:t>kalmaz</w:t>
      </w:r>
      <w:proofErr w:type="spellEnd"/>
      <w:r>
        <w:t xml:space="preserve">;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tehlikeye</w:t>
      </w:r>
      <w:proofErr w:type="spellEnd"/>
      <w:r>
        <w:t xml:space="preserve"> </w:t>
      </w:r>
      <w:proofErr w:type="spellStart"/>
      <w:r>
        <w:t>düştüğünde</w:t>
      </w:r>
      <w:proofErr w:type="spellEnd"/>
      <w:r>
        <w:t xml:space="preserve"> </w:t>
      </w:r>
      <w:proofErr w:type="spellStart"/>
      <w:r>
        <w:t>gençler</w:t>
      </w:r>
      <w:proofErr w:type="spellEnd"/>
      <w:r>
        <w:t xml:space="preserve">, </w:t>
      </w:r>
      <w:proofErr w:type="spellStart"/>
      <w:r>
        <w:t>kadınlar</w:t>
      </w:r>
      <w:proofErr w:type="spellEnd"/>
      <w:r>
        <w:t xml:space="preserve">, </w:t>
      </w:r>
      <w:proofErr w:type="spellStart"/>
      <w:r>
        <w:t>dedeler</w:t>
      </w:r>
      <w:proofErr w:type="spellEnd"/>
      <w:r>
        <w:t xml:space="preserve"> </w:t>
      </w:r>
      <w:proofErr w:type="spellStart"/>
      <w:r>
        <w:t>gözünü</w:t>
      </w:r>
      <w:proofErr w:type="spellEnd"/>
      <w:r>
        <w:t xml:space="preserve"> </w:t>
      </w:r>
      <w:proofErr w:type="spellStart"/>
      <w:r>
        <w:t>kırpmadan</w:t>
      </w:r>
      <w:proofErr w:type="spellEnd"/>
      <w:r>
        <w:t xml:space="preserve"> </w:t>
      </w:r>
      <w:proofErr w:type="spellStart"/>
      <w:r>
        <w:t>tankların</w:t>
      </w:r>
      <w:proofErr w:type="spellEnd"/>
      <w:r>
        <w:t xml:space="preserve"> </w:t>
      </w:r>
      <w:proofErr w:type="spellStart"/>
      <w:r>
        <w:t>önüne</w:t>
      </w:r>
      <w:proofErr w:type="spellEnd"/>
      <w:r>
        <w:t xml:space="preserve"> </w:t>
      </w:r>
      <w:proofErr w:type="spellStart"/>
      <w:r>
        <w:t>atılır</w:t>
      </w:r>
      <w:proofErr w:type="spellEnd"/>
      <w:r>
        <w:t>.</w:t>
      </w:r>
    </w:p>
    <w:p w14:paraId="208B6194" w14:textId="77777777" w:rsidR="00CA7CD3" w:rsidRDefault="00000000">
      <w:pPr>
        <w:spacing w:after="120"/>
      </w:pPr>
      <w:proofErr w:type="spellStart"/>
      <w:r>
        <w:t>Bizler</w:t>
      </w:r>
      <w:proofErr w:type="spellEnd"/>
      <w:r>
        <w:t xml:space="preserve"> </w:t>
      </w:r>
      <w:proofErr w:type="spellStart"/>
      <w:r>
        <w:t>Türk</w:t>
      </w:r>
      <w:proofErr w:type="spellEnd"/>
      <w:r>
        <w:t xml:space="preserve"> </w:t>
      </w:r>
      <w:proofErr w:type="spellStart"/>
      <w:r>
        <w:t>gençliği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; Mustafa Kemal </w:t>
      </w:r>
      <w:proofErr w:type="spellStart"/>
      <w:r>
        <w:t>Atatürk’ün</w:t>
      </w:r>
      <w:proofErr w:type="spellEnd"/>
      <w:r>
        <w:t xml:space="preserve"> "Ey </w:t>
      </w:r>
      <w:proofErr w:type="spellStart"/>
      <w:r>
        <w:t>Türk</w:t>
      </w:r>
      <w:proofErr w:type="spellEnd"/>
      <w:r>
        <w:t xml:space="preserve"> </w:t>
      </w:r>
      <w:proofErr w:type="spellStart"/>
      <w:r>
        <w:t>istikbalinin</w:t>
      </w:r>
      <w:proofErr w:type="spellEnd"/>
      <w:r>
        <w:t xml:space="preserve"> </w:t>
      </w:r>
      <w:proofErr w:type="spellStart"/>
      <w:r>
        <w:t>evladı</w:t>
      </w:r>
      <w:proofErr w:type="spellEnd"/>
      <w:r>
        <w:t xml:space="preserve">! </w:t>
      </w:r>
      <w:proofErr w:type="spellStart"/>
      <w:r>
        <w:t>İşte</w:t>
      </w:r>
      <w:proofErr w:type="spellEnd"/>
      <w:r>
        <w:t xml:space="preserve">, </w:t>
      </w:r>
      <w:proofErr w:type="spellStart"/>
      <w:r>
        <w:t>bu</w:t>
      </w:r>
      <w:proofErr w:type="spellEnd"/>
      <w:r>
        <w:t xml:space="preserve"> </w:t>
      </w:r>
      <w:proofErr w:type="spellStart"/>
      <w:r>
        <w:t>ahval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şerait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dahi</w:t>
      </w:r>
      <w:proofErr w:type="spellEnd"/>
      <w:r>
        <w:t xml:space="preserve"> </w:t>
      </w:r>
      <w:proofErr w:type="spellStart"/>
      <w:r>
        <w:t>vazifen</w:t>
      </w:r>
      <w:proofErr w:type="spellEnd"/>
      <w:r>
        <w:t xml:space="preserve">; </w:t>
      </w:r>
      <w:proofErr w:type="spellStart"/>
      <w:r>
        <w:t>Türk</w:t>
      </w:r>
      <w:proofErr w:type="spellEnd"/>
      <w:r>
        <w:t xml:space="preserve"> </w:t>
      </w:r>
      <w:proofErr w:type="spellStart"/>
      <w:r>
        <w:t>istiklâl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cumhuriyetini</w:t>
      </w:r>
      <w:proofErr w:type="spellEnd"/>
      <w:r>
        <w:t xml:space="preserve"> </w:t>
      </w:r>
      <w:proofErr w:type="spellStart"/>
      <w:r>
        <w:t>kurtarmaktır</w:t>
      </w:r>
      <w:proofErr w:type="spellEnd"/>
      <w:r>
        <w:t xml:space="preserve">!" </w:t>
      </w:r>
      <w:proofErr w:type="spellStart"/>
      <w:r>
        <w:t>sözünün</w:t>
      </w:r>
      <w:proofErr w:type="spellEnd"/>
      <w:r>
        <w:t xml:space="preserve"> </w:t>
      </w:r>
      <w:proofErr w:type="spellStart"/>
      <w:r>
        <w:t>bilincindeyiz</w:t>
      </w:r>
      <w:proofErr w:type="spellEnd"/>
      <w:r>
        <w:t xml:space="preserve">. </w:t>
      </w:r>
      <w:proofErr w:type="spellStart"/>
      <w:r>
        <w:t>Şehitlerimizin</w:t>
      </w:r>
      <w:proofErr w:type="spellEnd"/>
      <w:r>
        <w:t xml:space="preserve"> </w:t>
      </w:r>
      <w:proofErr w:type="spellStart"/>
      <w:r>
        <w:t>kanıyla</w:t>
      </w:r>
      <w:proofErr w:type="spellEnd"/>
      <w:r>
        <w:t xml:space="preserve"> </w:t>
      </w:r>
      <w:proofErr w:type="spellStart"/>
      <w:r>
        <w:t>sulanan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topraklarında</w:t>
      </w:r>
      <w:proofErr w:type="spellEnd"/>
      <w:r>
        <w:t xml:space="preserve"> </w:t>
      </w:r>
      <w:proofErr w:type="spellStart"/>
      <w:r>
        <w:t>hiçbir</w:t>
      </w:r>
      <w:proofErr w:type="spellEnd"/>
      <w:r>
        <w:t xml:space="preserve"> </w:t>
      </w:r>
      <w:proofErr w:type="spellStart"/>
      <w:r>
        <w:t>gücün</w:t>
      </w:r>
      <w:proofErr w:type="spellEnd"/>
      <w:r>
        <w:t xml:space="preserve"> </w:t>
      </w:r>
      <w:proofErr w:type="spellStart"/>
      <w:r>
        <w:t>hürriyetimize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uzatmasına</w:t>
      </w:r>
      <w:proofErr w:type="spellEnd"/>
      <w:r>
        <w:t xml:space="preserve"> </w:t>
      </w:r>
      <w:proofErr w:type="spellStart"/>
      <w:r>
        <w:t>müsaade</w:t>
      </w:r>
      <w:proofErr w:type="spellEnd"/>
      <w:r>
        <w:t xml:space="preserve"> </w:t>
      </w:r>
      <w:proofErr w:type="spellStart"/>
      <w:r>
        <w:t>etmeyeceğiz</w:t>
      </w:r>
      <w:proofErr w:type="spellEnd"/>
      <w:r>
        <w:t>.</w:t>
      </w:r>
    </w:p>
    <w:p w14:paraId="1E2B36F8" w14:textId="77777777" w:rsidR="00CA7CD3" w:rsidRDefault="00000000">
      <w:pPr>
        <w:spacing w:after="120"/>
      </w:pPr>
      <w:proofErr w:type="spellStart"/>
      <w:r>
        <w:t>Kalemimizle</w:t>
      </w:r>
      <w:proofErr w:type="spellEnd"/>
      <w:r>
        <w:t xml:space="preserve">, </w:t>
      </w:r>
      <w:proofErr w:type="spellStart"/>
      <w:r>
        <w:t>ilmimizle</w:t>
      </w:r>
      <w:proofErr w:type="spellEnd"/>
      <w:r>
        <w:t xml:space="preserve">, </w:t>
      </w:r>
      <w:proofErr w:type="spellStart"/>
      <w:r>
        <w:t>ahlakımızla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sarsılmaz</w:t>
      </w:r>
      <w:proofErr w:type="spellEnd"/>
      <w:r>
        <w:t xml:space="preserve"> </w:t>
      </w:r>
      <w:proofErr w:type="spellStart"/>
      <w:r>
        <w:t>inancımızla</w:t>
      </w:r>
      <w:proofErr w:type="spellEnd"/>
      <w:r>
        <w:t xml:space="preserve"> </w:t>
      </w:r>
      <w:proofErr w:type="spellStart"/>
      <w:r>
        <w:t>çok</w:t>
      </w:r>
      <w:proofErr w:type="spellEnd"/>
      <w:r>
        <w:t xml:space="preserve"> </w:t>
      </w:r>
      <w:proofErr w:type="spellStart"/>
      <w:r>
        <w:t>çalışacağız</w:t>
      </w:r>
      <w:proofErr w:type="spellEnd"/>
      <w:r>
        <w:t xml:space="preserve">. </w:t>
      </w:r>
      <w:proofErr w:type="spellStart"/>
      <w:r>
        <w:t>Bayrağımızı</w:t>
      </w:r>
      <w:proofErr w:type="spellEnd"/>
      <w:r>
        <w:t xml:space="preserve"> </w:t>
      </w:r>
      <w:proofErr w:type="spellStart"/>
      <w:r>
        <w:t>daima</w:t>
      </w:r>
      <w:proofErr w:type="spellEnd"/>
      <w:r>
        <w:t xml:space="preserve"> </w:t>
      </w:r>
      <w:proofErr w:type="spellStart"/>
      <w:r>
        <w:t>göklerde</w:t>
      </w:r>
      <w:proofErr w:type="spellEnd"/>
      <w:r>
        <w:t xml:space="preserve"> </w:t>
      </w:r>
      <w:proofErr w:type="spellStart"/>
      <w:r>
        <w:t>dalgalandıracak</w:t>
      </w:r>
      <w:proofErr w:type="spellEnd"/>
      <w:r>
        <w:t xml:space="preserve">, </w:t>
      </w:r>
      <w:proofErr w:type="spellStart"/>
      <w:r>
        <w:t>şehitlerimizin</w:t>
      </w:r>
      <w:proofErr w:type="spellEnd"/>
      <w:r>
        <w:t xml:space="preserve"> </w:t>
      </w:r>
      <w:proofErr w:type="spellStart"/>
      <w:r>
        <w:t>aziz</w:t>
      </w:r>
      <w:proofErr w:type="spellEnd"/>
      <w:r>
        <w:t xml:space="preserve"> </w:t>
      </w:r>
      <w:proofErr w:type="spellStart"/>
      <w:r>
        <w:t>hatırasını</w:t>
      </w:r>
      <w:proofErr w:type="spellEnd"/>
      <w:r>
        <w:t xml:space="preserve"> </w:t>
      </w:r>
      <w:proofErr w:type="spellStart"/>
      <w:r>
        <w:t>asla</w:t>
      </w:r>
      <w:proofErr w:type="spellEnd"/>
      <w:r>
        <w:t xml:space="preserve"> </w:t>
      </w:r>
      <w:proofErr w:type="spellStart"/>
      <w:r>
        <w:t>unutturmayacağız</w:t>
      </w:r>
      <w:proofErr w:type="spellEnd"/>
      <w:r>
        <w:t>.</w:t>
      </w:r>
    </w:p>
    <w:p w14:paraId="7AE89784" w14:textId="77777777" w:rsidR="00CA7CD3" w:rsidRDefault="00000000">
      <w:pPr>
        <w:spacing w:after="120"/>
      </w:pPr>
      <w:proofErr w:type="spellStart"/>
      <w:r>
        <w:t>Tüm</w:t>
      </w:r>
      <w:proofErr w:type="spellEnd"/>
      <w:r>
        <w:t xml:space="preserve"> </w:t>
      </w:r>
      <w:proofErr w:type="spellStart"/>
      <w:r>
        <w:t>şehitlerimizin</w:t>
      </w:r>
      <w:proofErr w:type="spellEnd"/>
      <w:r>
        <w:t xml:space="preserve"> </w:t>
      </w:r>
      <w:proofErr w:type="spellStart"/>
      <w:r>
        <w:t>ruhları</w:t>
      </w:r>
      <w:proofErr w:type="spellEnd"/>
      <w:r>
        <w:t xml:space="preserve"> </w:t>
      </w:r>
      <w:proofErr w:type="spellStart"/>
      <w:r>
        <w:t>şad</w:t>
      </w:r>
      <w:proofErr w:type="spellEnd"/>
      <w:r>
        <w:t xml:space="preserve">, </w:t>
      </w:r>
      <w:proofErr w:type="spellStart"/>
      <w:r>
        <w:t>mekânları</w:t>
      </w:r>
      <w:proofErr w:type="spellEnd"/>
      <w:r>
        <w:t xml:space="preserve"> </w:t>
      </w:r>
      <w:proofErr w:type="spellStart"/>
      <w:r>
        <w:t>cennet</w:t>
      </w:r>
      <w:proofErr w:type="spellEnd"/>
      <w:r>
        <w:t xml:space="preserve"> </w:t>
      </w:r>
      <w:proofErr w:type="spellStart"/>
      <w:r>
        <w:t>olsun</w:t>
      </w:r>
      <w:proofErr w:type="spellEnd"/>
      <w:r>
        <w:t xml:space="preserve">. </w:t>
      </w:r>
      <w:proofErr w:type="spellStart"/>
      <w:r>
        <w:t>Hepinize</w:t>
      </w:r>
      <w:proofErr w:type="spellEnd"/>
      <w:r>
        <w:t xml:space="preserve"> </w:t>
      </w:r>
      <w:proofErr w:type="spellStart"/>
      <w:r>
        <w:t>teşekkür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48099179" w14:textId="77777777" w:rsidR="00CA7CD3" w:rsidRDefault="00000000">
      <w:r>
        <w:br w:type="page"/>
      </w:r>
    </w:p>
    <w:p w14:paraId="321EA5CD" w14:textId="77777777" w:rsidR="00CA7CD3" w:rsidRDefault="00000000">
      <w:pPr>
        <w:pStyle w:val="Balk1"/>
        <w:spacing w:after="360"/>
        <w:jc w:val="center"/>
      </w:pPr>
      <w:r>
        <w:lastRenderedPageBreak/>
        <w:t>15 TEMMUZ ŞEHİTLERİMİZİN KAHRAMANLIK HİKÂYELERİ</w:t>
      </w:r>
      <w:r>
        <w:br/>
        <w:t>(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Sunum</w:t>
      </w:r>
      <w:proofErr w:type="spellEnd"/>
      <w:r>
        <w:t xml:space="preserve"> </w:t>
      </w:r>
      <w:proofErr w:type="spellStart"/>
      <w:r>
        <w:t>Metni</w:t>
      </w:r>
      <w:proofErr w:type="spellEnd"/>
      <w:r>
        <w:t>)</w:t>
      </w:r>
    </w:p>
    <w:p w14:paraId="5CCB70F4" w14:textId="77777777" w:rsidR="00CA7CD3" w:rsidRDefault="00000000">
      <w:pPr>
        <w:pStyle w:val="Balk2"/>
        <w:spacing w:after="120"/>
      </w:pPr>
      <w:r>
        <w:t xml:space="preserve">1. </w:t>
      </w:r>
      <w:proofErr w:type="spellStart"/>
      <w:r>
        <w:t>Şehit</w:t>
      </w:r>
      <w:proofErr w:type="spellEnd"/>
      <w:r>
        <w:t xml:space="preserve"> </w:t>
      </w:r>
      <w:proofErr w:type="spellStart"/>
      <w:r>
        <w:t>Piyade</w:t>
      </w:r>
      <w:proofErr w:type="spellEnd"/>
      <w:r>
        <w:t xml:space="preserve"> </w:t>
      </w:r>
      <w:proofErr w:type="spellStart"/>
      <w:r>
        <w:t>Astsubay</w:t>
      </w:r>
      <w:proofErr w:type="spellEnd"/>
      <w:r>
        <w:t xml:space="preserve"> </w:t>
      </w:r>
      <w:proofErr w:type="spellStart"/>
      <w:r>
        <w:t>Kıdemli</w:t>
      </w:r>
      <w:proofErr w:type="spellEnd"/>
      <w:r>
        <w:t xml:space="preserve"> </w:t>
      </w:r>
      <w:proofErr w:type="spellStart"/>
      <w:r>
        <w:t>Başçavuş</w:t>
      </w:r>
      <w:proofErr w:type="spellEnd"/>
      <w:r>
        <w:t xml:space="preserve"> Ömer </w:t>
      </w:r>
      <w:proofErr w:type="spellStart"/>
      <w:r>
        <w:t>Halisdemir</w:t>
      </w:r>
      <w:proofErr w:type="spellEnd"/>
    </w:p>
    <w:p w14:paraId="03B9256C" w14:textId="77777777" w:rsidR="00CA7CD3" w:rsidRDefault="00000000">
      <w:pPr>
        <w:spacing w:after="240"/>
      </w:pPr>
      <w:r>
        <w:t xml:space="preserve">15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gecesinin</w:t>
      </w:r>
      <w:proofErr w:type="spellEnd"/>
      <w:r>
        <w:t xml:space="preserve"> </w:t>
      </w:r>
      <w:proofErr w:type="spellStart"/>
      <w:r>
        <w:t>kırılma</w:t>
      </w:r>
      <w:proofErr w:type="spellEnd"/>
      <w:r>
        <w:t xml:space="preserve"> </w:t>
      </w:r>
      <w:proofErr w:type="spellStart"/>
      <w:r>
        <w:t>noktası</w:t>
      </w:r>
      <w:proofErr w:type="spellEnd"/>
      <w:r>
        <w:t xml:space="preserve">, Özel </w:t>
      </w:r>
      <w:proofErr w:type="spellStart"/>
      <w:r>
        <w:t>Kuvvetler</w:t>
      </w:r>
      <w:proofErr w:type="spellEnd"/>
      <w:r>
        <w:t xml:space="preserve"> </w:t>
      </w:r>
      <w:proofErr w:type="spellStart"/>
      <w:r>
        <w:t>Komutanlığı’nda</w:t>
      </w:r>
      <w:proofErr w:type="spellEnd"/>
      <w:r>
        <w:t xml:space="preserve"> </w:t>
      </w:r>
      <w:proofErr w:type="spellStart"/>
      <w:r>
        <w:t>yaşandı</w:t>
      </w:r>
      <w:proofErr w:type="spellEnd"/>
      <w:r>
        <w:t xml:space="preserve">. </w:t>
      </w:r>
      <w:proofErr w:type="spellStart"/>
      <w:r>
        <w:t>Karargâhı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geçirmek</w:t>
      </w:r>
      <w:proofErr w:type="spellEnd"/>
      <w:r>
        <w:t xml:space="preserve"> </w:t>
      </w:r>
      <w:proofErr w:type="spellStart"/>
      <w:r>
        <w:t>isteyen</w:t>
      </w:r>
      <w:proofErr w:type="spellEnd"/>
      <w:r>
        <w:t xml:space="preserve"> </w:t>
      </w:r>
      <w:proofErr w:type="spellStart"/>
      <w:r>
        <w:t>darbeci</w:t>
      </w:r>
      <w:proofErr w:type="spellEnd"/>
      <w:r>
        <w:t xml:space="preserve"> general Semih Terzi </w:t>
      </w:r>
      <w:proofErr w:type="spellStart"/>
      <w:r>
        <w:t>içeri</w:t>
      </w:r>
      <w:proofErr w:type="spellEnd"/>
      <w:r>
        <w:t xml:space="preserve"> </w:t>
      </w:r>
      <w:proofErr w:type="spellStart"/>
      <w:r>
        <w:t>girmek</w:t>
      </w:r>
      <w:proofErr w:type="spellEnd"/>
      <w:r>
        <w:t xml:space="preserve"> </w:t>
      </w:r>
      <w:proofErr w:type="spellStart"/>
      <w:r>
        <w:t>üzereyken</w:t>
      </w:r>
      <w:proofErr w:type="spellEnd"/>
      <w:r>
        <w:t xml:space="preserve">, </w:t>
      </w:r>
      <w:proofErr w:type="spellStart"/>
      <w:r>
        <w:t>Komutanı</w:t>
      </w:r>
      <w:proofErr w:type="spellEnd"/>
      <w:r>
        <w:t xml:space="preserve"> </w:t>
      </w:r>
      <w:proofErr w:type="spellStart"/>
      <w:r>
        <w:t>Zekai</w:t>
      </w:r>
      <w:proofErr w:type="spellEnd"/>
      <w:r>
        <w:t xml:space="preserve"> </w:t>
      </w:r>
      <w:proofErr w:type="spellStart"/>
      <w:r>
        <w:t>Aksakallı</w:t>
      </w:r>
      <w:proofErr w:type="spellEnd"/>
      <w:r>
        <w:t xml:space="preserve"> </w:t>
      </w:r>
      <w:proofErr w:type="spellStart"/>
      <w:r>
        <w:t>Paşa’dan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geldi</w:t>
      </w:r>
      <w:proofErr w:type="spellEnd"/>
      <w:r>
        <w:t xml:space="preserve">: "Ömer, </w:t>
      </w:r>
      <w:proofErr w:type="spellStart"/>
      <w:r>
        <w:t>orası</w:t>
      </w:r>
      <w:proofErr w:type="spellEnd"/>
      <w:r>
        <w:t xml:space="preserve"> </w:t>
      </w:r>
      <w:proofErr w:type="spellStart"/>
      <w:r>
        <w:t>senin</w:t>
      </w:r>
      <w:proofErr w:type="spellEnd"/>
      <w:r>
        <w:t xml:space="preserve"> </w:t>
      </w:r>
      <w:proofErr w:type="spellStart"/>
      <w:r>
        <w:t>namusun</w:t>
      </w:r>
      <w:proofErr w:type="spellEnd"/>
      <w:r>
        <w:t xml:space="preserve">. O </w:t>
      </w:r>
      <w:proofErr w:type="spellStart"/>
      <w:r>
        <w:t>haini</w:t>
      </w:r>
      <w:proofErr w:type="spellEnd"/>
      <w:r>
        <w:t xml:space="preserve"> </w:t>
      </w:r>
      <w:proofErr w:type="spellStart"/>
      <w:r>
        <w:t>vur</w:t>
      </w:r>
      <w:proofErr w:type="spellEnd"/>
      <w:r>
        <w:t xml:space="preserve">, </w:t>
      </w:r>
      <w:proofErr w:type="spellStart"/>
      <w:r>
        <w:t>sonunda</w:t>
      </w:r>
      <w:proofErr w:type="spellEnd"/>
      <w:r>
        <w:t xml:space="preserve"> </w:t>
      </w:r>
      <w:proofErr w:type="spellStart"/>
      <w:r>
        <w:t>şehadet</w:t>
      </w:r>
      <w:proofErr w:type="spellEnd"/>
      <w:r>
        <w:t xml:space="preserve"> var; </w:t>
      </w:r>
      <w:proofErr w:type="spellStart"/>
      <w:r>
        <w:t>hakkını</w:t>
      </w:r>
      <w:proofErr w:type="spellEnd"/>
      <w:r>
        <w:t xml:space="preserve"> </w:t>
      </w:r>
      <w:proofErr w:type="spellStart"/>
      <w:r>
        <w:t>helal</w:t>
      </w:r>
      <w:proofErr w:type="spellEnd"/>
      <w:r>
        <w:t xml:space="preserve"> et!"</w:t>
      </w:r>
      <w:r>
        <w:br/>
      </w:r>
      <w:r>
        <w:br/>
        <w:t xml:space="preserve">Ömer </w:t>
      </w:r>
      <w:proofErr w:type="spellStart"/>
      <w:r>
        <w:t>Halisdemir</w:t>
      </w:r>
      <w:proofErr w:type="spellEnd"/>
      <w:r>
        <w:t xml:space="preserve"> bir </w:t>
      </w:r>
      <w:proofErr w:type="spellStart"/>
      <w:r>
        <w:t>saniye</w:t>
      </w:r>
      <w:proofErr w:type="spellEnd"/>
      <w:r>
        <w:t xml:space="preserve"> bile </w:t>
      </w:r>
      <w:proofErr w:type="spellStart"/>
      <w:r>
        <w:t>düşünmedi</w:t>
      </w:r>
      <w:proofErr w:type="spellEnd"/>
      <w:r>
        <w:t xml:space="preserve">: "Başüstüne </w:t>
      </w:r>
      <w:proofErr w:type="spellStart"/>
      <w:r>
        <w:t>komutanım</w:t>
      </w:r>
      <w:proofErr w:type="spellEnd"/>
      <w:r>
        <w:t xml:space="preserve">, </w:t>
      </w:r>
      <w:proofErr w:type="spellStart"/>
      <w:r>
        <w:t>hakkım</w:t>
      </w:r>
      <w:proofErr w:type="spellEnd"/>
      <w:r>
        <w:t xml:space="preserve"> </w:t>
      </w:r>
      <w:proofErr w:type="spellStart"/>
      <w:r>
        <w:t>helal</w:t>
      </w:r>
      <w:proofErr w:type="spellEnd"/>
      <w:r>
        <w:t xml:space="preserve"> </w:t>
      </w:r>
      <w:proofErr w:type="spellStart"/>
      <w:r>
        <w:t>olsun</w:t>
      </w:r>
      <w:proofErr w:type="spellEnd"/>
      <w:r>
        <w:t xml:space="preserve">!" </w:t>
      </w:r>
      <w:proofErr w:type="spellStart"/>
      <w:r>
        <w:t>dedi</w:t>
      </w:r>
      <w:proofErr w:type="spellEnd"/>
      <w:r>
        <w:t xml:space="preserve">. </w:t>
      </w:r>
      <w:proofErr w:type="spellStart"/>
      <w:r>
        <w:t>Ağaçların</w:t>
      </w:r>
      <w:proofErr w:type="spellEnd"/>
      <w:r>
        <w:t xml:space="preserve"> </w:t>
      </w:r>
      <w:proofErr w:type="spellStart"/>
      <w:r>
        <w:t>arasından</w:t>
      </w:r>
      <w:proofErr w:type="spellEnd"/>
      <w:r>
        <w:t xml:space="preserve"> </w:t>
      </w:r>
      <w:proofErr w:type="spellStart"/>
      <w:r>
        <w:t>çıkarak</w:t>
      </w:r>
      <w:proofErr w:type="spellEnd"/>
      <w:r>
        <w:t xml:space="preserve"> </w:t>
      </w:r>
      <w:proofErr w:type="spellStart"/>
      <w:r>
        <w:t>hain</w:t>
      </w:r>
      <w:proofErr w:type="spellEnd"/>
      <w:r>
        <w:t xml:space="preserve"> </w:t>
      </w:r>
      <w:proofErr w:type="spellStart"/>
      <w:r>
        <w:t>generali</w:t>
      </w:r>
      <w:proofErr w:type="spellEnd"/>
      <w:r>
        <w:t xml:space="preserve"> </w:t>
      </w:r>
      <w:proofErr w:type="spellStart"/>
      <w:r>
        <w:t>alnından</w:t>
      </w:r>
      <w:proofErr w:type="spellEnd"/>
      <w:r>
        <w:t xml:space="preserve"> </w:t>
      </w:r>
      <w:proofErr w:type="spellStart"/>
      <w:r>
        <w:t>vurdu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darbenin</w:t>
      </w:r>
      <w:proofErr w:type="spellEnd"/>
      <w:r>
        <w:t xml:space="preserve"> </w:t>
      </w:r>
      <w:proofErr w:type="spellStart"/>
      <w:r>
        <w:t>omurgasını</w:t>
      </w:r>
      <w:proofErr w:type="spellEnd"/>
      <w:r>
        <w:t xml:space="preserve"> </w:t>
      </w:r>
      <w:proofErr w:type="spellStart"/>
      <w:r>
        <w:t>kırdı</w:t>
      </w:r>
      <w:proofErr w:type="spellEnd"/>
      <w:r>
        <w:t xml:space="preserve">. </w:t>
      </w:r>
      <w:proofErr w:type="spellStart"/>
      <w:r>
        <w:t>Ardından</w:t>
      </w:r>
      <w:proofErr w:type="spellEnd"/>
      <w:r>
        <w:t xml:space="preserve"> </w:t>
      </w:r>
      <w:proofErr w:type="spellStart"/>
      <w:r>
        <w:t>hainler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otuz</w:t>
      </w:r>
      <w:proofErr w:type="spellEnd"/>
      <w:r>
        <w:t xml:space="preserve"> </w:t>
      </w:r>
      <w:proofErr w:type="spellStart"/>
      <w:r>
        <w:t>kurşunla</w:t>
      </w:r>
      <w:proofErr w:type="spellEnd"/>
      <w:r>
        <w:t xml:space="preserve"> </w:t>
      </w:r>
      <w:proofErr w:type="spellStart"/>
      <w:r>
        <w:t>şehit</w:t>
      </w:r>
      <w:proofErr w:type="spellEnd"/>
      <w:r>
        <w:t xml:space="preserve"> </w:t>
      </w:r>
      <w:proofErr w:type="spellStart"/>
      <w:r>
        <w:t>edildi</w:t>
      </w:r>
      <w:proofErr w:type="spellEnd"/>
      <w:r>
        <w:t xml:space="preserve">. Tek bir </w:t>
      </w:r>
      <w:proofErr w:type="spellStart"/>
      <w:r>
        <w:t>kurşun</w:t>
      </w:r>
      <w:proofErr w:type="spellEnd"/>
      <w:r>
        <w:t xml:space="preserve">, 85 </w:t>
      </w:r>
      <w:proofErr w:type="spellStart"/>
      <w:r>
        <w:t>milyonun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koca</w:t>
      </w:r>
      <w:proofErr w:type="spellEnd"/>
      <w:r>
        <w:t xml:space="preserve"> bir </w:t>
      </w:r>
      <w:proofErr w:type="spellStart"/>
      <w:r>
        <w:t>devletin</w:t>
      </w:r>
      <w:proofErr w:type="spellEnd"/>
      <w:r>
        <w:t xml:space="preserve"> </w:t>
      </w:r>
      <w:proofErr w:type="spellStart"/>
      <w:r>
        <w:t>kaderini</w:t>
      </w:r>
      <w:proofErr w:type="spellEnd"/>
      <w:r>
        <w:t xml:space="preserve"> </w:t>
      </w:r>
      <w:proofErr w:type="spellStart"/>
      <w:r>
        <w:t>değiştirdi</w:t>
      </w:r>
      <w:proofErr w:type="spellEnd"/>
      <w:r>
        <w:t>.</w:t>
      </w:r>
    </w:p>
    <w:p w14:paraId="70DD5F79" w14:textId="77777777" w:rsidR="00CA7CD3" w:rsidRDefault="00000000">
      <w:pPr>
        <w:pStyle w:val="Balk2"/>
        <w:spacing w:after="120"/>
      </w:pPr>
      <w:r>
        <w:t xml:space="preserve">2. </w:t>
      </w:r>
      <w:proofErr w:type="spellStart"/>
      <w:r>
        <w:t>Şehit</w:t>
      </w:r>
      <w:proofErr w:type="spellEnd"/>
      <w:r>
        <w:t xml:space="preserve"> Erol </w:t>
      </w:r>
      <w:proofErr w:type="spellStart"/>
      <w:r>
        <w:t>Olçok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Abdullah Tayyip </w:t>
      </w:r>
      <w:proofErr w:type="spellStart"/>
      <w:r>
        <w:t>Olçok</w:t>
      </w:r>
      <w:proofErr w:type="spellEnd"/>
    </w:p>
    <w:p w14:paraId="77A48A7B" w14:textId="77777777" w:rsidR="00CA7CD3" w:rsidRDefault="00000000">
      <w:pPr>
        <w:spacing w:after="240"/>
      </w:pPr>
      <w:proofErr w:type="spellStart"/>
      <w:r>
        <w:t>Darbe</w:t>
      </w:r>
      <w:proofErr w:type="spellEnd"/>
      <w:r>
        <w:t xml:space="preserve"> </w:t>
      </w:r>
      <w:proofErr w:type="spellStart"/>
      <w:r>
        <w:t>haberini</w:t>
      </w:r>
      <w:proofErr w:type="spellEnd"/>
      <w:r>
        <w:t xml:space="preserve"> </w:t>
      </w:r>
      <w:proofErr w:type="spellStart"/>
      <w:r>
        <w:t>alır</w:t>
      </w:r>
      <w:proofErr w:type="spellEnd"/>
      <w:r>
        <w:t xml:space="preserve"> </w:t>
      </w:r>
      <w:proofErr w:type="spellStart"/>
      <w:r>
        <w:t>almaz</w:t>
      </w:r>
      <w:proofErr w:type="spellEnd"/>
      <w:r>
        <w:t xml:space="preserve"> 16 </w:t>
      </w:r>
      <w:proofErr w:type="spellStart"/>
      <w:r>
        <w:t>yaşındaki</w:t>
      </w:r>
      <w:proofErr w:type="spellEnd"/>
      <w:r>
        <w:t xml:space="preserve"> </w:t>
      </w:r>
      <w:proofErr w:type="spellStart"/>
      <w:r>
        <w:t>evladı</w:t>
      </w:r>
      <w:proofErr w:type="spellEnd"/>
      <w:r>
        <w:t xml:space="preserve"> Abdullah </w:t>
      </w:r>
      <w:proofErr w:type="spellStart"/>
      <w:r>
        <w:t>Tayyip’in</w:t>
      </w:r>
      <w:proofErr w:type="spellEnd"/>
      <w:r>
        <w:t xml:space="preserve"> </w:t>
      </w:r>
      <w:proofErr w:type="spellStart"/>
      <w:r>
        <w:t>elinden</w:t>
      </w:r>
      <w:proofErr w:type="spellEnd"/>
      <w:r>
        <w:t xml:space="preserve"> </w:t>
      </w:r>
      <w:proofErr w:type="spellStart"/>
      <w:r>
        <w:t>tutarak</w:t>
      </w:r>
      <w:proofErr w:type="spellEnd"/>
      <w:r>
        <w:t xml:space="preserve"> </w:t>
      </w:r>
      <w:proofErr w:type="spellStart"/>
      <w:r>
        <w:t>Boğaziçi</w:t>
      </w:r>
      <w:proofErr w:type="spellEnd"/>
      <w:r>
        <w:t xml:space="preserve"> </w:t>
      </w:r>
      <w:proofErr w:type="spellStart"/>
      <w:r>
        <w:t>Köprüsü’ne</w:t>
      </w:r>
      <w:proofErr w:type="spellEnd"/>
      <w:r>
        <w:t xml:space="preserve"> </w:t>
      </w:r>
      <w:proofErr w:type="spellStart"/>
      <w:r>
        <w:t>koşan</w:t>
      </w:r>
      <w:proofErr w:type="spellEnd"/>
      <w:r>
        <w:t xml:space="preserve"> Erol </w:t>
      </w:r>
      <w:proofErr w:type="spellStart"/>
      <w:r>
        <w:t>Olçok</w:t>
      </w:r>
      <w:proofErr w:type="spellEnd"/>
      <w:r>
        <w:t xml:space="preserve">, </w:t>
      </w:r>
      <w:proofErr w:type="spellStart"/>
      <w:r>
        <w:t>milletin</w:t>
      </w:r>
      <w:proofErr w:type="spellEnd"/>
      <w:r>
        <w:t xml:space="preserve"> </w:t>
      </w:r>
      <w:proofErr w:type="spellStart"/>
      <w:r>
        <w:t>cesaret</w:t>
      </w:r>
      <w:proofErr w:type="spellEnd"/>
      <w:r>
        <w:t xml:space="preserve"> </w:t>
      </w:r>
      <w:proofErr w:type="spellStart"/>
      <w:r>
        <w:t>meşalesi</w:t>
      </w:r>
      <w:proofErr w:type="spellEnd"/>
      <w:r>
        <w:t xml:space="preserve"> </w:t>
      </w:r>
      <w:proofErr w:type="spellStart"/>
      <w:r>
        <w:t>oldu</w:t>
      </w:r>
      <w:proofErr w:type="spellEnd"/>
      <w:r>
        <w:t xml:space="preserve">. </w:t>
      </w:r>
      <w:proofErr w:type="spellStart"/>
      <w:r>
        <w:t>Mermilerin</w:t>
      </w:r>
      <w:proofErr w:type="spellEnd"/>
      <w:r>
        <w:t xml:space="preserve"> </w:t>
      </w:r>
      <w:proofErr w:type="spellStart"/>
      <w:r>
        <w:t>üzerine</w:t>
      </w:r>
      <w:proofErr w:type="spellEnd"/>
      <w:r>
        <w:t xml:space="preserve"> </w:t>
      </w:r>
      <w:proofErr w:type="spellStart"/>
      <w:r>
        <w:t>gözünü</w:t>
      </w:r>
      <w:proofErr w:type="spellEnd"/>
      <w:r>
        <w:t xml:space="preserve"> </w:t>
      </w:r>
      <w:proofErr w:type="spellStart"/>
      <w:r>
        <w:t>kırpmadan</w:t>
      </w:r>
      <w:proofErr w:type="spellEnd"/>
      <w:r>
        <w:t xml:space="preserve"> </w:t>
      </w:r>
      <w:proofErr w:type="spellStart"/>
      <w:r>
        <w:t>yürürken</w:t>
      </w:r>
      <w:proofErr w:type="spellEnd"/>
      <w:r>
        <w:t xml:space="preserve"> </w:t>
      </w:r>
      <w:proofErr w:type="spellStart"/>
      <w:r>
        <w:t>evladına</w:t>
      </w:r>
      <w:proofErr w:type="spellEnd"/>
      <w:r>
        <w:t xml:space="preserve"> "</w:t>
      </w:r>
      <w:proofErr w:type="spellStart"/>
      <w:r>
        <w:t>Korkma</w:t>
      </w:r>
      <w:proofErr w:type="spellEnd"/>
      <w:r>
        <w:t xml:space="preserve"> </w:t>
      </w:r>
      <w:proofErr w:type="spellStart"/>
      <w:r>
        <w:t>evladım</w:t>
      </w:r>
      <w:proofErr w:type="spellEnd"/>
      <w:r>
        <w:t xml:space="preserve">,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olmazsa</w:t>
      </w:r>
      <w:proofErr w:type="spellEnd"/>
      <w:r>
        <w:t xml:space="preserve"> </w:t>
      </w:r>
      <w:proofErr w:type="spellStart"/>
      <w:r>
        <w:t>hiçbir</w:t>
      </w:r>
      <w:proofErr w:type="spellEnd"/>
      <w:r>
        <w:t xml:space="preserve"> </w:t>
      </w:r>
      <w:proofErr w:type="spellStart"/>
      <w:r>
        <w:t>şeyimiz</w:t>
      </w:r>
      <w:proofErr w:type="spellEnd"/>
      <w:r>
        <w:t xml:space="preserve"> </w:t>
      </w:r>
      <w:proofErr w:type="spellStart"/>
      <w:r>
        <w:t>olmaz</w:t>
      </w:r>
      <w:proofErr w:type="spellEnd"/>
      <w:r>
        <w:t xml:space="preserve">!" </w:t>
      </w:r>
      <w:proofErr w:type="spellStart"/>
      <w:r>
        <w:t>diyordu</w:t>
      </w:r>
      <w:proofErr w:type="spellEnd"/>
      <w:r>
        <w:t xml:space="preserve">. Hain </w:t>
      </w:r>
      <w:proofErr w:type="spellStart"/>
      <w:r>
        <w:t>kurşunlar</w:t>
      </w:r>
      <w:proofErr w:type="spellEnd"/>
      <w:r>
        <w:t xml:space="preserve"> </w:t>
      </w:r>
      <w:proofErr w:type="spellStart"/>
      <w:r>
        <w:t>önce</w:t>
      </w:r>
      <w:proofErr w:type="spellEnd"/>
      <w:r>
        <w:t xml:space="preserve"> </w:t>
      </w:r>
      <w:proofErr w:type="spellStart"/>
      <w:r>
        <w:t>gencecik</w:t>
      </w:r>
      <w:proofErr w:type="spellEnd"/>
      <w:r>
        <w:t xml:space="preserve"> Abdullah </w:t>
      </w:r>
      <w:proofErr w:type="spellStart"/>
      <w:r>
        <w:t>Tayyip’i</w:t>
      </w:r>
      <w:proofErr w:type="spellEnd"/>
      <w:r>
        <w:t xml:space="preserve"> </w:t>
      </w:r>
      <w:proofErr w:type="spellStart"/>
      <w:r>
        <w:t>hedef</w:t>
      </w:r>
      <w:proofErr w:type="spellEnd"/>
      <w:r>
        <w:t xml:space="preserve"> </w:t>
      </w:r>
      <w:proofErr w:type="spellStart"/>
      <w:r>
        <w:t>aldı</w:t>
      </w:r>
      <w:proofErr w:type="spellEnd"/>
      <w:r>
        <w:t xml:space="preserve">; </w:t>
      </w:r>
      <w:proofErr w:type="spellStart"/>
      <w:r>
        <w:t>evladının</w:t>
      </w:r>
      <w:proofErr w:type="spellEnd"/>
      <w:r>
        <w:t xml:space="preserve"> </w:t>
      </w:r>
      <w:proofErr w:type="spellStart"/>
      <w:r>
        <w:t>üzerine</w:t>
      </w:r>
      <w:proofErr w:type="spellEnd"/>
      <w:r>
        <w:t xml:space="preserve"> </w:t>
      </w:r>
      <w:proofErr w:type="spellStart"/>
      <w:r>
        <w:t>kapanan</w:t>
      </w:r>
      <w:proofErr w:type="spellEnd"/>
      <w:r>
        <w:t xml:space="preserve"> Erol </w:t>
      </w:r>
      <w:proofErr w:type="spellStart"/>
      <w:r>
        <w:t>Olçok</w:t>
      </w:r>
      <w:proofErr w:type="spellEnd"/>
      <w:r>
        <w:t xml:space="preserve"> da </w:t>
      </w:r>
      <w:proofErr w:type="spellStart"/>
      <w:r>
        <w:t>peş</w:t>
      </w:r>
      <w:proofErr w:type="spellEnd"/>
      <w:r>
        <w:t xml:space="preserve"> </w:t>
      </w:r>
      <w:proofErr w:type="spellStart"/>
      <w:r>
        <w:t>peşe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mermilerle</w:t>
      </w:r>
      <w:proofErr w:type="spellEnd"/>
      <w:r>
        <w:t xml:space="preserve"> </w:t>
      </w:r>
      <w:proofErr w:type="spellStart"/>
      <w:r>
        <w:t>şehit</w:t>
      </w:r>
      <w:proofErr w:type="spellEnd"/>
      <w:r>
        <w:t xml:space="preserve"> </w:t>
      </w:r>
      <w:proofErr w:type="spellStart"/>
      <w:r>
        <w:t>düştü</w:t>
      </w:r>
      <w:proofErr w:type="spellEnd"/>
      <w:r>
        <w:t xml:space="preserve">. Baba </w:t>
      </w:r>
      <w:proofErr w:type="spellStart"/>
      <w:r>
        <w:t>ve</w:t>
      </w:r>
      <w:proofErr w:type="spellEnd"/>
      <w:r>
        <w:t xml:space="preserve"> </w:t>
      </w:r>
      <w:proofErr w:type="spellStart"/>
      <w:r>
        <w:t>oğul</w:t>
      </w:r>
      <w:proofErr w:type="spellEnd"/>
      <w:r>
        <w:t xml:space="preserve">, </w:t>
      </w:r>
      <w:proofErr w:type="spellStart"/>
      <w:r>
        <w:t>ebediyete</w:t>
      </w:r>
      <w:proofErr w:type="spellEnd"/>
      <w:r>
        <w:t xml:space="preserve"> </w:t>
      </w:r>
      <w:proofErr w:type="spellStart"/>
      <w:r>
        <w:t>yan</w:t>
      </w:r>
      <w:proofErr w:type="spellEnd"/>
      <w:r>
        <w:t xml:space="preserve"> </w:t>
      </w:r>
      <w:proofErr w:type="spellStart"/>
      <w:r>
        <w:t>yana</w:t>
      </w:r>
      <w:proofErr w:type="spellEnd"/>
      <w:r>
        <w:t xml:space="preserve"> </w:t>
      </w:r>
      <w:proofErr w:type="spellStart"/>
      <w:r>
        <w:t>yürüdüler</w:t>
      </w:r>
      <w:proofErr w:type="spellEnd"/>
      <w:r>
        <w:t>.</w:t>
      </w:r>
    </w:p>
    <w:p w14:paraId="7E6195AE" w14:textId="77777777" w:rsidR="00CA7CD3" w:rsidRDefault="00000000">
      <w:pPr>
        <w:pStyle w:val="Balk2"/>
        <w:spacing w:after="120"/>
      </w:pPr>
      <w:r>
        <w:t xml:space="preserve">3. Kazan </w:t>
      </w:r>
      <w:proofErr w:type="spellStart"/>
      <w:r>
        <w:t>Köylüleri</w:t>
      </w:r>
      <w:proofErr w:type="spellEnd"/>
      <w:r>
        <w:t xml:space="preserve">, </w:t>
      </w:r>
      <w:proofErr w:type="spellStart"/>
      <w:r>
        <w:t>Türksat</w:t>
      </w:r>
      <w:proofErr w:type="spellEnd"/>
      <w:r>
        <w:t xml:space="preserve"> </w:t>
      </w:r>
      <w:proofErr w:type="spellStart"/>
      <w:r>
        <w:t>Şehitleri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251 Vatan </w:t>
      </w:r>
      <w:proofErr w:type="spellStart"/>
      <w:r>
        <w:t>Evladı</w:t>
      </w:r>
      <w:proofErr w:type="spellEnd"/>
    </w:p>
    <w:p w14:paraId="00B81DF0" w14:textId="77777777" w:rsidR="00CA7CD3" w:rsidRDefault="00000000">
      <w:pPr>
        <w:spacing w:after="240"/>
      </w:pPr>
      <w:r>
        <w:t xml:space="preserve">O </w:t>
      </w:r>
      <w:proofErr w:type="spellStart"/>
      <w:r>
        <w:t>gece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aşkı</w:t>
      </w:r>
      <w:proofErr w:type="spellEnd"/>
      <w:r>
        <w:t xml:space="preserve"> her </w:t>
      </w:r>
      <w:proofErr w:type="spellStart"/>
      <w:r>
        <w:t>köye</w:t>
      </w:r>
      <w:proofErr w:type="spellEnd"/>
      <w:r>
        <w:t xml:space="preserve">, her </w:t>
      </w:r>
      <w:proofErr w:type="spellStart"/>
      <w:r>
        <w:t>mahalleye</w:t>
      </w:r>
      <w:proofErr w:type="spellEnd"/>
      <w:r>
        <w:t xml:space="preserve"> </w:t>
      </w:r>
      <w:proofErr w:type="spellStart"/>
      <w:r>
        <w:t>yayıldı</w:t>
      </w:r>
      <w:proofErr w:type="spellEnd"/>
      <w:r>
        <w:t xml:space="preserve">. </w:t>
      </w:r>
      <w:proofErr w:type="spellStart"/>
      <w:r>
        <w:t>Akıncı</w:t>
      </w:r>
      <w:proofErr w:type="spellEnd"/>
      <w:r>
        <w:t xml:space="preserve"> </w:t>
      </w:r>
      <w:proofErr w:type="spellStart"/>
      <w:r>
        <w:t>Üssü’nden</w:t>
      </w:r>
      <w:proofErr w:type="spellEnd"/>
      <w:r>
        <w:t xml:space="preserve"> </w:t>
      </w:r>
      <w:proofErr w:type="spellStart"/>
      <w:r>
        <w:t>kalkan</w:t>
      </w:r>
      <w:proofErr w:type="spellEnd"/>
      <w:r>
        <w:t xml:space="preserve"> </w:t>
      </w:r>
      <w:proofErr w:type="spellStart"/>
      <w:r>
        <w:t>jetleri</w:t>
      </w:r>
      <w:proofErr w:type="spellEnd"/>
      <w:r>
        <w:t xml:space="preserve"> </w:t>
      </w:r>
      <w:proofErr w:type="spellStart"/>
      <w:r>
        <w:t>engellemek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tarlasındaki</w:t>
      </w:r>
      <w:proofErr w:type="spellEnd"/>
      <w:r>
        <w:t xml:space="preserve"> </w:t>
      </w:r>
      <w:proofErr w:type="spellStart"/>
      <w:r>
        <w:t>yüz</w:t>
      </w:r>
      <w:proofErr w:type="spellEnd"/>
      <w:r>
        <w:t xml:space="preserve"> </w:t>
      </w:r>
      <w:proofErr w:type="spellStart"/>
      <w:r>
        <w:t>binlerce</w:t>
      </w:r>
      <w:proofErr w:type="spellEnd"/>
      <w:r>
        <w:t xml:space="preserve"> </w:t>
      </w:r>
      <w:proofErr w:type="spellStart"/>
      <w:r>
        <w:t>liralık</w:t>
      </w:r>
      <w:proofErr w:type="spellEnd"/>
      <w:r>
        <w:t xml:space="preserve"> </w:t>
      </w:r>
      <w:proofErr w:type="spellStart"/>
      <w:r>
        <w:t>samanı</w:t>
      </w:r>
      <w:proofErr w:type="spellEnd"/>
      <w:r>
        <w:t xml:space="preserve"> </w:t>
      </w:r>
      <w:proofErr w:type="spellStart"/>
      <w:r>
        <w:t>ateşe</w:t>
      </w:r>
      <w:proofErr w:type="spellEnd"/>
      <w:r>
        <w:t xml:space="preserve"> </w:t>
      </w:r>
      <w:proofErr w:type="spellStart"/>
      <w:r>
        <w:t>veren</w:t>
      </w:r>
      <w:proofErr w:type="spellEnd"/>
      <w:r>
        <w:t xml:space="preserve"> Kazan </w:t>
      </w:r>
      <w:proofErr w:type="spellStart"/>
      <w:r>
        <w:t>köylüleri</w:t>
      </w:r>
      <w:proofErr w:type="spellEnd"/>
      <w:r>
        <w:t xml:space="preserve">... </w:t>
      </w:r>
      <w:proofErr w:type="spellStart"/>
      <w:r>
        <w:t>Yayınları</w:t>
      </w:r>
      <w:proofErr w:type="spellEnd"/>
      <w:r>
        <w:t xml:space="preserve"> </w:t>
      </w:r>
      <w:proofErr w:type="spellStart"/>
      <w:r>
        <w:t>kesmeye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darbecilere</w:t>
      </w:r>
      <w:proofErr w:type="spellEnd"/>
      <w:r>
        <w:t xml:space="preserve"> </w:t>
      </w:r>
      <w:proofErr w:type="spellStart"/>
      <w:r>
        <w:t>canı</w:t>
      </w:r>
      <w:proofErr w:type="spellEnd"/>
      <w:r>
        <w:t xml:space="preserve"> </w:t>
      </w:r>
      <w:proofErr w:type="spellStart"/>
      <w:r>
        <w:t>pahasına</w:t>
      </w:r>
      <w:proofErr w:type="spellEnd"/>
      <w:r>
        <w:t xml:space="preserve"> </w:t>
      </w:r>
      <w:proofErr w:type="spellStart"/>
      <w:r>
        <w:t>direnen</w:t>
      </w:r>
      <w:proofErr w:type="spellEnd"/>
      <w:r>
        <w:t xml:space="preserve"> </w:t>
      </w:r>
      <w:proofErr w:type="spellStart"/>
      <w:r>
        <w:t>Türksat</w:t>
      </w:r>
      <w:proofErr w:type="spellEnd"/>
      <w:r>
        <w:t xml:space="preserve"> </w:t>
      </w:r>
      <w:proofErr w:type="spellStart"/>
      <w:r>
        <w:t>çalışanı</w:t>
      </w:r>
      <w:proofErr w:type="spellEnd"/>
      <w:r>
        <w:t xml:space="preserve"> Ahmet </w:t>
      </w:r>
      <w:proofErr w:type="spellStart"/>
      <w:r>
        <w:t>Özsoy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Ali </w:t>
      </w:r>
      <w:proofErr w:type="spellStart"/>
      <w:r>
        <w:t>Karslı</w:t>
      </w:r>
      <w:proofErr w:type="spellEnd"/>
      <w:r>
        <w:t xml:space="preserve">... </w:t>
      </w:r>
      <w:proofErr w:type="spellStart"/>
      <w:r>
        <w:t>Kadınlar</w:t>
      </w:r>
      <w:proofErr w:type="spellEnd"/>
      <w:r>
        <w:t xml:space="preserve">, </w:t>
      </w:r>
      <w:proofErr w:type="spellStart"/>
      <w:r>
        <w:t>gençler</w:t>
      </w:r>
      <w:proofErr w:type="spellEnd"/>
      <w:r>
        <w:t xml:space="preserve">, </w:t>
      </w:r>
      <w:proofErr w:type="spellStart"/>
      <w:r>
        <w:t>yaşlılar</w:t>
      </w:r>
      <w:proofErr w:type="spellEnd"/>
      <w:r>
        <w:t xml:space="preserve">... 251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evladı</w:t>
      </w:r>
      <w:proofErr w:type="spellEnd"/>
      <w:r>
        <w:t xml:space="preserve"> </w:t>
      </w:r>
      <w:proofErr w:type="spellStart"/>
      <w:r>
        <w:t>toprağa</w:t>
      </w:r>
      <w:proofErr w:type="spellEnd"/>
      <w:r>
        <w:t xml:space="preserve"> </w:t>
      </w:r>
      <w:proofErr w:type="spellStart"/>
      <w:r>
        <w:t>düştü</w:t>
      </w:r>
      <w:proofErr w:type="spellEnd"/>
      <w:r>
        <w:t xml:space="preserve"> ama </w:t>
      </w:r>
      <w:proofErr w:type="spellStart"/>
      <w:r>
        <w:t>bu</w:t>
      </w:r>
      <w:proofErr w:type="spellEnd"/>
      <w:r>
        <w:t xml:space="preserve"> </w:t>
      </w:r>
      <w:proofErr w:type="spellStart"/>
      <w:r>
        <w:t>memleket</w:t>
      </w:r>
      <w:proofErr w:type="spellEnd"/>
      <w:r>
        <w:t xml:space="preserve"> </w:t>
      </w:r>
      <w:proofErr w:type="spellStart"/>
      <w:r>
        <w:t>hainlere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edilmedi</w:t>
      </w:r>
      <w:proofErr w:type="spellEnd"/>
      <w:r>
        <w:t>.</w:t>
      </w:r>
    </w:p>
    <w:p w14:paraId="32613F0E" w14:textId="77777777" w:rsidR="00CA7CD3" w:rsidRDefault="00000000">
      <w:r>
        <w:br w:type="page"/>
      </w:r>
    </w:p>
    <w:p w14:paraId="57BCBEC6" w14:textId="77777777" w:rsidR="00CA7CD3" w:rsidRDefault="00000000">
      <w:pPr>
        <w:pStyle w:val="Balk1"/>
        <w:spacing w:after="320"/>
        <w:jc w:val="center"/>
      </w:pPr>
      <w:r>
        <w:lastRenderedPageBreak/>
        <w:t>15 TEMMUZ ORATORYOSU</w:t>
      </w:r>
      <w:r>
        <w:br/>
        <w:t>"MİLLETİN ZAFERİ VE DİRİLİŞ DESTANI"</w:t>
      </w:r>
    </w:p>
    <w:p w14:paraId="7EEF8A3B" w14:textId="77777777" w:rsidR="00CA7CD3" w:rsidRDefault="00000000">
      <w:pPr>
        <w:spacing w:after="120"/>
        <w:ind w:left="288"/>
      </w:pPr>
      <w:r>
        <w:rPr>
          <w:b/>
        </w:rPr>
        <w:t xml:space="preserve">1.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: </w:t>
      </w:r>
      <w:proofErr w:type="spellStart"/>
      <w:r>
        <w:t>Vakit</w:t>
      </w:r>
      <w:proofErr w:type="spellEnd"/>
      <w:r>
        <w:t xml:space="preserve"> </w:t>
      </w:r>
      <w:proofErr w:type="spellStart"/>
      <w:r>
        <w:t>gece</w:t>
      </w:r>
      <w:proofErr w:type="spellEnd"/>
      <w:r>
        <w:t xml:space="preserve"> </w:t>
      </w:r>
      <w:proofErr w:type="spellStart"/>
      <w:r>
        <w:t>yarısıydı</w:t>
      </w:r>
      <w:proofErr w:type="spellEnd"/>
      <w:r>
        <w:t xml:space="preserve">... </w:t>
      </w:r>
      <w:proofErr w:type="spellStart"/>
      <w:r>
        <w:t>Gökyüzünden</w:t>
      </w:r>
      <w:proofErr w:type="spellEnd"/>
      <w:r>
        <w:t xml:space="preserve"> </w:t>
      </w:r>
      <w:proofErr w:type="spellStart"/>
      <w:r>
        <w:t>ölüm</w:t>
      </w:r>
      <w:proofErr w:type="spellEnd"/>
      <w:r>
        <w:t xml:space="preserve"> </w:t>
      </w:r>
      <w:proofErr w:type="spellStart"/>
      <w:r>
        <w:t>kusan</w:t>
      </w:r>
      <w:proofErr w:type="spellEnd"/>
      <w:r>
        <w:t xml:space="preserve"> </w:t>
      </w:r>
      <w:proofErr w:type="spellStart"/>
      <w:r>
        <w:t>çelik</w:t>
      </w:r>
      <w:proofErr w:type="spellEnd"/>
      <w:r>
        <w:t xml:space="preserve"> </w:t>
      </w:r>
      <w:proofErr w:type="spellStart"/>
      <w:r>
        <w:t>kanatlar</w:t>
      </w:r>
      <w:proofErr w:type="spellEnd"/>
      <w:r>
        <w:t xml:space="preserve"> </w:t>
      </w:r>
      <w:proofErr w:type="spellStart"/>
      <w:r>
        <w:t>indi</w:t>
      </w:r>
      <w:proofErr w:type="spellEnd"/>
      <w:r>
        <w:t xml:space="preserve"> </w:t>
      </w:r>
      <w:proofErr w:type="spellStart"/>
      <w:r>
        <w:t>sokaklara</w:t>
      </w:r>
      <w:proofErr w:type="spellEnd"/>
      <w:r>
        <w:t xml:space="preserve">. </w:t>
      </w:r>
      <w:proofErr w:type="spellStart"/>
      <w:r>
        <w:t>Kendi</w:t>
      </w:r>
      <w:proofErr w:type="spellEnd"/>
      <w:r>
        <w:t xml:space="preserve"> </w:t>
      </w:r>
      <w:proofErr w:type="spellStart"/>
      <w:r>
        <w:t>silahımız</w:t>
      </w:r>
      <w:proofErr w:type="spellEnd"/>
      <w:r>
        <w:t xml:space="preserve"> bize </w:t>
      </w:r>
      <w:proofErr w:type="spellStart"/>
      <w:r>
        <w:t>doğruldu</w:t>
      </w:r>
      <w:proofErr w:type="spellEnd"/>
      <w:r>
        <w:t xml:space="preserve"> o </w:t>
      </w:r>
      <w:proofErr w:type="spellStart"/>
      <w:r>
        <w:t>karanlık</w:t>
      </w:r>
      <w:proofErr w:type="spellEnd"/>
      <w:r>
        <w:t xml:space="preserve"> </w:t>
      </w:r>
      <w:proofErr w:type="spellStart"/>
      <w:r>
        <w:t>gecede</w:t>
      </w:r>
      <w:proofErr w:type="spellEnd"/>
      <w:r>
        <w:t>!</w:t>
      </w:r>
    </w:p>
    <w:p w14:paraId="4696E8ED" w14:textId="77777777" w:rsidR="00CA7CD3" w:rsidRDefault="00000000">
      <w:pPr>
        <w:spacing w:after="120"/>
        <w:ind w:left="288"/>
      </w:pPr>
      <w:r>
        <w:rPr>
          <w:b/>
        </w:rPr>
        <w:t xml:space="preserve">2.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: </w:t>
      </w:r>
      <w:proofErr w:type="spellStart"/>
      <w:r>
        <w:t>Tanklar</w:t>
      </w:r>
      <w:proofErr w:type="spellEnd"/>
      <w:r>
        <w:t xml:space="preserve"> </w:t>
      </w:r>
      <w:proofErr w:type="spellStart"/>
      <w:r>
        <w:t>yürüdü</w:t>
      </w:r>
      <w:proofErr w:type="spellEnd"/>
      <w:r>
        <w:t xml:space="preserve"> </w:t>
      </w:r>
      <w:proofErr w:type="spellStart"/>
      <w:r>
        <w:t>köprülere</w:t>
      </w:r>
      <w:proofErr w:type="spellEnd"/>
      <w:r>
        <w:t xml:space="preserve">, </w:t>
      </w:r>
      <w:proofErr w:type="spellStart"/>
      <w:r>
        <w:t>namlular</w:t>
      </w:r>
      <w:proofErr w:type="spellEnd"/>
      <w:r>
        <w:t xml:space="preserve"> </w:t>
      </w:r>
      <w:proofErr w:type="spellStart"/>
      <w:r>
        <w:t>çevrildi</w:t>
      </w:r>
      <w:proofErr w:type="spellEnd"/>
      <w:r>
        <w:t xml:space="preserve"> </w:t>
      </w:r>
      <w:proofErr w:type="spellStart"/>
      <w:r>
        <w:t>millete</w:t>
      </w:r>
      <w:proofErr w:type="spellEnd"/>
      <w:r>
        <w:t xml:space="preserve">. </w:t>
      </w:r>
      <w:proofErr w:type="spellStart"/>
      <w:r>
        <w:t>İhanet</w:t>
      </w:r>
      <w:proofErr w:type="spellEnd"/>
      <w:r>
        <w:t xml:space="preserve"> </w:t>
      </w:r>
      <w:proofErr w:type="spellStart"/>
      <w:r>
        <w:t>kol</w:t>
      </w:r>
      <w:proofErr w:type="spellEnd"/>
      <w:r>
        <w:t xml:space="preserve"> </w:t>
      </w:r>
      <w:proofErr w:type="spellStart"/>
      <w:r>
        <w:t>geziyordu</w:t>
      </w:r>
      <w:proofErr w:type="spellEnd"/>
      <w:r>
        <w:t xml:space="preserve"> </w:t>
      </w:r>
      <w:proofErr w:type="spellStart"/>
      <w:r>
        <w:t>vatanın</w:t>
      </w:r>
      <w:proofErr w:type="spellEnd"/>
      <w:r>
        <w:t xml:space="preserve"> </w:t>
      </w:r>
      <w:proofErr w:type="spellStart"/>
      <w:r>
        <w:t>bağrında</w:t>
      </w:r>
      <w:proofErr w:type="spellEnd"/>
      <w:r>
        <w:t>.</w:t>
      </w:r>
    </w:p>
    <w:p w14:paraId="2672B0BA" w14:textId="77777777" w:rsidR="00CA7CD3" w:rsidRDefault="00000000">
      <w:pPr>
        <w:spacing w:after="120"/>
        <w:ind w:left="288"/>
      </w:pPr>
      <w:r>
        <w:rPr>
          <w:b/>
        </w:rPr>
        <w:t xml:space="preserve">3.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: </w:t>
      </w:r>
      <w:proofErr w:type="spellStart"/>
      <w:r>
        <w:t>Fakat</w:t>
      </w:r>
      <w:proofErr w:type="spellEnd"/>
      <w:r>
        <w:t xml:space="preserve"> </w:t>
      </w:r>
      <w:proofErr w:type="spellStart"/>
      <w:r>
        <w:t>unuttular</w:t>
      </w:r>
      <w:proofErr w:type="spellEnd"/>
      <w:r>
        <w:t xml:space="preserve">! Bu </w:t>
      </w:r>
      <w:proofErr w:type="spellStart"/>
      <w:r>
        <w:t>milletin</w:t>
      </w:r>
      <w:proofErr w:type="spellEnd"/>
      <w:r>
        <w:t xml:space="preserve"> </w:t>
      </w:r>
      <w:proofErr w:type="spellStart"/>
      <w:r>
        <w:t>sinesinde</w:t>
      </w:r>
      <w:proofErr w:type="spellEnd"/>
      <w:r>
        <w:t xml:space="preserve"> </w:t>
      </w:r>
      <w:proofErr w:type="spellStart"/>
      <w:r>
        <w:t>yatan</w:t>
      </w:r>
      <w:proofErr w:type="spellEnd"/>
      <w:r>
        <w:t xml:space="preserve"> bin </w:t>
      </w:r>
      <w:proofErr w:type="spellStart"/>
      <w:r>
        <w:t>yıllık</w:t>
      </w:r>
      <w:proofErr w:type="spellEnd"/>
      <w:r>
        <w:t xml:space="preserve"> </w:t>
      </w:r>
      <w:proofErr w:type="spellStart"/>
      <w:r>
        <w:t>cesareti</w:t>
      </w:r>
      <w:proofErr w:type="spellEnd"/>
      <w:r>
        <w:t xml:space="preserve">, </w:t>
      </w:r>
      <w:proofErr w:type="spellStart"/>
      <w:r>
        <w:t>Çanakkale</w:t>
      </w:r>
      <w:proofErr w:type="spellEnd"/>
      <w:r>
        <w:t xml:space="preserve"> </w:t>
      </w:r>
      <w:proofErr w:type="spellStart"/>
      <w:r>
        <w:t>ruhunu</w:t>
      </w:r>
      <w:proofErr w:type="spellEnd"/>
      <w:r>
        <w:t xml:space="preserve"> </w:t>
      </w:r>
      <w:proofErr w:type="spellStart"/>
      <w:r>
        <w:t>hesaba</w:t>
      </w:r>
      <w:proofErr w:type="spellEnd"/>
      <w:r>
        <w:t xml:space="preserve"> </w:t>
      </w:r>
      <w:proofErr w:type="spellStart"/>
      <w:r>
        <w:t>katamadılar</w:t>
      </w:r>
      <w:proofErr w:type="spellEnd"/>
      <w:r>
        <w:t>!</w:t>
      </w:r>
    </w:p>
    <w:p w14:paraId="18F2A73D" w14:textId="77777777" w:rsidR="00CA7CD3" w:rsidRDefault="00000000">
      <w:pPr>
        <w:spacing w:after="120"/>
        <w:ind w:left="288"/>
      </w:pPr>
      <w:r>
        <w:rPr>
          <w:b/>
        </w:rPr>
        <w:t xml:space="preserve">4.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: </w:t>
      </w:r>
      <w:proofErr w:type="spellStart"/>
      <w:r>
        <w:t>Minarelerden</w:t>
      </w:r>
      <w:proofErr w:type="spellEnd"/>
      <w:r>
        <w:t xml:space="preserve"> </w:t>
      </w:r>
      <w:proofErr w:type="spellStart"/>
      <w:r>
        <w:t>selalar</w:t>
      </w:r>
      <w:proofErr w:type="spellEnd"/>
      <w:r>
        <w:t xml:space="preserve"> </w:t>
      </w:r>
      <w:proofErr w:type="spellStart"/>
      <w:r>
        <w:t>yükseldi</w:t>
      </w:r>
      <w:proofErr w:type="spellEnd"/>
      <w:r>
        <w:t xml:space="preserve"> </w:t>
      </w:r>
      <w:proofErr w:type="spellStart"/>
      <w:r>
        <w:t>arşa</w:t>
      </w:r>
      <w:proofErr w:type="spellEnd"/>
      <w:r>
        <w:t xml:space="preserve">... Bir millet </w:t>
      </w:r>
      <w:proofErr w:type="spellStart"/>
      <w:r>
        <w:t>ayağa</w:t>
      </w:r>
      <w:proofErr w:type="spellEnd"/>
      <w:r>
        <w:t xml:space="preserve"> </w:t>
      </w:r>
      <w:proofErr w:type="spellStart"/>
      <w:r>
        <w:t>kalktı</w:t>
      </w:r>
      <w:proofErr w:type="spellEnd"/>
      <w:r>
        <w:t xml:space="preserve">; </w:t>
      </w:r>
      <w:proofErr w:type="spellStart"/>
      <w:r>
        <w:t>ellerde</w:t>
      </w:r>
      <w:proofErr w:type="spellEnd"/>
      <w:r>
        <w:t xml:space="preserve"> al </w:t>
      </w:r>
      <w:proofErr w:type="spellStart"/>
      <w:r>
        <w:t>bayrak</w:t>
      </w:r>
      <w:proofErr w:type="spellEnd"/>
      <w:r>
        <w:t xml:space="preserve">, </w:t>
      </w:r>
      <w:proofErr w:type="spellStart"/>
      <w:r>
        <w:t>dillerde</w:t>
      </w:r>
      <w:proofErr w:type="spellEnd"/>
      <w:r>
        <w:t xml:space="preserve"> </w:t>
      </w:r>
      <w:proofErr w:type="spellStart"/>
      <w:r>
        <w:t>tekbir</w:t>
      </w:r>
      <w:proofErr w:type="spellEnd"/>
      <w:r>
        <w:t>!</w:t>
      </w:r>
    </w:p>
    <w:p w14:paraId="30069691" w14:textId="77777777" w:rsidR="00CA7CD3" w:rsidRDefault="00000000">
      <w:pPr>
        <w:spacing w:after="120"/>
        <w:ind w:left="288"/>
      </w:pPr>
      <w:r>
        <w:rPr>
          <w:b/>
        </w:rPr>
        <w:t xml:space="preserve">KORO: </w:t>
      </w:r>
      <w:r>
        <w:t xml:space="preserve">Dur </w:t>
      </w:r>
      <w:proofErr w:type="spellStart"/>
      <w:r>
        <w:t>yolcu</w:t>
      </w:r>
      <w:proofErr w:type="spellEnd"/>
      <w:r>
        <w:t xml:space="preserve">! </w:t>
      </w:r>
      <w:proofErr w:type="spellStart"/>
      <w:r>
        <w:t>Burası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toprağıdır</w:t>
      </w:r>
      <w:proofErr w:type="spellEnd"/>
      <w:r>
        <w:t xml:space="preserve">, </w:t>
      </w:r>
      <w:proofErr w:type="spellStart"/>
      <w:r>
        <w:t>çiğnetmeyiz</w:t>
      </w:r>
      <w:proofErr w:type="spellEnd"/>
      <w:r>
        <w:t xml:space="preserve"> </w:t>
      </w:r>
      <w:proofErr w:type="spellStart"/>
      <w:r>
        <w:t>hain</w:t>
      </w:r>
      <w:proofErr w:type="spellEnd"/>
      <w:r>
        <w:t xml:space="preserve"> </w:t>
      </w:r>
      <w:proofErr w:type="spellStart"/>
      <w:r>
        <w:t>ayaklara</w:t>
      </w:r>
      <w:proofErr w:type="spellEnd"/>
      <w:r>
        <w:t>!</w:t>
      </w:r>
    </w:p>
    <w:p w14:paraId="07CB167D" w14:textId="77777777" w:rsidR="00CA7CD3" w:rsidRDefault="00000000">
      <w:pPr>
        <w:spacing w:after="120"/>
        <w:ind w:left="288"/>
      </w:pPr>
      <w:r>
        <w:rPr>
          <w:b/>
        </w:rPr>
        <w:t xml:space="preserve">1.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: </w:t>
      </w:r>
      <w:r>
        <w:t xml:space="preserve">Bir </w:t>
      </w:r>
      <w:proofErr w:type="spellStart"/>
      <w:r>
        <w:t>yiğit</w:t>
      </w:r>
      <w:proofErr w:type="spellEnd"/>
      <w:r>
        <w:t xml:space="preserve"> </w:t>
      </w:r>
      <w:proofErr w:type="spellStart"/>
      <w:r>
        <w:t>çıktı</w:t>
      </w:r>
      <w:proofErr w:type="spellEnd"/>
      <w:r>
        <w:t xml:space="preserve"> </w:t>
      </w:r>
      <w:proofErr w:type="spellStart"/>
      <w:r>
        <w:t>Niğde’den</w:t>
      </w:r>
      <w:proofErr w:type="spellEnd"/>
      <w:r>
        <w:t xml:space="preserve">... </w:t>
      </w:r>
      <w:proofErr w:type="spellStart"/>
      <w:r>
        <w:t>Adı</w:t>
      </w:r>
      <w:proofErr w:type="spellEnd"/>
      <w:r>
        <w:t xml:space="preserve"> Ömer, </w:t>
      </w:r>
      <w:proofErr w:type="spellStart"/>
      <w:r>
        <w:t>soyadı</w:t>
      </w:r>
      <w:proofErr w:type="spellEnd"/>
      <w:r>
        <w:t xml:space="preserve"> </w:t>
      </w:r>
      <w:proofErr w:type="spellStart"/>
      <w:r>
        <w:t>Halisdemir</w:t>
      </w:r>
      <w:proofErr w:type="spellEnd"/>
      <w:r>
        <w:t xml:space="preserve">! </w:t>
      </w:r>
      <w:proofErr w:type="spellStart"/>
      <w:r>
        <w:t>Komutanı</w:t>
      </w:r>
      <w:proofErr w:type="spellEnd"/>
      <w:r>
        <w:t xml:space="preserve"> "</w:t>
      </w:r>
      <w:proofErr w:type="spellStart"/>
      <w:r>
        <w:t>Vur</w:t>
      </w:r>
      <w:proofErr w:type="spellEnd"/>
      <w:r>
        <w:t xml:space="preserve">!" </w:t>
      </w:r>
      <w:proofErr w:type="spellStart"/>
      <w:r>
        <w:t>dedi</w:t>
      </w:r>
      <w:proofErr w:type="spellEnd"/>
      <w:r>
        <w:t xml:space="preserve">, </w:t>
      </w:r>
      <w:proofErr w:type="spellStart"/>
      <w:r>
        <w:t>gözünü</w:t>
      </w:r>
      <w:proofErr w:type="spellEnd"/>
      <w:r>
        <w:t xml:space="preserve"> </w:t>
      </w:r>
      <w:proofErr w:type="spellStart"/>
      <w:r>
        <w:t>kırpmadan</w:t>
      </w:r>
      <w:proofErr w:type="spellEnd"/>
      <w:r>
        <w:t xml:space="preserve"> </w:t>
      </w:r>
      <w:proofErr w:type="spellStart"/>
      <w:r>
        <w:t>sıktı</w:t>
      </w:r>
      <w:proofErr w:type="spellEnd"/>
      <w:r>
        <w:t xml:space="preserve"> </w:t>
      </w:r>
      <w:proofErr w:type="spellStart"/>
      <w:r>
        <w:t>kurşunu</w:t>
      </w:r>
      <w:proofErr w:type="spellEnd"/>
      <w:r>
        <w:t xml:space="preserve"> </w:t>
      </w:r>
      <w:proofErr w:type="spellStart"/>
      <w:r>
        <w:t>haine</w:t>
      </w:r>
      <w:proofErr w:type="spellEnd"/>
      <w:r>
        <w:t>.</w:t>
      </w:r>
    </w:p>
    <w:p w14:paraId="152A7CC6" w14:textId="77777777" w:rsidR="00CA7CD3" w:rsidRDefault="00000000">
      <w:pPr>
        <w:spacing w:after="120"/>
        <w:ind w:left="288"/>
      </w:pPr>
      <w:r>
        <w:rPr>
          <w:b/>
        </w:rPr>
        <w:t xml:space="preserve">2.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: </w:t>
      </w:r>
      <w:proofErr w:type="spellStart"/>
      <w:r>
        <w:t>Otuz</w:t>
      </w:r>
      <w:proofErr w:type="spellEnd"/>
      <w:r>
        <w:t xml:space="preserve"> </w:t>
      </w:r>
      <w:proofErr w:type="spellStart"/>
      <w:r>
        <w:t>kurşunla</w:t>
      </w:r>
      <w:proofErr w:type="spellEnd"/>
      <w:r>
        <w:t xml:space="preserve"> </w:t>
      </w:r>
      <w:proofErr w:type="spellStart"/>
      <w:r>
        <w:t>düştü</w:t>
      </w:r>
      <w:proofErr w:type="spellEnd"/>
      <w:r>
        <w:t xml:space="preserve"> </w:t>
      </w:r>
      <w:proofErr w:type="spellStart"/>
      <w:r>
        <w:t>toprağa</w:t>
      </w:r>
      <w:proofErr w:type="spellEnd"/>
      <w:r>
        <w:t xml:space="preserve">... Bir Ömer </w:t>
      </w:r>
      <w:proofErr w:type="spellStart"/>
      <w:r>
        <w:t>gitti</w:t>
      </w:r>
      <w:proofErr w:type="spellEnd"/>
      <w:r>
        <w:t xml:space="preserve">, bin Ömer </w:t>
      </w:r>
      <w:proofErr w:type="spellStart"/>
      <w:r>
        <w:t>doğdu</w:t>
      </w:r>
      <w:proofErr w:type="spellEnd"/>
      <w:r>
        <w:t xml:space="preserve"> o </w:t>
      </w:r>
      <w:proofErr w:type="spellStart"/>
      <w:r>
        <w:t>gece</w:t>
      </w:r>
      <w:proofErr w:type="spellEnd"/>
      <w:r>
        <w:t>!</w:t>
      </w:r>
    </w:p>
    <w:p w14:paraId="1A0176B9" w14:textId="77777777" w:rsidR="00CA7CD3" w:rsidRDefault="00000000">
      <w:pPr>
        <w:spacing w:after="120"/>
        <w:ind w:left="288"/>
      </w:pPr>
      <w:r>
        <w:rPr>
          <w:b/>
        </w:rPr>
        <w:t xml:space="preserve">3.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: </w:t>
      </w:r>
      <w:proofErr w:type="spellStart"/>
      <w:r>
        <w:t>Köprüde</w:t>
      </w:r>
      <w:proofErr w:type="spellEnd"/>
      <w:r>
        <w:t xml:space="preserve"> Erol </w:t>
      </w:r>
      <w:proofErr w:type="spellStart"/>
      <w:r>
        <w:t>Olçok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gencecik</w:t>
      </w:r>
      <w:proofErr w:type="spellEnd"/>
      <w:r>
        <w:t xml:space="preserve"> Abdullah Tayyip... </w:t>
      </w:r>
      <w:proofErr w:type="spellStart"/>
      <w:r>
        <w:t>Şehadete</w:t>
      </w:r>
      <w:proofErr w:type="spellEnd"/>
      <w:r>
        <w:t xml:space="preserve"> </w:t>
      </w:r>
      <w:proofErr w:type="spellStart"/>
      <w:r>
        <w:t>kol</w:t>
      </w:r>
      <w:proofErr w:type="spellEnd"/>
      <w:r>
        <w:t xml:space="preserve"> kola </w:t>
      </w:r>
      <w:proofErr w:type="spellStart"/>
      <w:r>
        <w:t>koştular</w:t>
      </w:r>
      <w:proofErr w:type="spellEnd"/>
      <w:r>
        <w:t>.</w:t>
      </w:r>
    </w:p>
    <w:p w14:paraId="453452ED" w14:textId="77777777" w:rsidR="00CA7CD3" w:rsidRDefault="00000000">
      <w:pPr>
        <w:spacing w:after="120"/>
        <w:ind w:left="288"/>
      </w:pPr>
      <w:r>
        <w:rPr>
          <w:b/>
        </w:rPr>
        <w:t xml:space="preserve">4.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: </w:t>
      </w:r>
      <w:proofErr w:type="spellStart"/>
      <w:r>
        <w:t>Kadınlar</w:t>
      </w:r>
      <w:proofErr w:type="spellEnd"/>
      <w:r>
        <w:t xml:space="preserve"> </w:t>
      </w:r>
      <w:proofErr w:type="spellStart"/>
      <w:r>
        <w:t>tankların</w:t>
      </w:r>
      <w:proofErr w:type="spellEnd"/>
      <w:r>
        <w:t xml:space="preserve"> </w:t>
      </w:r>
      <w:proofErr w:type="spellStart"/>
      <w:r>
        <w:t>önünde</w:t>
      </w:r>
      <w:proofErr w:type="spellEnd"/>
      <w:r>
        <w:t xml:space="preserve"> </w:t>
      </w:r>
      <w:proofErr w:type="spellStart"/>
      <w:r>
        <w:t>etten</w:t>
      </w:r>
      <w:proofErr w:type="spellEnd"/>
      <w:r>
        <w:t xml:space="preserve"> </w:t>
      </w:r>
      <w:proofErr w:type="spellStart"/>
      <w:r>
        <w:t>duvar</w:t>
      </w:r>
      <w:proofErr w:type="spellEnd"/>
      <w:r>
        <w:t xml:space="preserve">, </w:t>
      </w:r>
      <w:proofErr w:type="spellStart"/>
      <w:r>
        <w:t>analar</w:t>
      </w:r>
      <w:proofErr w:type="spellEnd"/>
      <w:r>
        <w:t xml:space="preserve"> </w:t>
      </w:r>
      <w:proofErr w:type="spellStart"/>
      <w:r>
        <w:t>sokaklarda</w:t>
      </w:r>
      <w:proofErr w:type="spellEnd"/>
      <w:r>
        <w:t xml:space="preserve"> </w:t>
      </w:r>
      <w:proofErr w:type="spellStart"/>
      <w:r>
        <w:t>nöbetteydi</w:t>
      </w:r>
      <w:proofErr w:type="spellEnd"/>
      <w:r>
        <w:t xml:space="preserve">! </w:t>
      </w:r>
      <w:proofErr w:type="spellStart"/>
      <w:r>
        <w:t>Sabahın</w:t>
      </w:r>
      <w:proofErr w:type="spellEnd"/>
      <w:r>
        <w:t xml:space="preserve"> ilk </w:t>
      </w:r>
      <w:proofErr w:type="spellStart"/>
      <w:r>
        <w:t>ışıklarıyla</w:t>
      </w:r>
      <w:proofErr w:type="spellEnd"/>
      <w:r>
        <w:t xml:space="preserve"> </w:t>
      </w:r>
      <w:proofErr w:type="spellStart"/>
      <w:r>
        <w:t>boğuldu</w:t>
      </w:r>
      <w:proofErr w:type="spellEnd"/>
      <w:r>
        <w:t xml:space="preserve"> </w:t>
      </w:r>
      <w:proofErr w:type="spellStart"/>
      <w:r>
        <w:t>ihanet</w:t>
      </w:r>
      <w:proofErr w:type="spellEnd"/>
      <w:r>
        <w:t xml:space="preserve">, </w:t>
      </w:r>
      <w:proofErr w:type="spellStart"/>
      <w:r>
        <w:t>şahlandı</w:t>
      </w:r>
      <w:proofErr w:type="spellEnd"/>
      <w:r>
        <w:t xml:space="preserve"> </w:t>
      </w:r>
      <w:proofErr w:type="spellStart"/>
      <w:r>
        <w:t>hürriyet</w:t>
      </w:r>
      <w:proofErr w:type="spellEnd"/>
      <w:r>
        <w:t>!</w:t>
      </w:r>
    </w:p>
    <w:p w14:paraId="035E1F06" w14:textId="77777777" w:rsidR="00CA7CD3" w:rsidRDefault="00000000">
      <w:pPr>
        <w:spacing w:after="120"/>
        <w:ind w:left="288"/>
      </w:pPr>
      <w:r>
        <w:rPr>
          <w:b/>
        </w:rPr>
        <w:t xml:space="preserve">KORO: </w:t>
      </w:r>
      <w:proofErr w:type="spellStart"/>
      <w:r>
        <w:t>Hainler</w:t>
      </w:r>
      <w:proofErr w:type="spellEnd"/>
      <w:r>
        <w:t xml:space="preserve"> </w:t>
      </w:r>
      <w:proofErr w:type="spellStart"/>
      <w:r>
        <w:t>bilsin</w:t>
      </w:r>
      <w:proofErr w:type="spellEnd"/>
      <w:r>
        <w:t xml:space="preserve"> ki: </w:t>
      </w:r>
      <w:proofErr w:type="spellStart"/>
      <w:r>
        <w:t>Ezan</w:t>
      </w:r>
      <w:proofErr w:type="spellEnd"/>
      <w:r>
        <w:t xml:space="preserve"> </w:t>
      </w:r>
      <w:proofErr w:type="spellStart"/>
      <w:r>
        <w:t>dinmez</w:t>
      </w:r>
      <w:proofErr w:type="spellEnd"/>
      <w:r>
        <w:t xml:space="preserve">, </w:t>
      </w:r>
      <w:proofErr w:type="spellStart"/>
      <w:r>
        <w:t>bayrak</w:t>
      </w:r>
      <w:proofErr w:type="spellEnd"/>
      <w:r>
        <w:t xml:space="preserve"> </w:t>
      </w:r>
      <w:proofErr w:type="spellStart"/>
      <w:r>
        <w:t>inmez</w:t>
      </w:r>
      <w:proofErr w:type="spellEnd"/>
      <w:r>
        <w:t xml:space="preserve">, </w:t>
      </w:r>
      <w:proofErr w:type="spellStart"/>
      <w:r>
        <w:t>bu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asla</w:t>
      </w:r>
      <w:proofErr w:type="spellEnd"/>
      <w:r>
        <w:t xml:space="preserve"> </w:t>
      </w:r>
      <w:proofErr w:type="spellStart"/>
      <w:r>
        <w:t>bölünmez</w:t>
      </w:r>
      <w:proofErr w:type="spellEnd"/>
      <w:r>
        <w:t>!</w:t>
      </w:r>
    </w:p>
    <w:p w14:paraId="4CD8E340" w14:textId="77777777" w:rsidR="00CA7CD3" w:rsidRDefault="00000000">
      <w:r>
        <w:br w:type="page"/>
      </w:r>
    </w:p>
    <w:p w14:paraId="3792DF53" w14:textId="77777777" w:rsidR="00CA7CD3" w:rsidRDefault="00000000">
      <w:pPr>
        <w:pStyle w:val="Balk1"/>
        <w:spacing w:after="360"/>
        <w:jc w:val="center"/>
      </w:pPr>
      <w:r>
        <w:lastRenderedPageBreak/>
        <w:t>VATAN, BAYRAK VE ŞEHADET ÜZERİNE ÖZLÜ SÖZLER</w:t>
      </w:r>
      <w:r>
        <w:br/>
        <w:t>(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Sunumu</w:t>
      </w:r>
      <w:proofErr w:type="spellEnd"/>
      <w:r>
        <w:t>)</w:t>
      </w:r>
    </w:p>
    <w:p w14:paraId="188E3B29" w14:textId="77777777" w:rsidR="00CA7CD3" w:rsidRDefault="00000000">
      <w:pPr>
        <w:spacing w:after="120"/>
        <w:ind w:left="288"/>
      </w:pPr>
      <w:r>
        <w:rPr>
          <w:b/>
        </w:rPr>
        <w:t xml:space="preserve">• </w:t>
      </w:r>
      <w:proofErr w:type="spellStart"/>
      <w:r>
        <w:rPr>
          <w:b/>
        </w:rPr>
        <w:t>Kur'an</w:t>
      </w:r>
      <w:proofErr w:type="spellEnd"/>
      <w:r>
        <w:rPr>
          <w:b/>
        </w:rPr>
        <w:t xml:space="preserve">-ı </w:t>
      </w:r>
      <w:proofErr w:type="spellStart"/>
      <w:r>
        <w:rPr>
          <w:b/>
        </w:rPr>
        <w:t>Kerim</w:t>
      </w:r>
      <w:proofErr w:type="spellEnd"/>
      <w:r>
        <w:rPr>
          <w:b/>
        </w:rPr>
        <w:t xml:space="preserve"> (Bakara </w:t>
      </w:r>
      <w:proofErr w:type="spellStart"/>
      <w:r>
        <w:rPr>
          <w:b/>
        </w:rPr>
        <w:t>Suresi</w:t>
      </w:r>
      <w:proofErr w:type="spellEnd"/>
      <w:r>
        <w:rPr>
          <w:b/>
        </w:rPr>
        <w:t xml:space="preserve">, 154. </w:t>
      </w:r>
      <w:proofErr w:type="spellStart"/>
      <w:r>
        <w:rPr>
          <w:b/>
        </w:rPr>
        <w:t>Ayet</w:t>
      </w:r>
      <w:proofErr w:type="spellEnd"/>
      <w:r>
        <w:rPr>
          <w:b/>
        </w:rPr>
        <w:t xml:space="preserve">): </w:t>
      </w:r>
      <w:r>
        <w:t xml:space="preserve">“Allah </w:t>
      </w:r>
      <w:proofErr w:type="spellStart"/>
      <w:r>
        <w:t>yolunda</w:t>
      </w:r>
      <w:proofErr w:type="spellEnd"/>
      <w:r>
        <w:t xml:space="preserve"> </w:t>
      </w:r>
      <w:proofErr w:type="spellStart"/>
      <w:r>
        <w:t>öldürülenlere</w:t>
      </w:r>
      <w:proofErr w:type="spellEnd"/>
      <w:r>
        <w:t xml:space="preserve"> ‘</w:t>
      </w:r>
      <w:proofErr w:type="spellStart"/>
      <w:r>
        <w:t>ölüler</w:t>
      </w:r>
      <w:proofErr w:type="spellEnd"/>
      <w:r>
        <w:t xml:space="preserve">’ </w:t>
      </w:r>
      <w:proofErr w:type="spellStart"/>
      <w:r>
        <w:t>demeyiniz</w:t>
      </w:r>
      <w:proofErr w:type="spellEnd"/>
      <w:r>
        <w:t xml:space="preserve">. </w:t>
      </w:r>
      <w:proofErr w:type="spellStart"/>
      <w:r>
        <w:t>Bilâkis</w:t>
      </w:r>
      <w:proofErr w:type="spellEnd"/>
      <w:r>
        <w:t xml:space="preserve"> </w:t>
      </w:r>
      <w:proofErr w:type="spellStart"/>
      <w:r>
        <w:t>onlar</w:t>
      </w:r>
      <w:proofErr w:type="spellEnd"/>
      <w:r>
        <w:t xml:space="preserve"> </w:t>
      </w:r>
      <w:proofErr w:type="spellStart"/>
      <w:r>
        <w:t>diridirler</w:t>
      </w:r>
      <w:proofErr w:type="spellEnd"/>
      <w:r>
        <w:t xml:space="preserve">, </w:t>
      </w:r>
      <w:proofErr w:type="spellStart"/>
      <w:r>
        <w:t>lâkin</w:t>
      </w:r>
      <w:proofErr w:type="spellEnd"/>
      <w:r>
        <w:t xml:space="preserve"> </w:t>
      </w:r>
      <w:proofErr w:type="spellStart"/>
      <w:r>
        <w:t>siz</w:t>
      </w:r>
      <w:proofErr w:type="spellEnd"/>
      <w:r>
        <w:t xml:space="preserve"> </w:t>
      </w:r>
      <w:proofErr w:type="spellStart"/>
      <w:r>
        <w:t>anlayamazsınız</w:t>
      </w:r>
      <w:proofErr w:type="spellEnd"/>
      <w:r>
        <w:t>.”</w:t>
      </w:r>
    </w:p>
    <w:p w14:paraId="23805CBA" w14:textId="77777777" w:rsidR="00CA7CD3" w:rsidRDefault="00000000">
      <w:pPr>
        <w:spacing w:after="120"/>
        <w:ind w:left="288"/>
      </w:pPr>
      <w:r>
        <w:rPr>
          <w:b/>
        </w:rPr>
        <w:t xml:space="preserve">• Gazi Mustafa Kemal Atatürk: </w:t>
      </w:r>
      <w:r>
        <w:t>“</w:t>
      </w:r>
      <w:proofErr w:type="spellStart"/>
      <w:r>
        <w:t>Söz</w:t>
      </w:r>
      <w:proofErr w:type="spellEnd"/>
      <w:r>
        <w:t xml:space="preserve"> </w:t>
      </w:r>
      <w:proofErr w:type="spellStart"/>
      <w:r>
        <w:t>konusu</w:t>
      </w:r>
      <w:proofErr w:type="spellEnd"/>
      <w:r>
        <w:t xml:space="preserve"> </w:t>
      </w:r>
      <w:proofErr w:type="spellStart"/>
      <w:r>
        <w:t>vatansa</w:t>
      </w:r>
      <w:proofErr w:type="spellEnd"/>
      <w:r>
        <w:t xml:space="preserve">, </w:t>
      </w:r>
      <w:proofErr w:type="spellStart"/>
      <w:r>
        <w:t>gerisi</w:t>
      </w:r>
      <w:proofErr w:type="spellEnd"/>
      <w:r>
        <w:t xml:space="preserve"> </w:t>
      </w:r>
      <w:proofErr w:type="spellStart"/>
      <w:r>
        <w:t>teferruattır</w:t>
      </w:r>
      <w:proofErr w:type="spellEnd"/>
      <w:r>
        <w:t>.”</w:t>
      </w:r>
    </w:p>
    <w:p w14:paraId="0E721454" w14:textId="77777777" w:rsidR="00CA7CD3" w:rsidRDefault="00000000">
      <w:pPr>
        <w:spacing w:after="120"/>
        <w:ind w:left="288"/>
      </w:pPr>
      <w:r>
        <w:rPr>
          <w:b/>
        </w:rPr>
        <w:t xml:space="preserve">• Gazi Mustafa Kemal Atatürk: </w:t>
      </w:r>
      <w:r>
        <w:t>“</w:t>
      </w:r>
      <w:proofErr w:type="spellStart"/>
      <w:r>
        <w:t>Hâkimiyet</w:t>
      </w:r>
      <w:proofErr w:type="spellEnd"/>
      <w:r>
        <w:t xml:space="preserve">, </w:t>
      </w:r>
      <w:proofErr w:type="spellStart"/>
      <w:r>
        <w:t>bilâkayduşart</w:t>
      </w:r>
      <w:proofErr w:type="spellEnd"/>
      <w:r>
        <w:t xml:space="preserve"> </w:t>
      </w:r>
      <w:proofErr w:type="spellStart"/>
      <w:r>
        <w:t>milletindir</w:t>
      </w:r>
      <w:proofErr w:type="spellEnd"/>
      <w:r>
        <w:t>.”</w:t>
      </w:r>
    </w:p>
    <w:p w14:paraId="49829C4D" w14:textId="77777777" w:rsidR="00CA7CD3" w:rsidRDefault="00000000">
      <w:pPr>
        <w:spacing w:after="120"/>
        <w:ind w:left="288"/>
      </w:pPr>
      <w:r>
        <w:rPr>
          <w:b/>
        </w:rPr>
        <w:t xml:space="preserve">• Mehmet </w:t>
      </w:r>
      <w:proofErr w:type="spellStart"/>
      <w:r>
        <w:rPr>
          <w:b/>
        </w:rPr>
        <w:t>Âkif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Ersoy</w:t>
      </w:r>
      <w:proofErr w:type="spellEnd"/>
      <w:r>
        <w:rPr>
          <w:b/>
        </w:rPr>
        <w:t xml:space="preserve">: </w:t>
      </w:r>
      <w:r>
        <w:t>“</w:t>
      </w:r>
      <w:proofErr w:type="spellStart"/>
      <w:r>
        <w:t>Sahipsiz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memleketin</w:t>
      </w:r>
      <w:proofErr w:type="spellEnd"/>
      <w:r>
        <w:t xml:space="preserve"> </w:t>
      </w:r>
      <w:proofErr w:type="spellStart"/>
      <w:r>
        <w:t>batması</w:t>
      </w:r>
      <w:proofErr w:type="spellEnd"/>
      <w:r>
        <w:t xml:space="preserve"> </w:t>
      </w:r>
      <w:proofErr w:type="spellStart"/>
      <w:r>
        <w:t>haktır</w:t>
      </w:r>
      <w:proofErr w:type="spellEnd"/>
      <w:r>
        <w:t xml:space="preserve">; </w:t>
      </w:r>
      <w:proofErr w:type="spellStart"/>
      <w:r>
        <w:t>sen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olursan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batmayacaktır</w:t>
      </w:r>
      <w:proofErr w:type="spellEnd"/>
      <w:r>
        <w:t>.”</w:t>
      </w:r>
    </w:p>
    <w:p w14:paraId="32B3223F" w14:textId="77777777" w:rsidR="00CA7CD3" w:rsidRDefault="00000000">
      <w:pPr>
        <w:spacing w:after="120"/>
        <w:ind w:left="288"/>
      </w:pPr>
      <w:r>
        <w:rPr>
          <w:b/>
        </w:rPr>
        <w:t xml:space="preserve">• Mithat </w:t>
      </w:r>
      <w:proofErr w:type="spellStart"/>
      <w:r>
        <w:rPr>
          <w:b/>
        </w:rPr>
        <w:t>Cemal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Kuntay</w:t>
      </w:r>
      <w:proofErr w:type="spellEnd"/>
      <w:r>
        <w:rPr>
          <w:b/>
        </w:rPr>
        <w:t xml:space="preserve">: </w:t>
      </w:r>
      <w:r>
        <w:t>“</w:t>
      </w:r>
      <w:proofErr w:type="spellStart"/>
      <w:r>
        <w:t>Bayrakları</w:t>
      </w:r>
      <w:proofErr w:type="spellEnd"/>
      <w:r>
        <w:t xml:space="preserve"> </w:t>
      </w:r>
      <w:proofErr w:type="spellStart"/>
      <w:r>
        <w:t>bayrak</w:t>
      </w:r>
      <w:proofErr w:type="spellEnd"/>
      <w:r>
        <w:t xml:space="preserve"> </w:t>
      </w:r>
      <w:proofErr w:type="spellStart"/>
      <w:r>
        <w:t>yapan</w:t>
      </w:r>
      <w:proofErr w:type="spellEnd"/>
      <w:r>
        <w:t xml:space="preserve"> </w:t>
      </w:r>
      <w:proofErr w:type="spellStart"/>
      <w:r>
        <w:t>üstündeki</w:t>
      </w:r>
      <w:proofErr w:type="spellEnd"/>
      <w:r>
        <w:t xml:space="preserve"> </w:t>
      </w:r>
      <w:proofErr w:type="spellStart"/>
      <w:r>
        <w:t>kandır</w:t>
      </w:r>
      <w:proofErr w:type="spellEnd"/>
      <w:r>
        <w:t xml:space="preserve">; </w:t>
      </w:r>
      <w:proofErr w:type="spellStart"/>
      <w:r>
        <w:t>toprak</w:t>
      </w:r>
      <w:proofErr w:type="spellEnd"/>
      <w:r>
        <w:t xml:space="preserve"> </w:t>
      </w:r>
      <w:proofErr w:type="spellStart"/>
      <w:r>
        <w:t>eğer</w:t>
      </w:r>
      <w:proofErr w:type="spellEnd"/>
      <w:r>
        <w:t xml:space="preserve"> </w:t>
      </w:r>
      <w:proofErr w:type="spellStart"/>
      <w:r>
        <w:t>uğrunda</w:t>
      </w:r>
      <w:proofErr w:type="spellEnd"/>
      <w:r>
        <w:t xml:space="preserve"> </w:t>
      </w:r>
      <w:proofErr w:type="spellStart"/>
      <w:r>
        <w:t>ölen</w:t>
      </w:r>
      <w:proofErr w:type="spellEnd"/>
      <w:r>
        <w:t xml:space="preserve"> </w:t>
      </w:r>
      <w:proofErr w:type="spellStart"/>
      <w:r>
        <w:t>varsa</w:t>
      </w:r>
      <w:proofErr w:type="spellEnd"/>
      <w:r>
        <w:t xml:space="preserve"> </w:t>
      </w:r>
      <w:proofErr w:type="spellStart"/>
      <w:r>
        <w:t>vatandır</w:t>
      </w:r>
      <w:proofErr w:type="spellEnd"/>
      <w:r>
        <w:t>.”</w:t>
      </w:r>
    </w:p>
    <w:p w14:paraId="1D35906C" w14:textId="77777777" w:rsidR="00CA7CD3" w:rsidRDefault="00000000">
      <w:pPr>
        <w:spacing w:after="120"/>
        <w:ind w:left="288"/>
      </w:pPr>
      <w:r>
        <w:rPr>
          <w:b/>
        </w:rPr>
        <w:t xml:space="preserve">• Hüseyin Nihal </w:t>
      </w:r>
      <w:proofErr w:type="spellStart"/>
      <w:r>
        <w:rPr>
          <w:b/>
        </w:rPr>
        <w:t>Atsız</w:t>
      </w:r>
      <w:proofErr w:type="spellEnd"/>
      <w:r>
        <w:rPr>
          <w:b/>
        </w:rPr>
        <w:t xml:space="preserve">: </w:t>
      </w:r>
      <w:r>
        <w:t>“</w:t>
      </w:r>
      <w:proofErr w:type="spellStart"/>
      <w:r>
        <w:t>Kahramanlık</w:t>
      </w:r>
      <w:proofErr w:type="spellEnd"/>
      <w:r>
        <w:t xml:space="preserve">; </w:t>
      </w:r>
      <w:proofErr w:type="spellStart"/>
      <w:r>
        <w:t>içerek</w:t>
      </w:r>
      <w:proofErr w:type="spellEnd"/>
      <w:r>
        <w:t xml:space="preserve"> </w:t>
      </w:r>
      <w:proofErr w:type="spellStart"/>
      <w:r>
        <w:t>acı</w:t>
      </w:r>
      <w:proofErr w:type="spellEnd"/>
      <w:r>
        <w:t xml:space="preserve"> </w:t>
      </w:r>
      <w:proofErr w:type="spellStart"/>
      <w:r>
        <w:t>ölüm</w:t>
      </w:r>
      <w:proofErr w:type="spellEnd"/>
      <w:r>
        <w:t xml:space="preserve"> </w:t>
      </w:r>
      <w:proofErr w:type="spellStart"/>
      <w:r>
        <w:t>tasından</w:t>
      </w:r>
      <w:proofErr w:type="spellEnd"/>
      <w:r>
        <w:t xml:space="preserve">, </w:t>
      </w:r>
      <w:proofErr w:type="spellStart"/>
      <w:r>
        <w:t>ileriye</w:t>
      </w:r>
      <w:proofErr w:type="spellEnd"/>
      <w:r>
        <w:t xml:space="preserve"> </w:t>
      </w:r>
      <w:proofErr w:type="spellStart"/>
      <w:r>
        <w:t>atılmak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dönmemektir</w:t>
      </w:r>
      <w:proofErr w:type="spellEnd"/>
      <w:r>
        <w:t>.”</w:t>
      </w:r>
    </w:p>
    <w:p w14:paraId="2AF2484B" w14:textId="77777777" w:rsidR="00CA7CD3" w:rsidRDefault="00000000">
      <w:pPr>
        <w:spacing w:after="120"/>
        <w:ind w:left="288"/>
      </w:pPr>
      <w:r>
        <w:rPr>
          <w:b/>
        </w:rPr>
        <w:t xml:space="preserve">• Arif Nihat </w:t>
      </w:r>
      <w:proofErr w:type="spellStart"/>
      <w:r>
        <w:rPr>
          <w:b/>
        </w:rPr>
        <w:t>Asya</w:t>
      </w:r>
      <w:proofErr w:type="spellEnd"/>
      <w:r>
        <w:rPr>
          <w:b/>
        </w:rPr>
        <w:t xml:space="preserve">: </w:t>
      </w:r>
      <w:r>
        <w:t xml:space="preserve">“Ey </w:t>
      </w:r>
      <w:proofErr w:type="spellStart"/>
      <w:r>
        <w:t>mavi</w:t>
      </w:r>
      <w:proofErr w:type="spellEnd"/>
      <w:r>
        <w:t xml:space="preserve"> </w:t>
      </w:r>
      <w:proofErr w:type="spellStart"/>
      <w:r>
        <w:t>göklerin</w:t>
      </w:r>
      <w:proofErr w:type="spellEnd"/>
      <w:r>
        <w:t xml:space="preserve"> </w:t>
      </w:r>
      <w:proofErr w:type="spellStart"/>
      <w:r>
        <w:t>beyaz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kızıl</w:t>
      </w:r>
      <w:proofErr w:type="spellEnd"/>
      <w:r>
        <w:t xml:space="preserve"> </w:t>
      </w:r>
      <w:proofErr w:type="spellStart"/>
      <w:r>
        <w:t>süsü</w:t>
      </w:r>
      <w:proofErr w:type="spellEnd"/>
      <w:r>
        <w:t xml:space="preserve">... </w:t>
      </w:r>
      <w:proofErr w:type="spellStart"/>
      <w:r>
        <w:t>Kız</w:t>
      </w:r>
      <w:proofErr w:type="spellEnd"/>
      <w:r>
        <w:t xml:space="preserve"> </w:t>
      </w:r>
      <w:proofErr w:type="spellStart"/>
      <w:r>
        <w:t>kardeşimin</w:t>
      </w:r>
      <w:proofErr w:type="spellEnd"/>
      <w:r>
        <w:t xml:space="preserve"> </w:t>
      </w:r>
      <w:proofErr w:type="spellStart"/>
      <w:r>
        <w:t>gelinliği</w:t>
      </w:r>
      <w:proofErr w:type="spellEnd"/>
      <w:r>
        <w:t xml:space="preserve">, </w:t>
      </w:r>
      <w:proofErr w:type="spellStart"/>
      <w:r>
        <w:t>şehidimin</w:t>
      </w:r>
      <w:proofErr w:type="spellEnd"/>
      <w:r>
        <w:t xml:space="preserve"> son </w:t>
      </w:r>
      <w:proofErr w:type="spellStart"/>
      <w:r>
        <w:t>örtüsü</w:t>
      </w:r>
      <w:proofErr w:type="spellEnd"/>
      <w:r>
        <w:t>!”</w:t>
      </w:r>
    </w:p>
    <w:p w14:paraId="2BCC1C8B" w14:textId="77777777" w:rsidR="00CA7CD3" w:rsidRDefault="00000000">
      <w:pPr>
        <w:spacing w:after="120"/>
        <w:ind w:left="288"/>
      </w:pPr>
      <w:r>
        <w:rPr>
          <w:b/>
        </w:rPr>
        <w:t xml:space="preserve">• Aliya </w:t>
      </w:r>
      <w:proofErr w:type="spellStart"/>
      <w:r>
        <w:rPr>
          <w:b/>
        </w:rPr>
        <w:t>İzzetbegoviç</w:t>
      </w:r>
      <w:proofErr w:type="spellEnd"/>
      <w:r>
        <w:rPr>
          <w:b/>
        </w:rPr>
        <w:t xml:space="preserve">: </w:t>
      </w:r>
      <w:r>
        <w:t>“</w:t>
      </w:r>
      <w:proofErr w:type="spellStart"/>
      <w:r>
        <w:t>Bizi</w:t>
      </w:r>
      <w:proofErr w:type="spellEnd"/>
      <w:r>
        <w:t xml:space="preserve"> </w:t>
      </w:r>
      <w:proofErr w:type="spellStart"/>
      <w:r>
        <w:t>toprağa</w:t>
      </w:r>
      <w:proofErr w:type="spellEnd"/>
      <w:r>
        <w:t xml:space="preserve"> </w:t>
      </w:r>
      <w:proofErr w:type="spellStart"/>
      <w:r>
        <w:t>gömdüler</w:t>
      </w:r>
      <w:proofErr w:type="spellEnd"/>
      <w:r>
        <w:t xml:space="preserve"> </w:t>
      </w:r>
      <w:proofErr w:type="spellStart"/>
      <w:r>
        <w:t>fakat</w:t>
      </w:r>
      <w:proofErr w:type="spellEnd"/>
      <w:r>
        <w:t xml:space="preserve"> </w:t>
      </w:r>
      <w:proofErr w:type="spellStart"/>
      <w:r>
        <w:t>tohum</w:t>
      </w:r>
      <w:proofErr w:type="spellEnd"/>
      <w:r>
        <w:t xml:space="preserve"> </w:t>
      </w:r>
      <w:proofErr w:type="spellStart"/>
      <w:r>
        <w:t>olduğumuzu</w:t>
      </w:r>
      <w:proofErr w:type="spellEnd"/>
      <w:r>
        <w:t xml:space="preserve"> </w:t>
      </w:r>
      <w:proofErr w:type="spellStart"/>
      <w:r>
        <w:t>bilmiyorlardı</w:t>
      </w:r>
      <w:proofErr w:type="spellEnd"/>
      <w:r>
        <w:t>.”</w:t>
      </w:r>
    </w:p>
    <w:p w14:paraId="506FDC48" w14:textId="77777777" w:rsidR="00CA7CD3" w:rsidRDefault="00000000">
      <w:r>
        <w:br w:type="page"/>
      </w:r>
    </w:p>
    <w:p w14:paraId="6E62A38D" w14:textId="77777777" w:rsidR="00CA7CD3" w:rsidRDefault="00000000">
      <w:pPr>
        <w:pStyle w:val="Balk1"/>
        <w:jc w:val="center"/>
      </w:pPr>
      <w:r>
        <w:lastRenderedPageBreak/>
        <w:t>BU VATAN BİZİM</w:t>
      </w:r>
    </w:p>
    <w:p w14:paraId="5929398E" w14:textId="77777777" w:rsidR="00CA7CD3" w:rsidRDefault="00000000">
      <w:pPr>
        <w:spacing w:after="360"/>
        <w:jc w:val="center"/>
      </w:pPr>
      <w:proofErr w:type="spellStart"/>
      <w:r>
        <w:rPr>
          <w:i/>
        </w:rPr>
        <w:t>Dursun</w:t>
      </w:r>
      <w:proofErr w:type="spellEnd"/>
      <w:r>
        <w:rPr>
          <w:i/>
        </w:rPr>
        <w:t xml:space="preserve"> Ali ERZİNCANLI</w:t>
      </w:r>
    </w:p>
    <w:p w14:paraId="1D91D4A1" w14:textId="77777777" w:rsidR="00CA7CD3" w:rsidRDefault="00000000">
      <w:proofErr w:type="spellStart"/>
      <w:r>
        <w:t>Karanlık</w:t>
      </w:r>
      <w:proofErr w:type="spellEnd"/>
      <w:r>
        <w:t xml:space="preserve"> bir </w:t>
      </w:r>
      <w:proofErr w:type="spellStart"/>
      <w:r>
        <w:t>gece</w:t>
      </w:r>
      <w:proofErr w:type="spellEnd"/>
      <w:r>
        <w:t xml:space="preserve">, </w:t>
      </w:r>
      <w:proofErr w:type="spellStart"/>
      <w:r>
        <w:t>kanlı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derin</w:t>
      </w:r>
      <w:proofErr w:type="spellEnd"/>
      <w:r>
        <w:br/>
      </w:r>
      <w:proofErr w:type="spellStart"/>
      <w:r>
        <w:t>Ateşle</w:t>
      </w:r>
      <w:proofErr w:type="spellEnd"/>
      <w:r>
        <w:t xml:space="preserve"> </w:t>
      </w:r>
      <w:proofErr w:type="spellStart"/>
      <w:r>
        <w:t>boyandı</w:t>
      </w:r>
      <w:proofErr w:type="spellEnd"/>
      <w:r>
        <w:t xml:space="preserve"> </w:t>
      </w:r>
      <w:proofErr w:type="spellStart"/>
      <w:r>
        <w:t>yüzü</w:t>
      </w:r>
      <w:proofErr w:type="spellEnd"/>
      <w:r>
        <w:t xml:space="preserve"> </w:t>
      </w:r>
      <w:proofErr w:type="spellStart"/>
      <w:r>
        <w:t>göklerin</w:t>
      </w:r>
      <w:proofErr w:type="spellEnd"/>
      <w:r>
        <w:br/>
      </w:r>
      <w:proofErr w:type="spellStart"/>
      <w:r>
        <w:t>Şehitler</w:t>
      </w:r>
      <w:proofErr w:type="spellEnd"/>
      <w:r>
        <w:t xml:space="preserve"> </w:t>
      </w:r>
      <w:proofErr w:type="spellStart"/>
      <w:r>
        <w:t>bağrına</w:t>
      </w:r>
      <w:proofErr w:type="spellEnd"/>
      <w:r>
        <w:t xml:space="preserve"> </w:t>
      </w:r>
      <w:proofErr w:type="spellStart"/>
      <w:r>
        <w:t>uzandı</w:t>
      </w:r>
      <w:proofErr w:type="spellEnd"/>
      <w:r>
        <w:t xml:space="preserve"> </w:t>
      </w:r>
      <w:proofErr w:type="spellStart"/>
      <w:r>
        <w:t>yerin</w:t>
      </w:r>
      <w:proofErr w:type="spellEnd"/>
      <w:r>
        <w:br/>
      </w:r>
      <w:proofErr w:type="spellStart"/>
      <w:r>
        <w:t>Zamanın</w:t>
      </w:r>
      <w:proofErr w:type="spellEnd"/>
      <w:r>
        <w:t xml:space="preserve"> </w:t>
      </w:r>
      <w:proofErr w:type="spellStart"/>
      <w:r>
        <w:t>nabzında</w:t>
      </w:r>
      <w:proofErr w:type="spellEnd"/>
      <w:r>
        <w:t xml:space="preserve"> </w:t>
      </w:r>
      <w:proofErr w:type="spellStart"/>
      <w:r>
        <w:t>atan</w:t>
      </w:r>
      <w:proofErr w:type="spellEnd"/>
      <w:r>
        <w:t xml:space="preserve"> </w:t>
      </w:r>
      <w:proofErr w:type="spellStart"/>
      <w:r>
        <w:t>bizimdir</w:t>
      </w:r>
      <w:proofErr w:type="spellEnd"/>
      <w:r>
        <w:br/>
      </w:r>
      <w:proofErr w:type="spellStart"/>
      <w:r>
        <w:t>İhânet</w:t>
      </w:r>
      <w:proofErr w:type="spellEnd"/>
      <w:r>
        <w:t xml:space="preserve"> </w:t>
      </w:r>
      <w:proofErr w:type="spellStart"/>
      <w:r>
        <w:t>onların</w:t>
      </w:r>
      <w:proofErr w:type="spellEnd"/>
      <w:r>
        <w:t xml:space="preserve">,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bizimdir</w:t>
      </w:r>
      <w:proofErr w:type="spellEnd"/>
      <w:r>
        <w:t>!</w:t>
      </w:r>
    </w:p>
    <w:p w14:paraId="7E96E85F" w14:textId="77777777" w:rsidR="00CA7CD3" w:rsidRDefault="00000000">
      <w:proofErr w:type="spellStart"/>
      <w:r>
        <w:t>Müjde</w:t>
      </w:r>
      <w:proofErr w:type="spellEnd"/>
      <w:r>
        <w:t xml:space="preserve"> </w:t>
      </w:r>
      <w:proofErr w:type="spellStart"/>
      <w:r>
        <w:t>verenleriz</w:t>
      </w:r>
      <w:proofErr w:type="spellEnd"/>
      <w:r>
        <w:t xml:space="preserve">, </w:t>
      </w:r>
      <w:proofErr w:type="spellStart"/>
      <w:r>
        <w:t>korkutan</w:t>
      </w:r>
      <w:proofErr w:type="spellEnd"/>
      <w:r>
        <w:t xml:space="preserve"> </w:t>
      </w:r>
      <w:proofErr w:type="spellStart"/>
      <w:r>
        <w:t>değil</w:t>
      </w:r>
      <w:proofErr w:type="spellEnd"/>
      <w:r>
        <w:br/>
      </w:r>
      <w:proofErr w:type="spellStart"/>
      <w:r>
        <w:t>Yurda</w:t>
      </w:r>
      <w:proofErr w:type="spellEnd"/>
      <w:r>
        <w:t xml:space="preserve"> </w:t>
      </w:r>
      <w:proofErr w:type="spellStart"/>
      <w:r>
        <w:t>kardeş</w:t>
      </w:r>
      <w:proofErr w:type="spellEnd"/>
      <w:r>
        <w:t xml:space="preserve"> </w:t>
      </w:r>
      <w:proofErr w:type="spellStart"/>
      <w:r>
        <w:t>kanı</w:t>
      </w:r>
      <w:proofErr w:type="spellEnd"/>
      <w:r>
        <w:t xml:space="preserve"> </w:t>
      </w:r>
      <w:proofErr w:type="spellStart"/>
      <w:r>
        <w:t>akıtan</w:t>
      </w:r>
      <w:proofErr w:type="spellEnd"/>
      <w:r>
        <w:t xml:space="preserve"> </w:t>
      </w:r>
      <w:proofErr w:type="spellStart"/>
      <w:r>
        <w:t>değil</w:t>
      </w:r>
      <w:proofErr w:type="spellEnd"/>
      <w:r>
        <w:br/>
      </w:r>
      <w:proofErr w:type="spellStart"/>
      <w:r>
        <w:t>Namluyu</w:t>
      </w:r>
      <w:proofErr w:type="spellEnd"/>
      <w:r>
        <w:t xml:space="preserve"> </w:t>
      </w:r>
      <w:proofErr w:type="spellStart"/>
      <w:r>
        <w:t>millete</w:t>
      </w:r>
      <w:proofErr w:type="spellEnd"/>
      <w:r>
        <w:t xml:space="preserve"> </w:t>
      </w:r>
      <w:proofErr w:type="spellStart"/>
      <w:r>
        <w:t>doğrultan</w:t>
      </w:r>
      <w:proofErr w:type="spellEnd"/>
      <w:r>
        <w:t xml:space="preserve"> </w:t>
      </w:r>
      <w:proofErr w:type="spellStart"/>
      <w:r>
        <w:t>değil</w:t>
      </w:r>
      <w:proofErr w:type="spellEnd"/>
      <w:r>
        <w:br/>
      </w:r>
      <w:proofErr w:type="spellStart"/>
      <w:r>
        <w:t>Tankların</w:t>
      </w:r>
      <w:proofErr w:type="spellEnd"/>
      <w:r>
        <w:t xml:space="preserve"> </w:t>
      </w:r>
      <w:proofErr w:type="spellStart"/>
      <w:r>
        <w:t>altına</w:t>
      </w:r>
      <w:proofErr w:type="spellEnd"/>
      <w:r>
        <w:t xml:space="preserve"> </w:t>
      </w:r>
      <w:proofErr w:type="spellStart"/>
      <w:r>
        <w:t>yatan</w:t>
      </w:r>
      <w:proofErr w:type="spellEnd"/>
      <w:r>
        <w:t xml:space="preserve"> </w:t>
      </w:r>
      <w:proofErr w:type="spellStart"/>
      <w:r>
        <w:t>bizimdir</w:t>
      </w:r>
      <w:proofErr w:type="spellEnd"/>
      <w:r>
        <w:br/>
      </w:r>
      <w:proofErr w:type="spellStart"/>
      <w:r>
        <w:t>Esâret</w:t>
      </w:r>
      <w:proofErr w:type="spellEnd"/>
      <w:r>
        <w:t xml:space="preserve"> </w:t>
      </w:r>
      <w:proofErr w:type="spellStart"/>
      <w:r>
        <w:t>onların</w:t>
      </w:r>
      <w:proofErr w:type="spellEnd"/>
      <w:r>
        <w:t xml:space="preserve">,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bizimdir</w:t>
      </w:r>
      <w:proofErr w:type="spellEnd"/>
      <w:r>
        <w:t>!</w:t>
      </w:r>
    </w:p>
    <w:p w14:paraId="7E5D7414" w14:textId="77777777" w:rsidR="00CA7CD3" w:rsidRDefault="00000000">
      <w:proofErr w:type="spellStart"/>
      <w:r>
        <w:t>Hıyânet</w:t>
      </w:r>
      <w:proofErr w:type="spellEnd"/>
      <w:r>
        <w:t xml:space="preserve"> </w:t>
      </w:r>
      <w:proofErr w:type="spellStart"/>
      <w:r>
        <w:t>zehrini</w:t>
      </w:r>
      <w:proofErr w:type="spellEnd"/>
      <w:r>
        <w:t xml:space="preserve"> </w:t>
      </w:r>
      <w:proofErr w:type="spellStart"/>
      <w:r>
        <w:t>akıtmış</w:t>
      </w:r>
      <w:proofErr w:type="spellEnd"/>
      <w:r>
        <w:t xml:space="preserve"> </w:t>
      </w:r>
      <w:proofErr w:type="spellStart"/>
      <w:r>
        <w:t>dile</w:t>
      </w:r>
      <w:proofErr w:type="spellEnd"/>
      <w:r>
        <w:br/>
      </w:r>
      <w:proofErr w:type="spellStart"/>
      <w:r>
        <w:t>Şeytan’ı</w:t>
      </w:r>
      <w:proofErr w:type="spellEnd"/>
      <w:r>
        <w:t xml:space="preserve"> </w:t>
      </w:r>
      <w:proofErr w:type="spellStart"/>
      <w:r>
        <w:t>aldatır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kahpe</w:t>
      </w:r>
      <w:proofErr w:type="spellEnd"/>
      <w:r>
        <w:t xml:space="preserve"> </w:t>
      </w:r>
      <w:proofErr w:type="spellStart"/>
      <w:r>
        <w:t>hîle</w:t>
      </w:r>
      <w:proofErr w:type="spellEnd"/>
      <w:r>
        <w:br/>
      </w:r>
      <w:proofErr w:type="spellStart"/>
      <w:r>
        <w:t>Görmedi</w:t>
      </w:r>
      <w:proofErr w:type="spellEnd"/>
      <w:r>
        <w:t xml:space="preserve"> </w:t>
      </w:r>
      <w:proofErr w:type="spellStart"/>
      <w:r>
        <w:t>insanlar</w:t>
      </w:r>
      <w:proofErr w:type="spellEnd"/>
      <w:r>
        <w:t xml:space="preserve"> </w:t>
      </w:r>
      <w:proofErr w:type="spellStart"/>
      <w:r>
        <w:t>tarihte</w:t>
      </w:r>
      <w:proofErr w:type="spellEnd"/>
      <w:r>
        <w:t xml:space="preserve"> bile</w:t>
      </w:r>
      <w:r>
        <w:br/>
      </w:r>
      <w:proofErr w:type="spellStart"/>
      <w:r>
        <w:t>Bayrağı</w:t>
      </w:r>
      <w:proofErr w:type="spellEnd"/>
      <w:r>
        <w:t xml:space="preserve"> </w:t>
      </w:r>
      <w:proofErr w:type="spellStart"/>
      <w:r>
        <w:t>göğsünde</w:t>
      </w:r>
      <w:proofErr w:type="spellEnd"/>
      <w:r>
        <w:t xml:space="preserve"> </w:t>
      </w:r>
      <w:proofErr w:type="spellStart"/>
      <w:r>
        <w:t>tutan</w:t>
      </w:r>
      <w:proofErr w:type="spellEnd"/>
      <w:r>
        <w:t xml:space="preserve"> </w:t>
      </w:r>
      <w:proofErr w:type="spellStart"/>
      <w:r>
        <w:t>bizimdir</w:t>
      </w:r>
      <w:proofErr w:type="spellEnd"/>
      <w:r>
        <w:br/>
      </w:r>
      <w:proofErr w:type="spellStart"/>
      <w:r>
        <w:t>Dalâlet</w:t>
      </w:r>
      <w:proofErr w:type="spellEnd"/>
      <w:r>
        <w:t xml:space="preserve"> </w:t>
      </w:r>
      <w:proofErr w:type="spellStart"/>
      <w:r>
        <w:t>onların</w:t>
      </w:r>
      <w:proofErr w:type="spellEnd"/>
      <w:r>
        <w:t xml:space="preserve">,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bizimdir</w:t>
      </w:r>
      <w:proofErr w:type="spellEnd"/>
      <w:r>
        <w:t>!</w:t>
      </w:r>
    </w:p>
    <w:p w14:paraId="623B0EF0" w14:textId="77777777" w:rsidR="00CA7CD3" w:rsidRDefault="00000000">
      <w:proofErr w:type="spellStart"/>
      <w:r>
        <w:t>Sonsuzluk</w:t>
      </w:r>
      <w:proofErr w:type="spellEnd"/>
      <w:r>
        <w:t xml:space="preserve"> </w:t>
      </w:r>
      <w:proofErr w:type="spellStart"/>
      <w:r>
        <w:t>andıdır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kutlu</w:t>
      </w:r>
      <w:proofErr w:type="spellEnd"/>
      <w:r>
        <w:t xml:space="preserve"> </w:t>
      </w:r>
      <w:proofErr w:type="spellStart"/>
      <w:r>
        <w:t>destan</w:t>
      </w:r>
      <w:proofErr w:type="spellEnd"/>
      <w:r>
        <w:br/>
      </w:r>
      <w:proofErr w:type="spellStart"/>
      <w:r>
        <w:t>Gök</w:t>
      </w:r>
      <w:proofErr w:type="spellEnd"/>
      <w:r>
        <w:t xml:space="preserve"> </w:t>
      </w:r>
      <w:proofErr w:type="spellStart"/>
      <w:r>
        <w:t>kubbe</w:t>
      </w:r>
      <w:proofErr w:type="spellEnd"/>
      <w:r>
        <w:t xml:space="preserve"> </w:t>
      </w:r>
      <w:proofErr w:type="spellStart"/>
      <w:r>
        <w:t>inlesin</w:t>
      </w:r>
      <w:proofErr w:type="spellEnd"/>
      <w:r>
        <w:t xml:space="preserve"> </w:t>
      </w:r>
      <w:proofErr w:type="spellStart"/>
      <w:r>
        <w:t>tekbir</w:t>
      </w:r>
      <w:proofErr w:type="spellEnd"/>
      <w:r>
        <w:t xml:space="preserve"> </w:t>
      </w:r>
      <w:proofErr w:type="spellStart"/>
      <w:r>
        <w:t>sesinden</w:t>
      </w:r>
      <w:proofErr w:type="spellEnd"/>
      <w:r>
        <w:br/>
      </w:r>
      <w:proofErr w:type="spellStart"/>
      <w:r>
        <w:t>Hainler</w:t>
      </w:r>
      <w:proofErr w:type="spellEnd"/>
      <w:r>
        <w:t xml:space="preserve"> </w:t>
      </w:r>
      <w:proofErr w:type="spellStart"/>
      <w:r>
        <w:t>titresin</w:t>
      </w:r>
      <w:proofErr w:type="spellEnd"/>
      <w:r>
        <w:t xml:space="preserve"> </w:t>
      </w:r>
      <w:proofErr w:type="spellStart"/>
      <w:r>
        <w:t>dağlar</w:t>
      </w:r>
      <w:proofErr w:type="spellEnd"/>
      <w:r>
        <w:t xml:space="preserve"> </w:t>
      </w:r>
      <w:proofErr w:type="spellStart"/>
      <w:r>
        <w:t>taşından</w:t>
      </w:r>
      <w:proofErr w:type="spellEnd"/>
      <w:r>
        <w:br/>
      </w:r>
      <w:proofErr w:type="spellStart"/>
      <w:r>
        <w:t>Gecenin</w:t>
      </w:r>
      <w:proofErr w:type="spellEnd"/>
      <w:r>
        <w:t xml:space="preserve"> </w:t>
      </w:r>
      <w:proofErr w:type="spellStart"/>
      <w:r>
        <w:t>bağrında</w:t>
      </w:r>
      <w:proofErr w:type="spellEnd"/>
      <w:r>
        <w:t xml:space="preserve"> </w:t>
      </w:r>
      <w:proofErr w:type="spellStart"/>
      <w:r>
        <w:t>batan</w:t>
      </w:r>
      <w:proofErr w:type="spellEnd"/>
      <w:r>
        <w:t xml:space="preserve"> </w:t>
      </w:r>
      <w:proofErr w:type="spellStart"/>
      <w:r>
        <w:t>onların</w:t>
      </w:r>
      <w:proofErr w:type="spellEnd"/>
      <w:r>
        <w:br/>
      </w:r>
      <w:proofErr w:type="spellStart"/>
      <w:r>
        <w:t>Güneşle</w:t>
      </w:r>
      <w:proofErr w:type="spellEnd"/>
      <w:r>
        <w:t xml:space="preserve"> </w:t>
      </w:r>
      <w:proofErr w:type="spellStart"/>
      <w:r>
        <w:t>şahlanan</w:t>
      </w:r>
      <w:proofErr w:type="spellEnd"/>
      <w:r>
        <w:t xml:space="preserve">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bizimdir</w:t>
      </w:r>
      <w:proofErr w:type="spellEnd"/>
      <w:r>
        <w:t>!</w:t>
      </w:r>
    </w:p>
    <w:p w14:paraId="0EB8E7C7" w14:textId="77777777" w:rsidR="00CA7CD3" w:rsidRDefault="00000000">
      <w:r>
        <w:br w:type="page"/>
      </w:r>
    </w:p>
    <w:p w14:paraId="66A087EB" w14:textId="77777777" w:rsidR="00CA7CD3" w:rsidRDefault="00000000">
      <w:pPr>
        <w:pStyle w:val="Balk1"/>
        <w:jc w:val="center"/>
      </w:pPr>
      <w:r>
        <w:lastRenderedPageBreak/>
        <w:t>15 TEMMUZ ŞEHİTLERİ</w:t>
      </w:r>
    </w:p>
    <w:p w14:paraId="378B3F47" w14:textId="77777777" w:rsidR="00CA7CD3" w:rsidRDefault="00000000">
      <w:pPr>
        <w:spacing w:after="360"/>
        <w:jc w:val="center"/>
      </w:pPr>
      <w:proofErr w:type="spellStart"/>
      <w:r>
        <w:rPr>
          <w:i/>
        </w:rPr>
        <w:t>Cuma</w:t>
      </w:r>
      <w:proofErr w:type="spellEnd"/>
      <w:r>
        <w:rPr>
          <w:i/>
        </w:rPr>
        <w:t xml:space="preserve"> YAT</w:t>
      </w:r>
    </w:p>
    <w:p w14:paraId="740758C3" w14:textId="77777777" w:rsidR="00CA7CD3" w:rsidRDefault="00000000">
      <w:r>
        <w:t xml:space="preserve">Bir </w:t>
      </w:r>
      <w:proofErr w:type="spellStart"/>
      <w:r>
        <w:t>mucize</w:t>
      </w:r>
      <w:proofErr w:type="spellEnd"/>
      <w:r>
        <w:t xml:space="preserve"> </w:t>
      </w:r>
      <w:proofErr w:type="spellStart"/>
      <w:r>
        <w:t>yarattın</w:t>
      </w:r>
      <w:proofErr w:type="spellEnd"/>
      <w:r>
        <w:t xml:space="preserve"> on </w:t>
      </w:r>
      <w:proofErr w:type="spellStart"/>
      <w:r>
        <w:t>beş</w:t>
      </w:r>
      <w:proofErr w:type="spellEnd"/>
      <w:r>
        <w:t xml:space="preserve">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gecesi</w:t>
      </w:r>
      <w:proofErr w:type="spellEnd"/>
      <w:r>
        <w:t>,</w:t>
      </w:r>
      <w:r>
        <w:br/>
        <w:t xml:space="preserve">Can verdin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, </w:t>
      </w:r>
      <w:proofErr w:type="spellStart"/>
      <w:r>
        <w:t>yoktu</w:t>
      </w:r>
      <w:proofErr w:type="spellEnd"/>
      <w:r>
        <w:t xml:space="preserve"> </w:t>
      </w:r>
      <w:proofErr w:type="spellStart"/>
      <w:r>
        <w:t>bunun</w:t>
      </w:r>
      <w:proofErr w:type="spellEnd"/>
      <w:r>
        <w:t xml:space="preserve"> </w:t>
      </w:r>
      <w:proofErr w:type="spellStart"/>
      <w:r>
        <w:t>ötesi</w:t>
      </w:r>
      <w:proofErr w:type="spellEnd"/>
      <w:r>
        <w:t>.</w:t>
      </w:r>
      <w:r>
        <w:br/>
        <w:t xml:space="preserve">O </w:t>
      </w:r>
      <w:proofErr w:type="spellStart"/>
      <w:r>
        <w:t>nasıl</w:t>
      </w:r>
      <w:proofErr w:type="spellEnd"/>
      <w:r>
        <w:t xml:space="preserve"> bir </w:t>
      </w:r>
      <w:proofErr w:type="spellStart"/>
      <w:r>
        <w:t>yürek</w:t>
      </w:r>
      <w:proofErr w:type="spellEnd"/>
      <w:r>
        <w:t xml:space="preserve"> ki </w:t>
      </w:r>
      <w:proofErr w:type="spellStart"/>
      <w:r>
        <w:t>binlerce</w:t>
      </w:r>
      <w:proofErr w:type="spellEnd"/>
      <w:r>
        <w:t xml:space="preserve"> tanka bedel,</w:t>
      </w:r>
      <w:r>
        <w:br/>
      </w:r>
      <w:proofErr w:type="spellStart"/>
      <w:r>
        <w:t>Ölüm</w:t>
      </w:r>
      <w:proofErr w:type="spellEnd"/>
      <w:r>
        <w:t xml:space="preserve"> bile </w:t>
      </w:r>
      <w:proofErr w:type="spellStart"/>
      <w:r>
        <w:t>vız</w:t>
      </w:r>
      <w:proofErr w:type="spellEnd"/>
      <w:r>
        <w:t xml:space="preserve"> </w:t>
      </w:r>
      <w:proofErr w:type="spellStart"/>
      <w:r>
        <w:t>geldi</w:t>
      </w:r>
      <w:proofErr w:type="spellEnd"/>
      <w:r>
        <w:t xml:space="preserve">, </w:t>
      </w:r>
      <w:proofErr w:type="spellStart"/>
      <w:r>
        <w:t>utandı</w:t>
      </w:r>
      <w:proofErr w:type="spellEnd"/>
      <w:r>
        <w:t xml:space="preserve"> </w:t>
      </w:r>
      <w:proofErr w:type="spellStart"/>
      <w:r>
        <w:t>senden</w:t>
      </w:r>
      <w:proofErr w:type="spellEnd"/>
      <w:r>
        <w:t xml:space="preserve"> </w:t>
      </w:r>
      <w:proofErr w:type="spellStart"/>
      <w:r>
        <w:t>ecel</w:t>
      </w:r>
      <w:proofErr w:type="spellEnd"/>
      <w:r>
        <w:t>!</w:t>
      </w:r>
    </w:p>
    <w:p w14:paraId="58E5261A" w14:textId="77777777" w:rsidR="00CA7CD3" w:rsidRDefault="00000000">
      <w:proofErr w:type="spellStart"/>
      <w:r>
        <w:t>Seninle</w:t>
      </w:r>
      <w:proofErr w:type="spellEnd"/>
      <w:r>
        <w:t xml:space="preserve"> </w:t>
      </w:r>
      <w:proofErr w:type="spellStart"/>
      <w:r>
        <w:t>gurur</w:t>
      </w:r>
      <w:proofErr w:type="spellEnd"/>
      <w:r>
        <w:t xml:space="preserve"> </w:t>
      </w:r>
      <w:proofErr w:type="spellStart"/>
      <w:r>
        <w:t>duydu</w:t>
      </w:r>
      <w:proofErr w:type="spellEnd"/>
      <w:r>
        <w:t xml:space="preserve"> </w:t>
      </w:r>
      <w:proofErr w:type="spellStart"/>
      <w:r>
        <w:t>Boğaziçi</w:t>
      </w:r>
      <w:proofErr w:type="spellEnd"/>
      <w:r>
        <w:t xml:space="preserve"> </w:t>
      </w:r>
      <w:proofErr w:type="spellStart"/>
      <w:r>
        <w:t>Köprüsü</w:t>
      </w:r>
      <w:proofErr w:type="spellEnd"/>
      <w:r>
        <w:t>,</w:t>
      </w:r>
      <w:r>
        <w:br/>
      </w:r>
      <w:proofErr w:type="spellStart"/>
      <w:r>
        <w:t>Semayı</w:t>
      </w:r>
      <w:proofErr w:type="spellEnd"/>
      <w:r>
        <w:t xml:space="preserve"> </w:t>
      </w:r>
      <w:proofErr w:type="spellStart"/>
      <w:r>
        <w:t>inletti</w:t>
      </w:r>
      <w:proofErr w:type="spellEnd"/>
      <w:r>
        <w:t xml:space="preserve"> </w:t>
      </w:r>
      <w:proofErr w:type="spellStart"/>
      <w:r>
        <w:t>tekbirlerin</w:t>
      </w:r>
      <w:proofErr w:type="spellEnd"/>
      <w:r>
        <w:t xml:space="preserve"> </w:t>
      </w:r>
      <w:proofErr w:type="spellStart"/>
      <w:r>
        <w:t>gür</w:t>
      </w:r>
      <w:proofErr w:type="spellEnd"/>
      <w:r>
        <w:t xml:space="preserve"> </w:t>
      </w:r>
      <w:proofErr w:type="spellStart"/>
      <w:r>
        <w:t>sesi</w:t>
      </w:r>
      <w:proofErr w:type="spellEnd"/>
      <w:r>
        <w:t>.</w:t>
      </w:r>
      <w:r>
        <w:br/>
      </w:r>
      <w:proofErr w:type="spellStart"/>
      <w:r>
        <w:t>Tankların</w:t>
      </w:r>
      <w:proofErr w:type="spellEnd"/>
      <w:r>
        <w:t xml:space="preserve"> </w:t>
      </w:r>
      <w:proofErr w:type="spellStart"/>
      <w:r>
        <w:t>karşısında</w:t>
      </w:r>
      <w:proofErr w:type="spellEnd"/>
      <w:r>
        <w:t xml:space="preserve"> </w:t>
      </w:r>
      <w:proofErr w:type="spellStart"/>
      <w:r>
        <w:t>dimdik</w:t>
      </w:r>
      <w:proofErr w:type="spellEnd"/>
      <w:r>
        <w:t xml:space="preserve"> </w:t>
      </w:r>
      <w:proofErr w:type="spellStart"/>
      <w:r>
        <w:t>durdu</w:t>
      </w:r>
      <w:proofErr w:type="spellEnd"/>
      <w:r>
        <w:t xml:space="preserve"> </w:t>
      </w:r>
      <w:proofErr w:type="spellStart"/>
      <w:r>
        <w:t>bedenler</w:t>
      </w:r>
      <w:proofErr w:type="spellEnd"/>
      <w:r>
        <w:t>,</w:t>
      </w:r>
      <w:r>
        <w:br/>
      </w:r>
      <w:proofErr w:type="spellStart"/>
      <w:r>
        <w:t>Cennete</w:t>
      </w:r>
      <w:proofErr w:type="spellEnd"/>
      <w:r>
        <w:t xml:space="preserve"> </w:t>
      </w:r>
      <w:proofErr w:type="spellStart"/>
      <w:r>
        <w:t>kanat</w:t>
      </w:r>
      <w:proofErr w:type="spellEnd"/>
      <w:r>
        <w:t xml:space="preserve"> </w:t>
      </w:r>
      <w:proofErr w:type="spellStart"/>
      <w:r>
        <w:t>açtı</w:t>
      </w:r>
      <w:proofErr w:type="spellEnd"/>
      <w:r>
        <w:t xml:space="preserve"> o </w:t>
      </w:r>
      <w:proofErr w:type="spellStart"/>
      <w:r>
        <w:t>gece</w:t>
      </w:r>
      <w:proofErr w:type="spellEnd"/>
      <w:r>
        <w:t xml:space="preserve"> can </w:t>
      </w:r>
      <w:proofErr w:type="spellStart"/>
      <w:r>
        <w:t>verenler</w:t>
      </w:r>
      <w:proofErr w:type="spellEnd"/>
      <w:r>
        <w:t>.</w:t>
      </w:r>
    </w:p>
    <w:p w14:paraId="69F3979F" w14:textId="77777777" w:rsidR="00CA7CD3" w:rsidRDefault="00000000">
      <w:proofErr w:type="spellStart"/>
      <w:r>
        <w:t>Şimdi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şanlı</w:t>
      </w:r>
      <w:proofErr w:type="spellEnd"/>
      <w:r>
        <w:t xml:space="preserve"> </w:t>
      </w:r>
      <w:proofErr w:type="spellStart"/>
      <w:r>
        <w:t>bak</w:t>
      </w:r>
      <w:proofErr w:type="spellEnd"/>
      <w:r>
        <w:t xml:space="preserve">, ay </w:t>
      </w:r>
      <w:proofErr w:type="spellStart"/>
      <w:r>
        <w:t>yıldızlı</w:t>
      </w:r>
      <w:proofErr w:type="spellEnd"/>
      <w:r>
        <w:t xml:space="preserve"> </w:t>
      </w:r>
      <w:proofErr w:type="spellStart"/>
      <w:r>
        <w:t>bayrağın</w:t>
      </w:r>
      <w:proofErr w:type="spellEnd"/>
      <w:r>
        <w:t>,</w:t>
      </w:r>
      <w:r>
        <w:br/>
        <w:t xml:space="preserve">Ey </w:t>
      </w:r>
      <w:proofErr w:type="spellStart"/>
      <w:r>
        <w:t>şehit</w:t>
      </w:r>
      <w:proofErr w:type="spellEnd"/>
      <w:r>
        <w:t xml:space="preserve"> </w:t>
      </w:r>
      <w:proofErr w:type="spellStart"/>
      <w:r>
        <w:t>oğlu</w:t>
      </w:r>
      <w:proofErr w:type="spellEnd"/>
      <w:r>
        <w:t xml:space="preserve"> </w:t>
      </w:r>
      <w:proofErr w:type="spellStart"/>
      <w:r>
        <w:t>şehit</w:t>
      </w:r>
      <w:proofErr w:type="spellEnd"/>
      <w:r>
        <w:t xml:space="preserve">, </w:t>
      </w:r>
      <w:proofErr w:type="spellStart"/>
      <w:r>
        <w:t>önderisin</w:t>
      </w:r>
      <w:proofErr w:type="spellEnd"/>
      <w:r>
        <w:t xml:space="preserve"> her </w:t>
      </w:r>
      <w:proofErr w:type="spellStart"/>
      <w:r>
        <w:t>çağın</w:t>
      </w:r>
      <w:proofErr w:type="spellEnd"/>
      <w:r>
        <w:t>!</w:t>
      </w:r>
      <w:r>
        <w:br/>
      </w:r>
      <w:proofErr w:type="spellStart"/>
      <w:r>
        <w:t>Yıldızları</w:t>
      </w:r>
      <w:proofErr w:type="spellEnd"/>
      <w:r>
        <w:t xml:space="preserve"> </w:t>
      </w:r>
      <w:proofErr w:type="spellStart"/>
      <w:r>
        <w:t>yağdırsak</w:t>
      </w:r>
      <w:proofErr w:type="spellEnd"/>
      <w:r>
        <w:t xml:space="preserve"> </w:t>
      </w:r>
      <w:proofErr w:type="spellStart"/>
      <w:r>
        <w:t>azdır</w:t>
      </w:r>
      <w:proofErr w:type="spellEnd"/>
      <w:r>
        <w:t xml:space="preserve"> </w:t>
      </w:r>
      <w:proofErr w:type="spellStart"/>
      <w:r>
        <w:t>senin</w:t>
      </w:r>
      <w:proofErr w:type="spellEnd"/>
      <w:r>
        <w:t xml:space="preserve"> </w:t>
      </w:r>
      <w:proofErr w:type="spellStart"/>
      <w:r>
        <w:t>üstüne</w:t>
      </w:r>
      <w:proofErr w:type="spellEnd"/>
      <w:r>
        <w:t>,</w:t>
      </w:r>
      <w:r>
        <w:br/>
      </w:r>
      <w:proofErr w:type="spellStart"/>
      <w:r>
        <w:t>Bak</w:t>
      </w:r>
      <w:proofErr w:type="spellEnd"/>
      <w:r>
        <w:t xml:space="preserve"> </w:t>
      </w:r>
      <w:proofErr w:type="spellStart"/>
      <w:r>
        <w:t>adını</w:t>
      </w:r>
      <w:proofErr w:type="spellEnd"/>
      <w:r>
        <w:t xml:space="preserve"> </w:t>
      </w:r>
      <w:proofErr w:type="spellStart"/>
      <w:r>
        <w:t>nakşettik</w:t>
      </w:r>
      <w:proofErr w:type="spellEnd"/>
      <w:r>
        <w:t xml:space="preserve"> </w:t>
      </w:r>
      <w:proofErr w:type="spellStart"/>
      <w:r>
        <w:t>milletin</w:t>
      </w:r>
      <w:proofErr w:type="spellEnd"/>
      <w:r>
        <w:t xml:space="preserve"> </w:t>
      </w:r>
      <w:proofErr w:type="spellStart"/>
      <w:r>
        <w:t>göğsüne</w:t>
      </w:r>
      <w:proofErr w:type="spellEnd"/>
      <w:r>
        <w:t>!</w:t>
      </w:r>
    </w:p>
    <w:p w14:paraId="410CA958" w14:textId="77777777" w:rsidR="00CA7CD3" w:rsidRDefault="00000000">
      <w:proofErr w:type="spellStart"/>
      <w:r>
        <w:t>Şehitler</w:t>
      </w:r>
      <w:proofErr w:type="spellEnd"/>
      <w:r>
        <w:t xml:space="preserve"> </w:t>
      </w:r>
      <w:proofErr w:type="spellStart"/>
      <w:r>
        <w:t>asla</w:t>
      </w:r>
      <w:proofErr w:type="spellEnd"/>
      <w:r>
        <w:t xml:space="preserve"> </w:t>
      </w:r>
      <w:proofErr w:type="spellStart"/>
      <w:r>
        <w:t>ölmez</w:t>
      </w:r>
      <w:proofErr w:type="spellEnd"/>
      <w:r>
        <w:t xml:space="preserve">, </w:t>
      </w:r>
      <w:proofErr w:type="spellStart"/>
      <w:r>
        <w:t>ölümsüz</w:t>
      </w:r>
      <w:proofErr w:type="spellEnd"/>
      <w:r>
        <w:t xml:space="preserve"> her </w:t>
      </w:r>
      <w:proofErr w:type="spellStart"/>
      <w:r>
        <w:t>biriniz</w:t>
      </w:r>
      <w:proofErr w:type="spellEnd"/>
      <w:r>
        <w:t>,</w:t>
      </w:r>
      <w:r>
        <w:br/>
      </w:r>
      <w:proofErr w:type="spellStart"/>
      <w:r>
        <w:t>Bil</w:t>
      </w:r>
      <w:proofErr w:type="spellEnd"/>
      <w:r>
        <w:t xml:space="preserve"> ki </w:t>
      </w:r>
      <w:proofErr w:type="spellStart"/>
      <w:r>
        <w:t>mahşere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kalbimizdedir</w:t>
      </w:r>
      <w:proofErr w:type="spellEnd"/>
      <w:r>
        <w:t xml:space="preserve"> </w:t>
      </w:r>
      <w:proofErr w:type="spellStart"/>
      <w:r>
        <w:t>yeriniz</w:t>
      </w:r>
      <w:proofErr w:type="spellEnd"/>
      <w:r>
        <w:t>.</w:t>
      </w:r>
      <w:r>
        <w:br/>
      </w:r>
      <w:proofErr w:type="spellStart"/>
      <w:r>
        <w:t>Ezan</w:t>
      </w:r>
      <w:proofErr w:type="spellEnd"/>
      <w:r>
        <w:t xml:space="preserve"> </w:t>
      </w:r>
      <w:proofErr w:type="spellStart"/>
      <w:r>
        <w:t>dinmez</w:t>
      </w:r>
      <w:proofErr w:type="spellEnd"/>
      <w:r>
        <w:t xml:space="preserve"> </w:t>
      </w:r>
      <w:proofErr w:type="spellStart"/>
      <w:r>
        <w:t>bayrak</w:t>
      </w:r>
      <w:proofErr w:type="spellEnd"/>
      <w:r>
        <w:t xml:space="preserve"> </w:t>
      </w:r>
      <w:proofErr w:type="spellStart"/>
      <w:r>
        <w:t>inmez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aziz</w:t>
      </w:r>
      <w:proofErr w:type="spellEnd"/>
      <w:r>
        <w:t xml:space="preserve"> </w:t>
      </w:r>
      <w:proofErr w:type="spellStart"/>
      <w:r>
        <w:t>yurtta</w:t>
      </w:r>
      <w:proofErr w:type="spellEnd"/>
      <w:r>
        <w:t>,</w:t>
      </w:r>
      <w:r>
        <w:br/>
      </w:r>
      <w:proofErr w:type="spellStart"/>
      <w:r>
        <w:t>Nöbeti</w:t>
      </w:r>
      <w:proofErr w:type="spellEnd"/>
      <w:r>
        <w:t xml:space="preserve"> </w:t>
      </w:r>
      <w:proofErr w:type="spellStart"/>
      <w:r>
        <w:t>devraldık</w:t>
      </w:r>
      <w:proofErr w:type="spellEnd"/>
      <w:r>
        <w:t xml:space="preserve"> biz, </w:t>
      </w:r>
      <w:proofErr w:type="spellStart"/>
      <w:r>
        <w:t>rahat</w:t>
      </w:r>
      <w:proofErr w:type="spellEnd"/>
      <w:r>
        <w:t xml:space="preserve"> </w:t>
      </w:r>
      <w:proofErr w:type="spellStart"/>
      <w:r>
        <w:t>uyu</w:t>
      </w:r>
      <w:proofErr w:type="spellEnd"/>
      <w:r>
        <w:t xml:space="preserve"> </w:t>
      </w:r>
      <w:proofErr w:type="spellStart"/>
      <w:r>
        <w:t>toprakta</w:t>
      </w:r>
      <w:proofErr w:type="spellEnd"/>
      <w:r>
        <w:t>!</w:t>
      </w:r>
    </w:p>
    <w:p w14:paraId="1DC9751B" w14:textId="77777777" w:rsidR="00CA7CD3" w:rsidRDefault="00000000">
      <w:r>
        <w:br w:type="page"/>
      </w:r>
    </w:p>
    <w:p w14:paraId="549E4202" w14:textId="77777777" w:rsidR="00CA7CD3" w:rsidRDefault="00000000">
      <w:pPr>
        <w:pStyle w:val="Balk1"/>
        <w:jc w:val="center"/>
      </w:pPr>
      <w:r>
        <w:lastRenderedPageBreak/>
        <w:t>OTUZ KUŞ</w:t>
      </w:r>
      <w:r>
        <w:br/>
        <w:t>(</w:t>
      </w:r>
      <w:proofErr w:type="spellStart"/>
      <w:r>
        <w:t>Şehit</w:t>
      </w:r>
      <w:proofErr w:type="spellEnd"/>
      <w:r>
        <w:t xml:space="preserve"> Ömer </w:t>
      </w:r>
      <w:proofErr w:type="spellStart"/>
      <w:r>
        <w:t>Halisdemir</w:t>
      </w:r>
      <w:proofErr w:type="spellEnd"/>
      <w:r>
        <w:t xml:space="preserve"> </w:t>
      </w:r>
      <w:proofErr w:type="spellStart"/>
      <w:r>
        <w:t>Anısına</w:t>
      </w:r>
      <w:proofErr w:type="spellEnd"/>
      <w:r>
        <w:t>)</w:t>
      </w:r>
    </w:p>
    <w:p w14:paraId="56571F37" w14:textId="77777777" w:rsidR="00CA7CD3" w:rsidRDefault="00000000">
      <w:pPr>
        <w:spacing w:after="360"/>
        <w:jc w:val="center"/>
      </w:pPr>
      <w:proofErr w:type="spellStart"/>
      <w:r>
        <w:rPr>
          <w:i/>
        </w:rPr>
        <w:t>Dursun</w:t>
      </w:r>
      <w:proofErr w:type="spellEnd"/>
      <w:r>
        <w:rPr>
          <w:i/>
        </w:rPr>
        <w:t xml:space="preserve"> Ali ERZİNCANLI</w:t>
      </w:r>
    </w:p>
    <w:p w14:paraId="67556EAC" w14:textId="77777777" w:rsidR="00CA7CD3" w:rsidRDefault="00000000">
      <w:r>
        <w:t xml:space="preserve">Ben, </w:t>
      </w:r>
      <w:proofErr w:type="spellStart"/>
      <w:r>
        <w:t>Niğde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</w:t>
      </w:r>
      <w:proofErr w:type="spellEnd"/>
      <w:r>
        <w:t xml:space="preserve"> </w:t>
      </w:r>
      <w:proofErr w:type="spellStart"/>
      <w:r>
        <w:t>kazası</w:t>
      </w:r>
      <w:proofErr w:type="spellEnd"/>
      <w:r>
        <w:t xml:space="preserve"> </w:t>
      </w:r>
      <w:proofErr w:type="spellStart"/>
      <w:r>
        <w:t>Çukurkuyu</w:t>
      </w:r>
      <w:proofErr w:type="spellEnd"/>
      <w:r>
        <w:t xml:space="preserve"> </w:t>
      </w:r>
      <w:proofErr w:type="spellStart"/>
      <w:r>
        <w:t>beldesinden</w:t>
      </w:r>
      <w:proofErr w:type="spellEnd"/>
      <w:r>
        <w:br/>
      </w:r>
      <w:proofErr w:type="spellStart"/>
      <w:r>
        <w:t>Yedi</w:t>
      </w:r>
      <w:proofErr w:type="spellEnd"/>
      <w:r>
        <w:t xml:space="preserve"> </w:t>
      </w:r>
      <w:proofErr w:type="spellStart"/>
      <w:r>
        <w:t>çocuklu</w:t>
      </w:r>
      <w:proofErr w:type="spellEnd"/>
      <w:r>
        <w:t xml:space="preserve"> Ali </w:t>
      </w:r>
      <w:proofErr w:type="spellStart"/>
      <w:r>
        <w:t>Halisdemir’in</w:t>
      </w:r>
      <w:proofErr w:type="spellEnd"/>
      <w:r>
        <w:t xml:space="preserve"> </w:t>
      </w:r>
      <w:proofErr w:type="spellStart"/>
      <w:r>
        <w:t>oğluyum</w:t>
      </w:r>
      <w:proofErr w:type="spellEnd"/>
      <w:r>
        <w:t>.</w:t>
      </w:r>
      <w:r>
        <w:br/>
      </w:r>
      <w:proofErr w:type="spellStart"/>
      <w:r>
        <w:t>Çocukluğum</w:t>
      </w:r>
      <w:proofErr w:type="spellEnd"/>
      <w:r>
        <w:t xml:space="preserve"> </w:t>
      </w:r>
      <w:proofErr w:type="spellStart"/>
      <w:r>
        <w:t>koyun</w:t>
      </w:r>
      <w:proofErr w:type="spellEnd"/>
      <w:r>
        <w:t xml:space="preserve"> </w:t>
      </w:r>
      <w:proofErr w:type="spellStart"/>
      <w:r>
        <w:t>güderek</w:t>
      </w:r>
      <w:proofErr w:type="spellEnd"/>
      <w:r>
        <w:t xml:space="preserve"> </w:t>
      </w:r>
      <w:proofErr w:type="spellStart"/>
      <w:r>
        <w:t>geçti</w:t>
      </w:r>
      <w:proofErr w:type="spellEnd"/>
      <w:r>
        <w:t xml:space="preserve"> </w:t>
      </w:r>
      <w:proofErr w:type="spellStart"/>
      <w:r>
        <w:t>dağlarda</w:t>
      </w:r>
      <w:proofErr w:type="spellEnd"/>
      <w:r>
        <w:t>,</w:t>
      </w:r>
      <w:r>
        <w:br/>
      </w:r>
      <w:proofErr w:type="spellStart"/>
      <w:r>
        <w:t>Sert</w:t>
      </w:r>
      <w:proofErr w:type="spellEnd"/>
      <w:r>
        <w:t xml:space="preserve"> </w:t>
      </w:r>
      <w:proofErr w:type="spellStart"/>
      <w:r>
        <w:t>rüzgârları</w:t>
      </w:r>
      <w:proofErr w:type="spellEnd"/>
      <w:r>
        <w:t xml:space="preserve"> </w:t>
      </w:r>
      <w:proofErr w:type="spellStart"/>
      <w:r>
        <w:t>kokladım</w:t>
      </w:r>
      <w:proofErr w:type="spellEnd"/>
      <w:r>
        <w:t xml:space="preserve">, </w:t>
      </w:r>
      <w:proofErr w:type="spellStart"/>
      <w:r>
        <w:t>vatan</w:t>
      </w:r>
      <w:proofErr w:type="spellEnd"/>
      <w:r>
        <w:t xml:space="preserve"> </w:t>
      </w:r>
      <w:proofErr w:type="spellStart"/>
      <w:r>
        <w:t>bildim</w:t>
      </w:r>
      <w:proofErr w:type="spellEnd"/>
      <w:r>
        <w:t xml:space="preserve"> her </w:t>
      </w:r>
      <w:proofErr w:type="spellStart"/>
      <w:r>
        <w:t>karış</w:t>
      </w:r>
      <w:proofErr w:type="spellEnd"/>
      <w:r>
        <w:t xml:space="preserve"> </w:t>
      </w:r>
      <w:proofErr w:type="spellStart"/>
      <w:r>
        <w:t>taşı</w:t>
      </w:r>
      <w:proofErr w:type="spellEnd"/>
      <w:r>
        <w:t>.</w:t>
      </w:r>
    </w:p>
    <w:p w14:paraId="5383B9B0" w14:textId="77777777" w:rsidR="00CA7CD3" w:rsidRDefault="00000000">
      <w:proofErr w:type="spellStart"/>
      <w:r>
        <w:t>Komutanım</w:t>
      </w:r>
      <w:proofErr w:type="spellEnd"/>
      <w:r>
        <w:t xml:space="preserve"> </w:t>
      </w:r>
      <w:proofErr w:type="spellStart"/>
      <w:r>
        <w:t>aradı</w:t>
      </w:r>
      <w:proofErr w:type="spellEnd"/>
      <w:r>
        <w:t xml:space="preserve"> o </w:t>
      </w:r>
      <w:proofErr w:type="spellStart"/>
      <w:r>
        <w:t>gece</w:t>
      </w:r>
      <w:proofErr w:type="spellEnd"/>
      <w:r>
        <w:t xml:space="preserve">, </w:t>
      </w:r>
      <w:proofErr w:type="spellStart"/>
      <w:r>
        <w:t>sesinde</w:t>
      </w:r>
      <w:proofErr w:type="spellEnd"/>
      <w:r>
        <w:t xml:space="preserve"> bir </w:t>
      </w:r>
      <w:proofErr w:type="spellStart"/>
      <w:r>
        <w:t>hüzün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metanet</w:t>
      </w:r>
      <w:proofErr w:type="spellEnd"/>
      <w:r>
        <w:t>:</w:t>
      </w:r>
      <w:r>
        <w:br/>
        <w:t xml:space="preserve">"Ömer," </w:t>
      </w:r>
      <w:proofErr w:type="spellStart"/>
      <w:r>
        <w:t>dedi</w:t>
      </w:r>
      <w:proofErr w:type="spellEnd"/>
      <w:r>
        <w:t>, "</w:t>
      </w:r>
      <w:proofErr w:type="spellStart"/>
      <w:r>
        <w:t>Kırk</w:t>
      </w:r>
      <w:proofErr w:type="spellEnd"/>
      <w:r>
        <w:t xml:space="preserve"> </w:t>
      </w:r>
      <w:proofErr w:type="spellStart"/>
      <w:r>
        <w:t>yıllık</w:t>
      </w:r>
      <w:proofErr w:type="spellEnd"/>
      <w:r>
        <w:t xml:space="preserve"> </w:t>
      </w:r>
      <w:proofErr w:type="spellStart"/>
      <w:r>
        <w:t>emeğimiz</w:t>
      </w:r>
      <w:proofErr w:type="spellEnd"/>
      <w:r>
        <w:t xml:space="preserve">, </w:t>
      </w:r>
      <w:proofErr w:type="spellStart"/>
      <w:r>
        <w:t>vatanımız</w:t>
      </w:r>
      <w:proofErr w:type="spellEnd"/>
      <w:r>
        <w:t xml:space="preserve"> </w:t>
      </w:r>
      <w:proofErr w:type="spellStart"/>
      <w:r>
        <w:t>tehlikede</w:t>
      </w:r>
      <w:proofErr w:type="spellEnd"/>
      <w:r>
        <w:t>.</w:t>
      </w:r>
      <w:r>
        <w:br/>
      </w:r>
      <w:proofErr w:type="spellStart"/>
      <w:r>
        <w:t>Gelen</w:t>
      </w:r>
      <w:proofErr w:type="spellEnd"/>
      <w:r>
        <w:t xml:space="preserve"> </w:t>
      </w:r>
      <w:proofErr w:type="spellStart"/>
      <w:r>
        <w:t>haini</w:t>
      </w:r>
      <w:proofErr w:type="spellEnd"/>
      <w:r>
        <w:t xml:space="preserve"> </w:t>
      </w:r>
      <w:proofErr w:type="spellStart"/>
      <w:r>
        <w:t>vur</w:t>
      </w:r>
      <w:proofErr w:type="spellEnd"/>
      <w:r>
        <w:t xml:space="preserve">,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şehadet</w:t>
      </w:r>
      <w:proofErr w:type="spellEnd"/>
      <w:r>
        <w:t xml:space="preserve"> var </w:t>
      </w:r>
      <w:proofErr w:type="spellStart"/>
      <w:r>
        <w:t>ucunda</w:t>
      </w:r>
      <w:proofErr w:type="spellEnd"/>
      <w:r>
        <w:t>;</w:t>
      </w:r>
      <w:r>
        <w:br/>
      </w:r>
      <w:proofErr w:type="spellStart"/>
      <w:r>
        <w:t>Hakkını</w:t>
      </w:r>
      <w:proofErr w:type="spellEnd"/>
      <w:r>
        <w:t xml:space="preserve"> </w:t>
      </w:r>
      <w:proofErr w:type="spellStart"/>
      <w:r>
        <w:t>helal</w:t>
      </w:r>
      <w:proofErr w:type="spellEnd"/>
      <w:r>
        <w:t xml:space="preserve"> et </w:t>
      </w:r>
      <w:proofErr w:type="spellStart"/>
      <w:r>
        <w:t>evladım</w:t>
      </w:r>
      <w:proofErr w:type="spellEnd"/>
      <w:r>
        <w:t xml:space="preserve">, </w:t>
      </w:r>
      <w:proofErr w:type="spellStart"/>
      <w:r>
        <w:t>helal</w:t>
      </w:r>
      <w:proofErr w:type="spellEnd"/>
      <w:r>
        <w:t xml:space="preserve"> et </w:t>
      </w:r>
      <w:proofErr w:type="spellStart"/>
      <w:r>
        <w:t>bu</w:t>
      </w:r>
      <w:proofErr w:type="spellEnd"/>
      <w:r>
        <w:t xml:space="preserve"> </w:t>
      </w:r>
      <w:proofErr w:type="spellStart"/>
      <w:r>
        <w:t>millete</w:t>
      </w:r>
      <w:proofErr w:type="spellEnd"/>
      <w:r>
        <w:t>."</w:t>
      </w:r>
    </w:p>
    <w:p w14:paraId="7F7782C7" w14:textId="77777777" w:rsidR="00CA7CD3" w:rsidRDefault="00000000">
      <w:proofErr w:type="spellStart"/>
      <w:r>
        <w:t>Gözümü</w:t>
      </w:r>
      <w:proofErr w:type="spellEnd"/>
      <w:r>
        <w:t xml:space="preserve"> </w:t>
      </w:r>
      <w:proofErr w:type="spellStart"/>
      <w:r>
        <w:t>kırpmadan</w:t>
      </w:r>
      <w:proofErr w:type="spellEnd"/>
      <w:r>
        <w:t xml:space="preserve"> </w:t>
      </w:r>
      <w:proofErr w:type="spellStart"/>
      <w:r>
        <w:t>sıktım</w:t>
      </w:r>
      <w:proofErr w:type="spellEnd"/>
      <w:r>
        <w:t xml:space="preserve"> o </w:t>
      </w:r>
      <w:proofErr w:type="spellStart"/>
      <w:r>
        <w:t>kurşunu</w:t>
      </w:r>
      <w:proofErr w:type="spellEnd"/>
      <w:r>
        <w:t xml:space="preserve"> </w:t>
      </w:r>
      <w:proofErr w:type="spellStart"/>
      <w:r>
        <w:t>haine</w:t>
      </w:r>
      <w:proofErr w:type="spellEnd"/>
      <w:r>
        <w:t>,</w:t>
      </w:r>
      <w:r>
        <w:br/>
      </w:r>
      <w:proofErr w:type="spellStart"/>
      <w:r>
        <w:t>Vuruldum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arkamdan</w:t>
      </w:r>
      <w:proofErr w:type="spellEnd"/>
      <w:r>
        <w:t xml:space="preserve"> </w:t>
      </w:r>
      <w:proofErr w:type="spellStart"/>
      <w:r>
        <w:t>otuz</w:t>
      </w:r>
      <w:proofErr w:type="spellEnd"/>
      <w:r>
        <w:t xml:space="preserve"> </w:t>
      </w:r>
      <w:proofErr w:type="spellStart"/>
      <w:r>
        <w:t>kurşunla</w:t>
      </w:r>
      <w:proofErr w:type="spellEnd"/>
      <w:r>
        <w:t xml:space="preserve"> </w:t>
      </w:r>
      <w:proofErr w:type="spellStart"/>
      <w:r>
        <w:t>birden</w:t>
      </w:r>
      <w:proofErr w:type="spellEnd"/>
      <w:r>
        <w:t>.</w:t>
      </w:r>
      <w:r>
        <w:br/>
      </w:r>
      <w:proofErr w:type="spellStart"/>
      <w:r>
        <w:t>Otuz</w:t>
      </w:r>
      <w:proofErr w:type="spellEnd"/>
      <w:r>
        <w:t xml:space="preserve"> </w:t>
      </w:r>
      <w:proofErr w:type="spellStart"/>
      <w:r>
        <w:t>kuş</w:t>
      </w:r>
      <w:proofErr w:type="spellEnd"/>
      <w:r>
        <w:t xml:space="preserve"> </w:t>
      </w:r>
      <w:proofErr w:type="spellStart"/>
      <w:r>
        <w:t>havalandı</w:t>
      </w:r>
      <w:proofErr w:type="spellEnd"/>
      <w:r>
        <w:t xml:space="preserve"> o an </w:t>
      </w:r>
      <w:proofErr w:type="spellStart"/>
      <w:r>
        <w:t>göğsümün</w:t>
      </w:r>
      <w:proofErr w:type="spellEnd"/>
      <w:r>
        <w:t xml:space="preserve"> </w:t>
      </w:r>
      <w:proofErr w:type="spellStart"/>
      <w:r>
        <w:t>kafesinden</w:t>
      </w:r>
      <w:proofErr w:type="spellEnd"/>
      <w:r>
        <w:t xml:space="preserve"> </w:t>
      </w:r>
      <w:proofErr w:type="spellStart"/>
      <w:r>
        <w:t>cennete</w:t>
      </w:r>
      <w:proofErr w:type="spellEnd"/>
      <w:r>
        <w:t>,</w:t>
      </w:r>
      <w:r>
        <w:br/>
        <w:t xml:space="preserve">Vatan </w:t>
      </w:r>
      <w:proofErr w:type="spellStart"/>
      <w:r>
        <w:t>sağ</w:t>
      </w:r>
      <w:proofErr w:type="spellEnd"/>
      <w:r>
        <w:t xml:space="preserve"> </w:t>
      </w:r>
      <w:proofErr w:type="spellStart"/>
      <w:r>
        <w:t>olsun</w:t>
      </w:r>
      <w:proofErr w:type="spellEnd"/>
      <w:r>
        <w:t xml:space="preserve"> </w:t>
      </w:r>
      <w:proofErr w:type="spellStart"/>
      <w:r>
        <w:t>ey</w:t>
      </w:r>
      <w:proofErr w:type="spellEnd"/>
      <w:r>
        <w:t xml:space="preserve"> </w:t>
      </w:r>
      <w:proofErr w:type="spellStart"/>
      <w:r>
        <w:t>aziz</w:t>
      </w:r>
      <w:proofErr w:type="spellEnd"/>
      <w:r>
        <w:t xml:space="preserve"> </w:t>
      </w:r>
      <w:proofErr w:type="spellStart"/>
      <w:r>
        <w:t>milletim</w:t>
      </w:r>
      <w:proofErr w:type="spellEnd"/>
      <w:r>
        <w:t xml:space="preserve">, </w:t>
      </w:r>
      <w:proofErr w:type="spellStart"/>
      <w:r>
        <w:t>nöbet</w:t>
      </w:r>
      <w:proofErr w:type="spellEnd"/>
      <w:r>
        <w:t xml:space="preserve"> </w:t>
      </w:r>
      <w:proofErr w:type="spellStart"/>
      <w:r>
        <w:t>artık</w:t>
      </w:r>
      <w:proofErr w:type="spellEnd"/>
      <w:r>
        <w:t xml:space="preserve"> </w:t>
      </w:r>
      <w:proofErr w:type="spellStart"/>
      <w:r>
        <w:t>sizdedir</w:t>
      </w:r>
      <w:proofErr w:type="spellEnd"/>
      <w:r>
        <w:t>!</w:t>
      </w:r>
    </w:p>
    <w:p w14:paraId="26E11770" w14:textId="77777777" w:rsidR="00CA7CD3" w:rsidRDefault="00000000">
      <w:r>
        <w:br w:type="page"/>
      </w:r>
    </w:p>
    <w:p w14:paraId="244CE301" w14:textId="77777777" w:rsidR="00CA7CD3" w:rsidRDefault="00000000">
      <w:pPr>
        <w:pStyle w:val="Balk1"/>
        <w:jc w:val="center"/>
      </w:pPr>
      <w:r>
        <w:lastRenderedPageBreak/>
        <w:t>15 TEMMUZ MARŞI</w:t>
      </w:r>
    </w:p>
    <w:p w14:paraId="34AD637F" w14:textId="77777777" w:rsidR="00CA7CD3" w:rsidRDefault="00000000">
      <w:pPr>
        <w:spacing w:after="360"/>
        <w:jc w:val="center"/>
      </w:pPr>
      <w:proofErr w:type="spellStart"/>
      <w:r>
        <w:rPr>
          <w:i/>
        </w:rPr>
        <w:t>Nurullah</w:t>
      </w:r>
      <w:proofErr w:type="spellEnd"/>
      <w:r>
        <w:rPr>
          <w:i/>
        </w:rPr>
        <w:t xml:space="preserve"> GENÇ</w:t>
      </w:r>
    </w:p>
    <w:p w14:paraId="7ACED992" w14:textId="77777777" w:rsidR="00CA7CD3" w:rsidRDefault="00000000">
      <w:proofErr w:type="spellStart"/>
      <w:r>
        <w:t>Tasalanma</w:t>
      </w:r>
      <w:proofErr w:type="spellEnd"/>
      <w:r>
        <w:t xml:space="preserve"> </w:t>
      </w:r>
      <w:proofErr w:type="spellStart"/>
      <w:r>
        <w:t>yiğidim</w:t>
      </w:r>
      <w:proofErr w:type="spellEnd"/>
      <w:r>
        <w:t xml:space="preserve">, zaman </w:t>
      </w:r>
      <w:proofErr w:type="spellStart"/>
      <w:r>
        <w:t>bizden</w:t>
      </w:r>
      <w:proofErr w:type="spellEnd"/>
      <w:r>
        <w:t xml:space="preserve"> </w:t>
      </w:r>
      <w:proofErr w:type="spellStart"/>
      <w:r>
        <w:t>yanadır</w:t>
      </w:r>
      <w:proofErr w:type="spellEnd"/>
      <w:r>
        <w:br/>
      </w:r>
      <w:proofErr w:type="spellStart"/>
      <w:r>
        <w:t>Külümüzden</w:t>
      </w:r>
      <w:proofErr w:type="spellEnd"/>
      <w:r>
        <w:t xml:space="preserve"> </w:t>
      </w:r>
      <w:proofErr w:type="spellStart"/>
      <w:r>
        <w:t>yükselen</w:t>
      </w:r>
      <w:proofErr w:type="spellEnd"/>
      <w:r>
        <w:t xml:space="preserve"> </w:t>
      </w:r>
      <w:proofErr w:type="spellStart"/>
      <w:r>
        <w:t>duman</w:t>
      </w:r>
      <w:proofErr w:type="spellEnd"/>
      <w:r>
        <w:t xml:space="preserve"> </w:t>
      </w:r>
      <w:proofErr w:type="spellStart"/>
      <w:r>
        <w:t>bizden</w:t>
      </w:r>
      <w:proofErr w:type="spellEnd"/>
      <w:r>
        <w:t xml:space="preserve"> </w:t>
      </w:r>
      <w:proofErr w:type="spellStart"/>
      <w:r>
        <w:t>yanadır</w:t>
      </w:r>
      <w:proofErr w:type="spellEnd"/>
      <w:r>
        <w:br/>
        <w:t xml:space="preserve">Son </w:t>
      </w:r>
      <w:proofErr w:type="spellStart"/>
      <w:r>
        <w:t>durak</w:t>
      </w:r>
      <w:proofErr w:type="spellEnd"/>
      <w:r>
        <w:t xml:space="preserve">, son </w:t>
      </w:r>
      <w:proofErr w:type="spellStart"/>
      <w:r>
        <w:t>ilahi</w:t>
      </w:r>
      <w:proofErr w:type="spellEnd"/>
      <w:r>
        <w:t xml:space="preserve"> </w:t>
      </w:r>
      <w:proofErr w:type="spellStart"/>
      <w:r>
        <w:t>ferman</w:t>
      </w:r>
      <w:proofErr w:type="spellEnd"/>
      <w:r>
        <w:t xml:space="preserve"> </w:t>
      </w:r>
      <w:proofErr w:type="spellStart"/>
      <w:r>
        <w:t>bizden</w:t>
      </w:r>
      <w:proofErr w:type="spellEnd"/>
      <w:r>
        <w:t xml:space="preserve"> </w:t>
      </w:r>
      <w:proofErr w:type="spellStart"/>
      <w:r>
        <w:t>yanadır</w:t>
      </w:r>
      <w:proofErr w:type="spellEnd"/>
      <w:r>
        <w:br/>
      </w:r>
      <w:proofErr w:type="spellStart"/>
      <w:r>
        <w:t>Dünya</w:t>
      </w:r>
      <w:proofErr w:type="spellEnd"/>
      <w:r>
        <w:t xml:space="preserve"> </w:t>
      </w:r>
      <w:proofErr w:type="spellStart"/>
      <w:r>
        <w:t>düşman</w:t>
      </w:r>
      <w:proofErr w:type="spellEnd"/>
      <w:r>
        <w:t xml:space="preserve"> </w:t>
      </w:r>
      <w:proofErr w:type="spellStart"/>
      <w:r>
        <w:t>olsa</w:t>
      </w:r>
      <w:proofErr w:type="spellEnd"/>
      <w:r>
        <w:t xml:space="preserve"> da,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bizden</w:t>
      </w:r>
      <w:proofErr w:type="spellEnd"/>
      <w:r>
        <w:t xml:space="preserve"> </w:t>
      </w:r>
      <w:proofErr w:type="spellStart"/>
      <w:r>
        <w:t>yanadır</w:t>
      </w:r>
      <w:proofErr w:type="spellEnd"/>
      <w:r>
        <w:t>.</w:t>
      </w:r>
    </w:p>
    <w:p w14:paraId="6C7DBF75" w14:textId="77777777" w:rsidR="00CA7CD3" w:rsidRDefault="00000000">
      <w:proofErr w:type="spellStart"/>
      <w:r>
        <w:t>Geceye</w:t>
      </w:r>
      <w:proofErr w:type="spellEnd"/>
      <w:r>
        <w:t xml:space="preserve"> </w:t>
      </w:r>
      <w:proofErr w:type="spellStart"/>
      <w:r>
        <w:t>kurşun</w:t>
      </w:r>
      <w:proofErr w:type="spellEnd"/>
      <w:r>
        <w:t xml:space="preserve"> </w:t>
      </w:r>
      <w:proofErr w:type="spellStart"/>
      <w:r>
        <w:t>sıkan</w:t>
      </w:r>
      <w:proofErr w:type="spellEnd"/>
      <w:r>
        <w:t xml:space="preserve"> </w:t>
      </w:r>
      <w:proofErr w:type="spellStart"/>
      <w:r>
        <w:t>hainler</w:t>
      </w:r>
      <w:proofErr w:type="spellEnd"/>
      <w:r>
        <w:t xml:space="preserve"> </w:t>
      </w:r>
      <w:proofErr w:type="spellStart"/>
      <w:r>
        <w:t>bilmez</w:t>
      </w:r>
      <w:proofErr w:type="spellEnd"/>
      <w:r>
        <w:t xml:space="preserve"> </w:t>
      </w:r>
      <w:proofErr w:type="spellStart"/>
      <w:r>
        <w:t>bunu</w:t>
      </w:r>
      <w:proofErr w:type="spellEnd"/>
      <w:r>
        <w:br/>
        <w:t xml:space="preserve">Bu </w:t>
      </w:r>
      <w:proofErr w:type="spellStart"/>
      <w:r>
        <w:t>milletin</w:t>
      </w:r>
      <w:proofErr w:type="spellEnd"/>
      <w:r>
        <w:t xml:space="preserve"> </w:t>
      </w:r>
      <w:proofErr w:type="spellStart"/>
      <w:r>
        <w:t>canından</w:t>
      </w:r>
      <w:proofErr w:type="spellEnd"/>
      <w:r>
        <w:t xml:space="preserve"> </w:t>
      </w:r>
      <w:proofErr w:type="spellStart"/>
      <w:r>
        <w:t>mukaddestir</w:t>
      </w:r>
      <w:proofErr w:type="spellEnd"/>
      <w:r>
        <w:t xml:space="preserve"> </w:t>
      </w:r>
      <w:proofErr w:type="spellStart"/>
      <w:r>
        <w:t>vatanı</w:t>
      </w:r>
      <w:proofErr w:type="spellEnd"/>
      <w:r>
        <w:br/>
      </w:r>
      <w:proofErr w:type="spellStart"/>
      <w:r>
        <w:t>Bayrak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, yurt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dökülen</w:t>
      </w:r>
      <w:proofErr w:type="spellEnd"/>
      <w:r>
        <w:t xml:space="preserve"> her </w:t>
      </w:r>
      <w:proofErr w:type="spellStart"/>
      <w:r>
        <w:t>damla</w:t>
      </w:r>
      <w:proofErr w:type="spellEnd"/>
      <w:r>
        <w:t xml:space="preserve"> </w:t>
      </w:r>
      <w:proofErr w:type="spellStart"/>
      <w:r>
        <w:t>kan</w:t>
      </w:r>
      <w:proofErr w:type="spellEnd"/>
      <w:r>
        <w:br/>
      </w:r>
      <w:proofErr w:type="spellStart"/>
      <w:r>
        <w:t>Aydınlatır</w:t>
      </w:r>
      <w:proofErr w:type="spellEnd"/>
      <w:r>
        <w:t xml:space="preserve"> </w:t>
      </w:r>
      <w:proofErr w:type="spellStart"/>
      <w:r>
        <w:t>ebediyen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kutlu</w:t>
      </w:r>
      <w:proofErr w:type="spellEnd"/>
      <w:r>
        <w:t xml:space="preserve"> </w:t>
      </w:r>
      <w:proofErr w:type="spellStart"/>
      <w:r>
        <w:t>istikbali</w:t>
      </w:r>
      <w:proofErr w:type="spellEnd"/>
      <w:r>
        <w:t>.</w:t>
      </w:r>
    </w:p>
    <w:p w14:paraId="2F26CA70" w14:textId="77777777" w:rsidR="00CA7CD3" w:rsidRDefault="00000000">
      <w:proofErr w:type="spellStart"/>
      <w:r>
        <w:t>Kalk</w:t>
      </w:r>
      <w:proofErr w:type="spellEnd"/>
      <w:r>
        <w:t xml:space="preserve"> </w:t>
      </w:r>
      <w:proofErr w:type="spellStart"/>
      <w:r>
        <w:t>yiğidim</w:t>
      </w:r>
      <w:proofErr w:type="spellEnd"/>
      <w:r>
        <w:t xml:space="preserve">, </w:t>
      </w:r>
      <w:proofErr w:type="spellStart"/>
      <w:r>
        <w:t>yürü</w:t>
      </w:r>
      <w:proofErr w:type="spellEnd"/>
      <w:r>
        <w:t xml:space="preserve"> ki </w:t>
      </w:r>
      <w:proofErr w:type="spellStart"/>
      <w:r>
        <w:t>yollar</w:t>
      </w:r>
      <w:proofErr w:type="spellEnd"/>
      <w:r>
        <w:t xml:space="preserve"> sana </w:t>
      </w:r>
      <w:proofErr w:type="spellStart"/>
      <w:r>
        <w:t>açılsın</w:t>
      </w:r>
      <w:proofErr w:type="spellEnd"/>
      <w:r>
        <w:br/>
      </w:r>
      <w:proofErr w:type="spellStart"/>
      <w:r>
        <w:t>Göklerden</w:t>
      </w:r>
      <w:proofErr w:type="spellEnd"/>
      <w:r>
        <w:t xml:space="preserve"> al </w:t>
      </w:r>
      <w:proofErr w:type="spellStart"/>
      <w:r>
        <w:t>bayrağın</w:t>
      </w:r>
      <w:proofErr w:type="spellEnd"/>
      <w:r>
        <w:t xml:space="preserve"> </w:t>
      </w:r>
      <w:proofErr w:type="spellStart"/>
      <w:r>
        <w:t>nuru</w:t>
      </w:r>
      <w:proofErr w:type="spellEnd"/>
      <w:r>
        <w:t xml:space="preserve"> yere </w:t>
      </w:r>
      <w:proofErr w:type="spellStart"/>
      <w:r>
        <w:t>saçılsın</w:t>
      </w:r>
      <w:proofErr w:type="spellEnd"/>
      <w:r>
        <w:br/>
        <w:t xml:space="preserve">Sen ki </w:t>
      </w:r>
      <w:proofErr w:type="spellStart"/>
      <w:r>
        <w:t>şehit</w:t>
      </w:r>
      <w:proofErr w:type="spellEnd"/>
      <w:r>
        <w:t xml:space="preserve"> </w:t>
      </w:r>
      <w:proofErr w:type="spellStart"/>
      <w:r>
        <w:t>oğlusun</w:t>
      </w:r>
      <w:proofErr w:type="spellEnd"/>
      <w:r>
        <w:t xml:space="preserve">, </w:t>
      </w:r>
      <w:proofErr w:type="spellStart"/>
      <w:r>
        <w:t>eğilme</w:t>
      </w:r>
      <w:proofErr w:type="spellEnd"/>
      <w:r>
        <w:t xml:space="preserve"> </w:t>
      </w:r>
      <w:proofErr w:type="spellStart"/>
      <w:r>
        <w:t>hiç</w:t>
      </w:r>
      <w:proofErr w:type="spellEnd"/>
      <w:r>
        <w:t xml:space="preserve"> </w:t>
      </w:r>
      <w:proofErr w:type="spellStart"/>
      <w:r>
        <w:t>kimseye</w:t>
      </w:r>
      <w:proofErr w:type="spellEnd"/>
      <w:r>
        <w:br/>
      </w:r>
      <w:proofErr w:type="spellStart"/>
      <w:r>
        <w:t>Seninle</w:t>
      </w:r>
      <w:proofErr w:type="spellEnd"/>
      <w:r>
        <w:t xml:space="preserve"> </w:t>
      </w:r>
      <w:proofErr w:type="spellStart"/>
      <w:r>
        <w:t>gurur</w:t>
      </w:r>
      <w:proofErr w:type="spellEnd"/>
      <w:r>
        <w:t xml:space="preserve"> </w:t>
      </w:r>
      <w:proofErr w:type="spellStart"/>
      <w:r>
        <w:t>duysun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aziz</w:t>
      </w:r>
      <w:proofErr w:type="spellEnd"/>
      <w:r>
        <w:t xml:space="preserve"> </w:t>
      </w:r>
      <w:proofErr w:type="spellStart"/>
      <w:r>
        <w:t>koca</w:t>
      </w:r>
      <w:proofErr w:type="spellEnd"/>
      <w:r>
        <w:t xml:space="preserve"> </w:t>
      </w:r>
      <w:proofErr w:type="spellStart"/>
      <w:r>
        <w:t>vatan</w:t>
      </w:r>
      <w:proofErr w:type="spellEnd"/>
      <w:r>
        <w:t>!</w:t>
      </w:r>
    </w:p>
    <w:p w14:paraId="7E3109EB" w14:textId="77777777" w:rsidR="00CA7CD3" w:rsidRDefault="00000000">
      <w:r>
        <w:br w:type="page"/>
      </w:r>
    </w:p>
    <w:p w14:paraId="3A567767" w14:textId="77777777" w:rsidR="00CA7CD3" w:rsidRDefault="00000000">
      <w:pPr>
        <w:pStyle w:val="Balk1"/>
        <w:jc w:val="center"/>
      </w:pPr>
      <w:r>
        <w:lastRenderedPageBreak/>
        <w:t>DAVET</w:t>
      </w:r>
    </w:p>
    <w:p w14:paraId="222F8E26" w14:textId="77777777" w:rsidR="00CA7CD3" w:rsidRDefault="00000000">
      <w:pPr>
        <w:spacing w:after="360"/>
        <w:jc w:val="center"/>
      </w:pPr>
      <w:proofErr w:type="spellStart"/>
      <w:r>
        <w:rPr>
          <w:i/>
        </w:rPr>
        <w:t>Nazım</w:t>
      </w:r>
      <w:proofErr w:type="spellEnd"/>
      <w:r>
        <w:rPr>
          <w:i/>
        </w:rPr>
        <w:t xml:space="preserve"> HİKMET</w:t>
      </w:r>
    </w:p>
    <w:p w14:paraId="156D1895" w14:textId="77777777" w:rsidR="00CA7CD3" w:rsidRDefault="00000000">
      <w:proofErr w:type="spellStart"/>
      <w:r>
        <w:t>Dörtnala</w:t>
      </w:r>
      <w:proofErr w:type="spellEnd"/>
      <w:r>
        <w:t xml:space="preserve"> </w:t>
      </w:r>
      <w:proofErr w:type="spellStart"/>
      <w:r>
        <w:t>gelip</w:t>
      </w:r>
      <w:proofErr w:type="spellEnd"/>
      <w:r>
        <w:t xml:space="preserve"> </w:t>
      </w:r>
      <w:proofErr w:type="spellStart"/>
      <w:r>
        <w:t>Uzak</w:t>
      </w:r>
      <w:proofErr w:type="spellEnd"/>
      <w:r>
        <w:t xml:space="preserve"> </w:t>
      </w:r>
      <w:proofErr w:type="spellStart"/>
      <w:r>
        <w:t>Asya'dan</w:t>
      </w:r>
      <w:proofErr w:type="spellEnd"/>
      <w:r>
        <w:br/>
      </w:r>
      <w:proofErr w:type="spellStart"/>
      <w:r>
        <w:t>Akdeniz'e</w:t>
      </w:r>
      <w:proofErr w:type="spellEnd"/>
      <w:r>
        <w:t xml:space="preserve"> bir </w:t>
      </w:r>
      <w:proofErr w:type="spellStart"/>
      <w:r>
        <w:t>kısrak</w:t>
      </w:r>
      <w:proofErr w:type="spellEnd"/>
      <w:r>
        <w:t xml:space="preserve"> </w:t>
      </w:r>
      <w:proofErr w:type="spellStart"/>
      <w:r>
        <w:t>başı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uzanan</w:t>
      </w:r>
      <w:proofErr w:type="spellEnd"/>
      <w:r>
        <w:br/>
      </w:r>
      <w:proofErr w:type="spellStart"/>
      <w:r>
        <w:t>bu</w:t>
      </w:r>
      <w:proofErr w:type="spellEnd"/>
      <w:r>
        <w:t xml:space="preserve"> </w:t>
      </w:r>
      <w:proofErr w:type="spellStart"/>
      <w:r>
        <w:t>memleket</w:t>
      </w:r>
      <w:proofErr w:type="spellEnd"/>
      <w:r>
        <w:t xml:space="preserve">, </w:t>
      </w:r>
      <w:proofErr w:type="spellStart"/>
      <w:r>
        <w:t>bizim</w:t>
      </w:r>
      <w:proofErr w:type="spellEnd"/>
      <w:r>
        <w:t>.</w:t>
      </w:r>
    </w:p>
    <w:p w14:paraId="1554B844" w14:textId="77777777" w:rsidR="00CA7CD3" w:rsidRDefault="00000000">
      <w:proofErr w:type="spellStart"/>
      <w:r>
        <w:t>Bilekler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, </w:t>
      </w:r>
      <w:proofErr w:type="spellStart"/>
      <w:r>
        <w:t>dişler</w:t>
      </w:r>
      <w:proofErr w:type="spellEnd"/>
      <w:r>
        <w:t xml:space="preserve"> </w:t>
      </w:r>
      <w:proofErr w:type="spellStart"/>
      <w:r>
        <w:t>kenetli</w:t>
      </w:r>
      <w:proofErr w:type="spellEnd"/>
      <w:r>
        <w:t xml:space="preserve">, </w:t>
      </w:r>
      <w:proofErr w:type="spellStart"/>
      <w:r>
        <w:t>ayaklar</w:t>
      </w:r>
      <w:proofErr w:type="spellEnd"/>
      <w:r>
        <w:t xml:space="preserve"> </w:t>
      </w:r>
      <w:proofErr w:type="spellStart"/>
      <w:r>
        <w:t>çıplak</w:t>
      </w:r>
      <w:proofErr w:type="spellEnd"/>
      <w:r>
        <w:br/>
      </w:r>
      <w:proofErr w:type="spellStart"/>
      <w:r>
        <w:t>ve</w:t>
      </w:r>
      <w:proofErr w:type="spellEnd"/>
      <w:r>
        <w:t xml:space="preserve"> </w:t>
      </w:r>
      <w:proofErr w:type="spellStart"/>
      <w:r>
        <w:t>ipek</w:t>
      </w:r>
      <w:proofErr w:type="spellEnd"/>
      <w:r>
        <w:t xml:space="preserve"> bir </w:t>
      </w:r>
      <w:proofErr w:type="spellStart"/>
      <w:r>
        <w:t>halıya</w:t>
      </w:r>
      <w:proofErr w:type="spellEnd"/>
      <w:r>
        <w:t xml:space="preserve"> </w:t>
      </w:r>
      <w:proofErr w:type="spellStart"/>
      <w:r>
        <w:t>benzeyen</w:t>
      </w:r>
      <w:proofErr w:type="spellEnd"/>
      <w:r>
        <w:t xml:space="preserve"> </w:t>
      </w:r>
      <w:proofErr w:type="spellStart"/>
      <w:r>
        <w:t>toprak</w:t>
      </w:r>
      <w:proofErr w:type="spellEnd"/>
      <w:r>
        <w:t>,</w:t>
      </w:r>
      <w:r>
        <w:br/>
      </w:r>
      <w:proofErr w:type="spellStart"/>
      <w:r>
        <w:t>bu</w:t>
      </w:r>
      <w:proofErr w:type="spellEnd"/>
      <w:r>
        <w:t xml:space="preserve"> </w:t>
      </w:r>
      <w:proofErr w:type="spellStart"/>
      <w:r>
        <w:t>cehennem</w:t>
      </w:r>
      <w:proofErr w:type="spellEnd"/>
      <w:r>
        <w:t xml:space="preserve">, </w:t>
      </w:r>
      <w:proofErr w:type="spellStart"/>
      <w:r>
        <w:t>bu</w:t>
      </w:r>
      <w:proofErr w:type="spellEnd"/>
      <w:r>
        <w:t xml:space="preserve"> </w:t>
      </w:r>
      <w:proofErr w:type="spellStart"/>
      <w:r>
        <w:t>cennet</w:t>
      </w:r>
      <w:proofErr w:type="spellEnd"/>
      <w:r>
        <w:t xml:space="preserve"> </w:t>
      </w:r>
      <w:proofErr w:type="spellStart"/>
      <w:r>
        <w:t>bizim</w:t>
      </w:r>
      <w:proofErr w:type="spellEnd"/>
      <w:r>
        <w:t>.</w:t>
      </w:r>
    </w:p>
    <w:p w14:paraId="6E2DBBA7" w14:textId="77777777" w:rsidR="00CA7CD3" w:rsidRDefault="00000000">
      <w:proofErr w:type="spellStart"/>
      <w:r>
        <w:t>Kapansın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kapıları</w:t>
      </w:r>
      <w:proofErr w:type="spellEnd"/>
      <w:r>
        <w:t xml:space="preserve">, bir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açılmasın</w:t>
      </w:r>
      <w:proofErr w:type="spellEnd"/>
      <w:r>
        <w:t>,</w:t>
      </w:r>
      <w:r>
        <w:br/>
        <w:t xml:space="preserve">yok </w:t>
      </w:r>
      <w:proofErr w:type="spellStart"/>
      <w:r>
        <w:t>edin</w:t>
      </w:r>
      <w:proofErr w:type="spellEnd"/>
      <w:r>
        <w:t xml:space="preserve"> </w:t>
      </w:r>
      <w:proofErr w:type="spellStart"/>
      <w:r>
        <w:t>insanın</w:t>
      </w:r>
      <w:proofErr w:type="spellEnd"/>
      <w:r>
        <w:t xml:space="preserve"> </w:t>
      </w:r>
      <w:proofErr w:type="spellStart"/>
      <w:r>
        <w:t>insana</w:t>
      </w:r>
      <w:proofErr w:type="spellEnd"/>
      <w:r>
        <w:t xml:space="preserve"> </w:t>
      </w:r>
      <w:proofErr w:type="spellStart"/>
      <w:r>
        <w:t>kulluğunu</w:t>
      </w:r>
      <w:proofErr w:type="spellEnd"/>
      <w:r>
        <w:t>,</w:t>
      </w:r>
      <w:r>
        <w:br/>
      </w:r>
      <w:proofErr w:type="spellStart"/>
      <w:r>
        <w:t>bu</w:t>
      </w:r>
      <w:proofErr w:type="spellEnd"/>
      <w:r>
        <w:t xml:space="preserve"> </w:t>
      </w:r>
      <w:proofErr w:type="spellStart"/>
      <w:r>
        <w:t>dâvet</w:t>
      </w:r>
      <w:proofErr w:type="spellEnd"/>
      <w:r>
        <w:t xml:space="preserve"> </w:t>
      </w:r>
      <w:proofErr w:type="spellStart"/>
      <w:r>
        <w:t>bizim</w:t>
      </w:r>
      <w:proofErr w:type="spellEnd"/>
      <w:r>
        <w:t>...</w:t>
      </w:r>
    </w:p>
    <w:p w14:paraId="6B84E349" w14:textId="77777777" w:rsidR="00CA7CD3" w:rsidRDefault="00000000">
      <w:proofErr w:type="spellStart"/>
      <w:r>
        <w:t>Yaşamak</w:t>
      </w:r>
      <w:proofErr w:type="spellEnd"/>
      <w:r>
        <w:t xml:space="preserve"> bir </w:t>
      </w:r>
      <w:proofErr w:type="spellStart"/>
      <w:r>
        <w:t>ağaç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hür</w:t>
      </w:r>
      <w:proofErr w:type="spellEnd"/>
      <w:r>
        <w:br/>
      </w:r>
      <w:proofErr w:type="spellStart"/>
      <w:r>
        <w:t>ve</w:t>
      </w:r>
      <w:proofErr w:type="spellEnd"/>
      <w:r>
        <w:t xml:space="preserve"> bir </w:t>
      </w:r>
      <w:proofErr w:type="spellStart"/>
      <w:r>
        <w:t>orman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kardeşçesine</w:t>
      </w:r>
      <w:proofErr w:type="spellEnd"/>
      <w:r>
        <w:t>,</w:t>
      </w:r>
      <w:r>
        <w:br/>
      </w:r>
      <w:proofErr w:type="spellStart"/>
      <w:r>
        <w:t>bu</w:t>
      </w:r>
      <w:proofErr w:type="spellEnd"/>
      <w:r>
        <w:t xml:space="preserve"> </w:t>
      </w:r>
      <w:proofErr w:type="spellStart"/>
      <w:r>
        <w:t>hasret</w:t>
      </w:r>
      <w:proofErr w:type="spellEnd"/>
      <w:r>
        <w:t xml:space="preserve"> </w:t>
      </w:r>
      <w:proofErr w:type="spellStart"/>
      <w:r>
        <w:t>bizim</w:t>
      </w:r>
      <w:proofErr w:type="spellEnd"/>
      <w:r>
        <w:t>...</w:t>
      </w:r>
    </w:p>
    <w:sectPr w:rsidR="00CA7CD3" w:rsidSect="004222A0">
      <w:headerReference w:type="default" r:id="rId8"/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CE223" w14:textId="77777777" w:rsidR="00410D20" w:rsidRDefault="00410D20" w:rsidP="004222A0">
      <w:pPr>
        <w:spacing w:after="0" w:line="240" w:lineRule="auto"/>
      </w:pPr>
      <w:r>
        <w:separator/>
      </w:r>
    </w:p>
  </w:endnote>
  <w:endnote w:type="continuationSeparator" w:id="0">
    <w:p w14:paraId="1E98139D" w14:textId="77777777" w:rsidR="00410D20" w:rsidRDefault="00410D20" w:rsidP="00422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5A3F6" w14:textId="77777777" w:rsidR="00410D20" w:rsidRDefault="00410D20" w:rsidP="004222A0">
      <w:pPr>
        <w:spacing w:after="0" w:line="240" w:lineRule="auto"/>
      </w:pPr>
      <w:r>
        <w:separator/>
      </w:r>
    </w:p>
  </w:footnote>
  <w:footnote w:type="continuationSeparator" w:id="0">
    <w:p w14:paraId="1E5C9425" w14:textId="77777777" w:rsidR="00410D20" w:rsidRDefault="00410D20" w:rsidP="00422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6481E" w14:textId="77777777" w:rsidR="004222A0" w:rsidRDefault="004222A0" w:rsidP="004222A0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2615623">
    <w:abstractNumId w:val="8"/>
  </w:num>
  <w:num w:numId="2" w16cid:durableId="1935360559">
    <w:abstractNumId w:val="6"/>
  </w:num>
  <w:num w:numId="3" w16cid:durableId="372773712">
    <w:abstractNumId w:val="5"/>
  </w:num>
  <w:num w:numId="4" w16cid:durableId="1744061275">
    <w:abstractNumId w:val="4"/>
  </w:num>
  <w:num w:numId="5" w16cid:durableId="339044425">
    <w:abstractNumId w:val="7"/>
  </w:num>
  <w:num w:numId="6" w16cid:durableId="878053877">
    <w:abstractNumId w:val="3"/>
  </w:num>
  <w:num w:numId="7" w16cid:durableId="638074468">
    <w:abstractNumId w:val="2"/>
  </w:num>
  <w:num w:numId="8" w16cid:durableId="1748922079">
    <w:abstractNumId w:val="1"/>
  </w:num>
  <w:num w:numId="9" w16cid:durableId="1537162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7800"/>
    <w:rsid w:val="00410D20"/>
    <w:rsid w:val="004222A0"/>
    <w:rsid w:val="00A616B9"/>
    <w:rsid w:val="00A82543"/>
    <w:rsid w:val="00AA1D8D"/>
    <w:rsid w:val="00B47730"/>
    <w:rsid w:val="00B70223"/>
    <w:rsid w:val="00CA7CD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4D86F"/>
  <w14:defaultImageDpi w14:val="300"/>
  <w15:docId w15:val="{4F8900D2-F95A-49CF-9FDB-34BE9662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Taner Gungor</cp:lastModifiedBy>
  <cp:revision>3</cp:revision>
  <dcterms:created xsi:type="dcterms:W3CDTF">2013-12-23T23:15:00Z</dcterms:created>
  <dcterms:modified xsi:type="dcterms:W3CDTF">2026-09-20T19:38:00Z</dcterms:modified>
  <cp:category/>
</cp:coreProperties>
</file>