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7DAB" w14:textId="77777777" w:rsidR="002106DD" w:rsidRDefault="002106DD"/>
    <w:p w14:paraId="05BFDD32" w14:textId="77777777" w:rsidR="002106DD" w:rsidRDefault="002106DD"/>
    <w:p w14:paraId="2C957300" w14:textId="77777777" w:rsidR="002106DD" w:rsidRDefault="002106DD"/>
    <w:p w14:paraId="7C698470" w14:textId="77777777" w:rsidR="002106DD" w:rsidRDefault="002106DD"/>
    <w:p w14:paraId="770ABACA" w14:textId="77777777" w:rsidR="002106DD" w:rsidRDefault="002106DD"/>
    <w:p w14:paraId="71ACCC31" w14:textId="77777777" w:rsidR="002106DD" w:rsidRDefault="002106DD"/>
    <w:p w14:paraId="0D227AE6" w14:textId="77777777" w:rsidR="002106DD" w:rsidRDefault="002106DD"/>
    <w:p w14:paraId="7ED19035" w14:textId="77777777" w:rsidR="002106DD" w:rsidRDefault="00000000">
      <w:pPr>
        <w:jc w:val="center"/>
      </w:pPr>
      <w:r>
        <w:rPr>
          <w:b/>
          <w:sz w:val="32"/>
        </w:rPr>
        <w:t>T.C.</w:t>
      </w:r>
      <w:r>
        <w:rPr>
          <w:b/>
          <w:sz w:val="32"/>
        </w:rPr>
        <w:br/>
        <w:t>.................................................................... MÜDÜRLÜĞÜ</w:t>
      </w:r>
    </w:p>
    <w:p w14:paraId="48964C78" w14:textId="77777777" w:rsidR="002106DD" w:rsidRDefault="002106DD"/>
    <w:p w14:paraId="49008451" w14:textId="77777777" w:rsidR="002106DD" w:rsidRDefault="002106DD"/>
    <w:p w14:paraId="33E0E068" w14:textId="77777777" w:rsidR="002106DD" w:rsidRDefault="002106DD"/>
    <w:p w14:paraId="550DCC79" w14:textId="77777777" w:rsidR="002106DD" w:rsidRDefault="002106DD"/>
    <w:p w14:paraId="0D6A1DDE" w14:textId="77777777" w:rsidR="002106DD" w:rsidRDefault="00000000">
      <w:pPr>
        <w:jc w:val="center"/>
      </w:pPr>
      <w:r>
        <w:rPr>
          <w:b/>
          <w:sz w:val="44"/>
        </w:rPr>
        <w:t>15 TEMMUZ DEMOKRASİ VE MİLLÎ BİRLİK GÜNÜ</w:t>
      </w:r>
      <w:r>
        <w:rPr>
          <w:b/>
          <w:sz w:val="44"/>
        </w:rPr>
        <w:br/>
        <w:t>ANMA PROGRAMI DOSYASI</w:t>
      </w:r>
    </w:p>
    <w:p w14:paraId="3B08944E" w14:textId="77777777" w:rsidR="002106DD" w:rsidRDefault="002106DD"/>
    <w:p w14:paraId="532E5930" w14:textId="77777777" w:rsidR="002106DD" w:rsidRDefault="002106DD"/>
    <w:p w14:paraId="34207302" w14:textId="77777777" w:rsidR="002106DD" w:rsidRDefault="002106DD"/>
    <w:p w14:paraId="5BE8F522" w14:textId="77777777" w:rsidR="002106DD" w:rsidRDefault="002106DD"/>
    <w:p w14:paraId="1310F84A" w14:textId="77777777" w:rsidR="002106DD" w:rsidRDefault="002106DD"/>
    <w:p w14:paraId="0D11E7AF" w14:textId="77777777" w:rsidR="002106DD" w:rsidRDefault="002106DD"/>
    <w:p w14:paraId="02F1CBEA" w14:textId="77777777" w:rsidR="002106DD" w:rsidRDefault="002106DD"/>
    <w:p w14:paraId="11289159" w14:textId="77777777" w:rsidR="002106DD" w:rsidRDefault="00000000">
      <w:pPr>
        <w:jc w:val="center"/>
      </w:pPr>
      <w:r>
        <w:rPr>
          <w:b/>
          <w:sz w:val="26"/>
        </w:rPr>
        <w:t>20... - 20... EĞİTİM ÖĞRETİM YILI</w:t>
      </w:r>
    </w:p>
    <w:p w14:paraId="5C5CC5CB" w14:textId="77777777" w:rsidR="002106DD" w:rsidRDefault="00000000">
      <w:r>
        <w:br w:type="page"/>
      </w:r>
    </w:p>
    <w:p w14:paraId="6E1CF202" w14:textId="77777777" w:rsidR="002106DD" w:rsidRDefault="00000000">
      <w:pPr>
        <w:spacing w:after="400"/>
        <w:jc w:val="center"/>
      </w:pPr>
      <w:r>
        <w:rPr>
          <w:b/>
          <w:sz w:val="26"/>
        </w:rPr>
        <w:lastRenderedPageBreak/>
        <w:t>.................................................................... MÜDÜRLÜĞÜNE</w:t>
      </w:r>
    </w:p>
    <w:p w14:paraId="677D1AD4" w14:textId="77777777" w:rsidR="002106DD" w:rsidRDefault="00000000">
      <w:pPr>
        <w:spacing w:after="240"/>
      </w:pPr>
      <w:r>
        <w:t xml:space="preserve">       Hazırlamış olduğumuz "15 Temmuz Demokrasi ve Millî Birlik Günü" anma programını .../.../20... günü saat ........’da okul konferans salonunda / bahçesinde gerçekleştirmek istiyoruz. Anma programı akışı aşağıda belirtilmiştir.</w:t>
      </w:r>
    </w:p>
    <w:p w14:paraId="457B2AA1" w14:textId="77777777" w:rsidR="002106DD" w:rsidRDefault="00000000">
      <w:pPr>
        <w:spacing w:after="360"/>
      </w:pPr>
      <w:r>
        <w:t xml:space="preserve">       Gereğini bilgilerinize arz ederim.</w:t>
      </w:r>
    </w:p>
    <w:p w14:paraId="211F46BF" w14:textId="77777777" w:rsidR="002106DD" w:rsidRDefault="00000000">
      <w:pPr>
        <w:spacing w:after="160"/>
      </w:pPr>
      <w:r>
        <w:rPr>
          <w:b/>
        </w:rPr>
        <w:t>PROGRAM AKIŞI:</w:t>
      </w:r>
    </w:p>
    <w:p w14:paraId="47E9C236" w14:textId="77777777" w:rsidR="002106DD" w:rsidRDefault="00000000">
      <w:pPr>
        <w:spacing w:after="100"/>
        <w:ind w:left="432"/>
      </w:pPr>
      <w:r>
        <w:t>1. Açılış, Saygı Duruşu ve İstiklâl Marşı</w:t>
      </w:r>
    </w:p>
    <w:p w14:paraId="6DCC6DA0" w14:textId="77777777" w:rsidR="002106DD" w:rsidRDefault="00000000">
      <w:pPr>
        <w:spacing w:after="100"/>
        <w:ind w:left="432"/>
      </w:pPr>
      <w:r>
        <w:t>2. Günün Anlam ve Önemini Belirten Konuşmanın Yapılması</w:t>
      </w:r>
    </w:p>
    <w:p w14:paraId="5696956D" w14:textId="77777777" w:rsidR="002106DD" w:rsidRDefault="00000000">
      <w:pPr>
        <w:spacing w:after="100"/>
        <w:ind w:left="432"/>
      </w:pPr>
      <w:r>
        <w:t>3. Şiir: "Bu Vatan Bizim"</w:t>
      </w:r>
    </w:p>
    <w:p w14:paraId="69EF4BA4" w14:textId="77777777" w:rsidR="002106DD" w:rsidRDefault="00000000">
      <w:pPr>
        <w:spacing w:after="100"/>
        <w:ind w:left="432"/>
      </w:pPr>
      <w:r>
        <w:t>4. Şiir: "15 Temmuz Şehitleri"</w:t>
      </w:r>
    </w:p>
    <w:p w14:paraId="1C35B2A4" w14:textId="77777777" w:rsidR="002106DD" w:rsidRDefault="00000000">
      <w:pPr>
        <w:spacing w:after="100"/>
        <w:ind w:left="432"/>
      </w:pPr>
      <w:r>
        <w:t>5. Ayet-i Kerime Meali (Bakara Suresi 154. Ayet) ve 15 Temmuz Şehitlerimizin Kahramanlık Hikâyeleri</w:t>
      </w:r>
    </w:p>
    <w:p w14:paraId="5312EBCF" w14:textId="77777777" w:rsidR="002106DD" w:rsidRDefault="00000000">
      <w:pPr>
        <w:spacing w:after="100"/>
        <w:ind w:left="432"/>
      </w:pPr>
      <w:r>
        <w:t>6. Şiir: "Otuz Kuş" (Şehit Ömer Halisdemir Anısına)</w:t>
      </w:r>
    </w:p>
    <w:p w14:paraId="17ED40D0" w14:textId="77777777" w:rsidR="002106DD" w:rsidRDefault="00000000">
      <w:pPr>
        <w:spacing w:after="100"/>
        <w:ind w:left="432"/>
      </w:pPr>
      <w:r>
        <w:t>7. Şiir: "Davet" (Nazım Hikmet)</w:t>
      </w:r>
    </w:p>
    <w:p w14:paraId="03DC3286" w14:textId="77777777" w:rsidR="002106DD" w:rsidRDefault="00000000">
      <w:pPr>
        <w:spacing w:after="100"/>
        <w:ind w:left="432"/>
      </w:pPr>
      <w:r>
        <w:t>8. 15 Temmuz Belgeselinin İzlenmesi ve Kapanış</w:t>
      </w:r>
    </w:p>
    <w:p w14:paraId="318AF2AE" w14:textId="77777777" w:rsidR="002106DD" w:rsidRDefault="002106DD">
      <w:pPr>
        <w:spacing w:after="600"/>
      </w:pPr>
    </w:p>
    <w:tbl>
      <w:tblPr>
        <w:tblW w:w="0" w:type="auto"/>
        <w:jc w:val="center"/>
        <w:tblLook w:val="04A0" w:firstRow="1" w:lastRow="0" w:firstColumn="1" w:lastColumn="0" w:noHBand="0" w:noVBand="1"/>
      </w:tblPr>
      <w:tblGrid>
        <w:gridCol w:w="4608"/>
        <w:gridCol w:w="4608"/>
      </w:tblGrid>
      <w:tr w:rsidR="002106DD" w14:paraId="692167CC" w14:textId="77777777">
        <w:trPr>
          <w:jc w:val="center"/>
        </w:trPr>
        <w:tc>
          <w:tcPr>
            <w:tcW w:w="4608" w:type="dxa"/>
          </w:tcPr>
          <w:p w14:paraId="3A8CD94C" w14:textId="77777777" w:rsidR="002106DD"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48791B84" w14:textId="77777777" w:rsidR="002106DD" w:rsidRDefault="00000000">
            <w:pPr>
              <w:jc w:val="center"/>
            </w:pPr>
            <w:r>
              <w:rPr>
                <w:b/>
              </w:rPr>
              <w:t>... / ... / 20...</w:t>
            </w:r>
            <w:r>
              <w:rPr>
                <w:b/>
              </w:rPr>
              <w:br/>
              <w:t>UYGUNDUR</w:t>
            </w:r>
            <w:r>
              <w:rPr>
                <w:b/>
              </w:rPr>
              <w:br/>
            </w:r>
            <w:r>
              <w:rPr>
                <w:b/>
              </w:rPr>
              <w:br/>
            </w:r>
            <w:r>
              <w:rPr>
                <w:b/>
              </w:rPr>
              <w:br/>
              <w:t>...................................................</w:t>
            </w:r>
            <w:r>
              <w:rPr>
                <w:b/>
              </w:rPr>
              <w:br/>
            </w:r>
            <w:r>
              <w:t>Okul Müdürü</w:t>
            </w:r>
          </w:p>
        </w:tc>
      </w:tr>
    </w:tbl>
    <w:p w14:paraId="4197FCF0" w14:textId="77777777" w:rsidR="002106DD" w:rsidRDefault="00000000">
      <w:r>
        <w:br w:type="page"/>
      </w:r>
    </w:p>
    <w:p w14:paraId="7ECF5861" w14:textId="54C73CCA" w:rsidR="002106DD" w:rsidRDefault="00000000">
      <w:pPr>
        <w:pStyle w:val="Balk1"/>
        <w:spacing w:after="360"/>
        <w:jc w:val="center"/>
      </w:pPr>
      <w:r>
        <w:lastRenderedPageBreak/>
        <w:t>15 TEMMUZ DEMOKRASİ VE MİLLÎ BİRLİK GÜNÜ</w:t>
      </w:r>
      <w:r w:rsidR="00F14377">
        <w:t xml:space="preserve"> </w:t>
      </w:r>
      <w:r>
        <w:t>PROGRAM SUNUCU METNİ</w:t>
      </w:r>
    </w:p>
    <w:p w14:paraId="737E6F3B" w14:textId="77777777" w:rsidR="002106DD" w:rsidRDefault="00000000">
      <w:pPr>
        <w:spacing w:after="240"/>
      </w:pPr>
      <w:r>
        <w:rPr>
          <w:b/>
        </w:rPr>
        <w:t>1- AÇILIŞ VE SAYGI DURUŞU / İSTİKLÂL MARŞI ÇAĞRISI</w:t>
      </w:r>
      <w:r>
        <w:rPr>
          <w:b/>
        </w:rPr>
        <w:br/>
      </w:r>
      <w:r>
        <w:t>Sayın Müdürüm, Değerli Öğretmenlerim ve Sevgili Arkadaşlarım,</w:t>
      </w:r>
      <w:r>
        <w:br/>
      </w:r>
      <w:r>
        <w:br/>
        <w:t>Bugün burada; milletimizin bağımsızlığına pranga vurulamayacağını tüm cihana ilan ettiği o kutlu zaferi anmak, 15 Temmuz Demokrasi ve Millî Birlik Günü anma programını icra etmek üzere toplanmış bulunuyoruz.</w:t>
      </w:r>
      <w:r>
        <w:br/>
      </w:r>
      <w:r>
        <w:br/>
        <w:t>Sizleri; başta Cumhuriyetimizin kurucusu Gazi Mustafa Kemal Atatürk ve silah arkadaşları olmak üzere, vatanımızın bekası ve millî irademiz uğruna canlarını feda eden tüm aziz ŞEHİTLERİMİZ ve ebediyete irtihal eden KAHRAMAN GAZİLERİMİZ huzurunda bir dakikalık saygı duruşuna, ardından İstiklâl Marşı’mızı gür bir sesle okumaya davet ediyorum.</w:t>
      </w:r>
      <w:r>
        <w:br/>
      </w:r>
      <w:r>
        <w:br/>
        <w:t>Dikkat!</w:t>
      </w:r>
    </w:p>
    <w:p w14:paraId="547E1D26" w14:textId="77777777" w:rsidR="002106DD" w:rsidRDefault="00000000">
      <w:pPr>
        <w:spacing w:after="240"/>
        <w:ind w:left="576"/>
      </w:pPr>
      <w:r>
        <w:rPr>
          <w:b/>
        </w:rPr>
        <w:t>Hüseyin Nihal ATSIZ diyor ki:</w:t>
      </w:r>
      <w:r>
        <w:rPr>
          <w:b/>
        </w:rPr>
        <w:br/>
      </w:r>
      <w:r>
        <w:rPr>
          <w:i/>
        </w:rPr>
        <w:t>“Sızlasa da gönüller düşenlerin yasından,</w:t>
      </w:r>
      <w:r>
        <w:rPr>
          <w:i/>
        </w:rPr>
        <w:br/>
        <w:t>Koşar adım gitmeli onların arkasından.</w:t>
      </w:r>
      <w:r>
        <w:rPr>
          <w:i/>
        </w:rPr>
        <w:br/>
        <w:t>Kahramanlık; içerek acı ölüm tasından,</w:t>
      </w:r>
      <w:r>
        <w:rPr>
          <w:i/>
        </w:rPr>
        <w:br/>
        <w:t>İleriye atılmak ve sonra dönmemektir.”</w:t>
      </w:r>
    </w:p>
    <w:p w14:paraId="0531183F" w14:textId="77777777" w:rsidR="002106DD" w:rsidRDefault="00000000">
      <w:pPr>
        <w:spacing w:after="240"/>
      </w:pPr>
      <w:r>
        <w:rPr>
          <w:b/>
        </w:rPr>
        <w:t>2- GÜNÜN ANLAM VE ÖNEMİ KONUŞMASI TAKDİMİ</w:t>
      </w:r>
      <w:r>
        <w:rPr>
          <w:b/>
        </w:rPr>
        <w:br/>
      </w:r>
      <w:r>
        <w:t>O karanlık geceyi sarsılmaz imanıyla aydınlığa kavuşturan milletimizin yazdığı destanı idrak etmek üzere, günün anlam ve önemini belirten konuşmasını yapmak için Sayın ............................................................................’ı kürsüye davet ediyorum.</w:t>
      </w:r>
    </w:p>
    <w:p w14:paraId="477BC968" w14:textId="77777777" w:rsidR="002106DD" w:rsidRDefault="00000000">
      <w:pPr>
        <w:spacing w:after="240"/>
      </w:pPr>
      <w:r>
        <w:rPr>
          <w:b/>
        </w:rPr>
        <w:t>3- ŞİİR: "BU VATAN BİZİM"</w:t>
      </w:r>
      <w:r>
        <w:rPr>
          <w:b/>
        </w:rPr>
        <w:br/>
      </w:r>
      <w:r>
        <w:rPr>
          <w:i/>
        </w:rPr>
        <w:t>Karanlık bir gece, kanlı ve derin,</w:t>
      </w:r>
      <w:r>
        <w:rPr>
          <w:i/>
        </w:rPr>
        <w:br/>
        <w:t>Ateşle boyandı yüzü göklerin,</w:t>
      </w:r>
      <w:r>
        <w:rPr>
          <w:i/>
        </w:rPr>
        <w:br/>
        <w:t>Şehitler bağrına uzandı yerin,</w:t>
      </w:r>
      <w:r>
        <w:rPr>
          <w:i/>
        </w:rPr>
        <w:br/>
        <w:t>Zamanın nabzında atan bizimdir,</w:t>
      </w:r>
      <w:r>
        <w:rPr>
          <w:i/>
        </w:rPr>
        <w:br/>
        <w:t>İhânet onların, vatan bizimdir!</w:t>
      </w:r>
      <w:r>
        <w:rPr>
          <w:i/>
        </w:rPr>
        <w:br/>
      </w:r>
      <w:r>
        <w:rPr>
          <w:i/>
        </w:rPr>
        <w:br/>
      </w:r>
      <w:r>
        <w:t>Okulumuz ..... / ..... sınıfı öğrencilerinden ......................................................, "Bu Vatan Bizim" adlı şiiri seslendirecektir.</w:t>
      </w:r>
    </w:p>
    <w:p w14:paraId="72EA6E2C" w14:textId="77777777" w:rsidR="002106DD" w:rsidRDefault="00000000">
      <w:pPr>
        <w:spacing w:after="240"/>
      </w:pPr>
      <w:r>
        <w:rPr>
          <w:b/>
        </w:rPr>
        <w:t>4- ŞİİR: "15 TEMMUZ ŞEHİTLERİ"</w:t>
      </w:r>
      <w:r>
        <w:rPr>
          <w:b/>
        </w:rPr>
        <w:br/>
      </w:r>
      <w:r>
        <w:rPr>
          <w:i/>
        </w:rPr>
        <w:t>Müjde verenleriz, korkutan değil,</w:t>
      </w:r>
      <w:r>
        <w:rPr>
          <w:i/>
        </w:rPr>
        <w:br/>
        <w:t>Yurda kardeş kanı akıtan değil,</w:t>
      </w:r>
      <w:r>
        <w:rPr>
          <w:i/>
        </w:rPr>
        <w:br/>
        <w:t>Namluyu millete doğrultan değil,</w:t>
      </w:r>
      <w:r>
        <w:rPr>
          <w:i/>
        </w:rPr>
        <w:br/>
        <w:t>Tankların altına yatan bizimdir,</w:t>
      </w:r>
      <w:r>
        <w:rPr>
          <w:i/>
        </w:rPr>
        <w:br/>
        <w:t>Esâret onların, vatan bizimdir!</w:t>
      </w:r>
      <w:r>
        <w:rPr>
          <w:i/>
        </w:rPr>
        <w:br/>
      </w:r>
      <w:r>
        <w:rPr>
          <w:i/>
        </w:rPr>
        <w:br/>
      </w:r>
      <w:r>
        <w:lastRenderedPageBreak/>
        <w:t>Okulumuz ..... / ..... sınıfı öğrencilerinden ......................................................, "15 Temmuz Şehitleri" adlı şiiri seslendirecektir.</w:t>
      </w:r>
    </w:p>
    <w:p w14:paraId="2691948F" w14:textId="77777777" w:rsidR="002106DD" w:rsidRDefault="00000000">
      <w:pPr>
        <w:spacing w:after="240"/>
      </w:pPr>
      <w:r>
        <w:rPr>
          <w:b/>
        </w:rPr>
        <w:t>5- AYET-İ KERİME VE KAHRAMANLARIN HİKÂYELERİ</w:t>
      </w:r>
      <w:r>
        <w:rPr>
          <w:b/>
        </w:rPr>
        <w:br/>
      </w:r>
      <w:r>
        <w:rPr>
          <w:i/>
        </w:rPr>
        <w:t>Hıyânet zehrini akıtmış dile,</w:t>
      </w:r>
      <w:r>
        <w:rPr>
          <w:i/>
        </w:rPr>
        <w:br/>
        <w:t>Şeytan’ı aldatır bu kahpe hîle,</w:t>
      </w:r>
      <w:r>
        <w:rPr>
          <w:i/>
        </w:rPr>
        <w:br/>
        <w:t>Görmedi insanlar tarihte bile,</w:t>
      </w:r>
      <w:r>
        <w:rPr>
          <w:i/>
        </w:rPr>
        <w:br/>
        <w:t>Bayrağı göğsünde tutan bizimdir,</w:t>
      </w:r>
      <w:r>
        <w:rPr>
          <w:i/>
        </w:rPr>
        <w:br/>
        <w:t>Dalâlet onların, vatan bizimdir!</w:t>
      </w:r>
      <w:r>
        <w:rPr>
          <w:i/>
        </w:rPr>
        <w:br/>
      </w:r>
      <w:r>
        <w:rPr>
          <w:i/>
        </w:rPr>
        <w:br/>
      </w:r>
      <w:r>
        <w:t>Yüce kitabımız Kur’an-ı Kerim'de Bakara Suresi 154. ayette mealen şöyle buyrulmaktadır:</w:t>
      </w:r>
      <w:r>
        <w:br/>
      </w:r>
      <w:r>
        <w:rPr>
          <w:b/>
        </w:rPr>
        <w:t>“Allah yolunda öldürülenlere ‘ölüler’ demeyiniz. Bilâkis onlar diridirler, lâkin siz anlayamazsınız.”</w:t>
      </w:r>
      <w:r>
        <w:rPr>
          <w:b/>
        </w:rPr>
        <w:br/>
      </w:r>
      <w:r>
        <w:rPr>
          <w:b/>
        </w:rPr>
        <w:br/>
      </w:r>
      <w:r>
        <w:t>Şimdi 15 Temmuz gecesi vatan müdafaasında şehadete yürüyen aziz şehitlerimizin kahramanlık hikâyelerini seslendirmek üzere okulumuz öğrencilerini kürsüye davet ediyorum.</w:t>
      </w:r>
    </w:p>
    <w:p w14:paraId="39FCEE1E" w14:textId="77777777" w:rsidR="002106DD" w:rsidRDefault="00000000">
      <w:pPr>
        <w:spacing w:after="240"/>
      </w:pPr>
      <w:r>
        <w:rPr>
          <w:b/>
        </w:rPr>
        <w:t>6- ŞİİR: "OTUZ KUŞ"</w:t>
      </w:r>
      <w:r>
        <w:rPr>
          <w:b/>
        </w:rPr>
        <w:br/>
      </w:r>
      <w:r>
        <w:t>Şehit Ömer Halisdemir ve tüm şehitlerimizin aziz ruhlarına ithafen, Dursun Ali Erzincanlı’nın "Otuz Kuş" şiirini seslendirmek üzere ..... / ..... sınıfından ...................................................... kürsüye davet ediyorum.</w:t>
      </w:r>
    </w:p>
    <w:p w14:paraId="3747C945" w14:textId="77777777" w:rsidR="002106DD" w:rsidRDefault="00000000">
      <w:pPr>
        <w:spacing w:after="280"/>
      </w:pPr>
      <w:r>
        <w:rPr>
          <w:b/>
        </w:rPr>
        <w:t>7- ŞİİR: "DAVET" VE KAPANIŞ</w:t>
      </w:r>
      <w:r>
        <w:rPr>
          <w:b/>
        </w:rPr>
        <w:br/>
      </w:r>
      <w:r>
        <w:rPr>
          <w:i/>
        </w:rPr>
        <w:t>“Dörtnala gelip Uzak Asya'dan</w:t>
      </w:r>
      <w:r>
        <w:rPr>
          <w:i/>
        </w:rPr>
        <w:br/>
        <w:t>Akdeniz'e bir kısrak başı gibi uzanan</w:t>
      </w:r>
      <w:r>
        <w:rPr>
          <w:i/>
        </w:rPr>
        <w:br/>
        <w:t>bu memleket, bizim...</w:t>
      </w:r>
      <w:r>
        <w:rPr>
          <w:i/>
        </w:rPr>
        <w:br/>
        <w:t>Yaşamak bir ağaç gibi tek ve hür</w:t>
      </w:r>
      <w:r>
        <w:rPr>
          <w:i/>
        </w:rPr>
        <w:br/>
        <w:t>ve bir orman gibi kardeşçesine,</w:t>
      </w:r>
      <w:r>
        <w:rPr>
          <w:i/>
        </w:rPr>
        <w:br/>
        <w:t>bu hasret bizim...”</w:t>
      </w:r>
      <w:r>
        <w:rPr>
          <w:i/>
        </w:rPr>
        <w:br/>
      </w:r>
      <w:r>
        <w:rPr>
          <w:i/>
        </w:rPr>
        <w:br/>
      </w:r>
      <w:r>
        <w:t>Okulumuz öğrencilerinden ......................................................, Nazım Hikmet’in "Davet" adlı şiirini okuyacaktır.</w:t>
      </w:r>
      <w:r>
        <w:br/>
      </w:r>
      <w:r>
        <w:br/>
        <w:t>Programdan sonraki ilk derste sınıflarımızda MEB tarafından hazırlanan 15 Temmuz belgeseli izlenecektir.</w:t>
      </w:r>
      <w:r>
        <w:br/>
      </w:r>
      <w:r>
        <w:br/>
        <w:t>Programımız burada sona ermiştir. Tüm şehitlerimizi rahmet ve minnetle yâd ediyor, kahraman gazilerimize sağlık ve esenlikler diliyoruz.</w:t>
      </w:r>
      <w:r>
        <w:br/>
      </w:r>
      <w:r>
        <w:br/>
      </w:r>
      <w:r>
        <w:rPr>
          <w:b/>
        </w:rPr>
        <w:t>NE MUTLU TÜRK’ÜM DİYENE!</w:t>
      </w:r>
    </w:p>
    <w:p w14:paraId="580123C6" w14:textId="77777777" w:rsidR="002106DD" w:rsidRDefault="00000000">
      <w:r>
        <w:br w:type="page"/>
      </w:r>
    </w:p>
    <w:p w14:paraId="3EC63640" w14:textId="77777777" w:rsidR="002106DD" w:rsidRDefault="00000000">
      <w:pPr>
        <w:pStyle w:val="Balk1"/>
        <w:spacing w:after="360"/>
        <w:jc w:val="center"/>
      </w:pPr>
      <w:r>
        <w:lastRenderedPageBreak/>
        <w:t>GÜNÜN ANLAM VE ÖNEMİNİ BELİRTEN KONUŞMA METNİ</w:t>
      </w:r>
    </w:p>
    <w:p w14:paraId="551C0E7D" w14:textId="77777777" w:rsidR="002106DD" w:rsidRDefault="00000000">
      <w:pPr>
        <w:spacing w:after="160"/>
      </w:pPr>
      <w:r>
        <w:t>Sayın Okul Müdürüm, Değerli Öğretmenlerim ve Sevgili Arkadaşlarım,</w:t>
      </w:r>
    </w:p>
    <w:p w14:paraId="3064B810" w14:textId="77777777" w:rsidR="002106DD" w:rsidRDefault="00000000">
      <w:pPr>
        <w:spacing w:after="160"/>
      </w:pPr>
      <w:r>
        <w:t>Bugün burada milletimizin bağımsızlık aşkıyla tarihe kazıdığı şanlı direnişi, 15 Temmuz Demokrasi ve Millî Birlik Günü’nü idrak etmek ve aziz şehitlerimizi rahmetle yâd etmek üzere toplanmış bulunuyoruz.</w:t>
      </w:r>
    </w:p>
    <w:p w14:paraId="22F611CF" w14:textId="77777777" w:rsidR="002106DD" w:rsidRDefault="00000000">
      <w:pPr>
        <w:spacing w:after="160"/>
      </w:pPr>
      <w:r>
        <w:t>Tarih boyunca hiçbir esarete boyun eğmemiş olan aziz milletimiz; 15 Temmuz gecesi devletimizin bekasına, cumhuriyetimize, demokrasimize ve aydınlık geleceğimize kasteden hain darbe girişimine karşı tek yürek olmuş, tarihe altın harflerle geçecek muazzam bir kahramanlık destanı yazmıştır.</w:t>
      </w:r>
    </w:p>
    <w:p w14:paraId="5515FD6D" w14:textId="77777777" w:rsidR="002106DD" w:rsidRDefault="00000000">
      <w:pPr>
        <w:spacing w:after="160"/>
      </w:pPr>
      <w:r>
        <w:t>O karanlık gecede bu necip millet; kadınıyla erkeğiyle, genciyle yaşlısıyla sokaklara, meydanlara, köprülere ve havalimanlarına akın etmiş; tanklara, savaş uçaklarına ve hain kurşunlara göğsünü siper etmiştir. İhanet odaklarının hesap edemediği yegâne güç; Türk milletinin sarsılmaz vatan sevgisi, bayrak aşkı ve şehadet inancı olmuştur.</w:t>
      </w:r>
    </w:p>
    <w:p w14:paraId="47A82686" w14:textId="77777777" w:rsidR="002106DD" w:rsidRDefault="00000000">
      <w:pPr>
        <w:spacing w:after="160"/>
      </w:pPr>
      <w:r>
        <w:t>Şehitlerimiz ve gazilerimiz o gece cesaretleriyle yeni bir Çanakkale, yeni bir İstiklâl Harbi ruhunu meydanlarda yeniden diriltmişlerdir. Darbenin seyrini değiştiren kahramanımız Şehit Kıdemli Başçavuş Ömer Halisdemir, Erol Olçok ve evladı Abdullah Tayyip Olçok başta olmak üzere vatan için can veren 251 kahraman şehidimiz, gönüllerimizdeki ve tarihteki mümtaz yerlerini ebediyen muhafaza edeceklerdir.</w:t>
      </w:r>
    </w:p>
    <w:p w14:paraId="18DABA0C" w14:textId="77777777" w:rsidR="002106DD" w:rsidRDefault="00000000">
      <w:pPr>
        <w:spacing w:after="160"/>
      </w:pPr>
      <w:r>
        <w:t>Türkiye’yi teslim alabileceklerini, milletimizi bölebileceklerini sanan hainler; ertesi gün akşam olmadan milletimizin çelikten iradesi karşısında hüsrana uğramışlardır. Şanlı ordumuz ve peygamber ocağı Mehmetçiğimiz bizim ebedi gözbebeğimizdir; ordumuzun şerefli üniformasını gasp eden terör odakları asla bu asil milletin evlatlarını temsil edemez.</w:t>
      </w:r>
    </w:p>
    <w:p w14:paraId="1A203042" w14:textId="77777777" w:rsidR="002106DD" w:rsidRDefault="00000000">
      <w:pPr>
        <w:spacing w:after="160"/>
      </w:pPr>
      <w:r>
        <w:t>Biz gençlere ve bu vatanın evlatlarına düşen en büyük görev; şehitlerimizin kanlarıyla sulanan bu mukaddes vatanı canımız pahasına korumak, millî irademize sahip çıkmak, ilimle, irfanla, ahlakla ve çok çalışarak ülkemizi muasır medeniyetler seviyesinin en üstüne taşımaktır.</w:t>
      </w:r>
    </w:p>
    <w:p w14:paraId="5FE81BE8" w14:textId="77777777" w:rsidR="002106DD" w:rsidRDefault="00000000">
      <w:pPr>
        <w:spacing w:after="160"/>
      </w:pPr>
      <w:r>
        <w:t>Bu duygu ve düşüncelerle; başta 15 Temmuz şehitlerimiz olmak üzere tüm vatan şehitlerimizi sonsuz rahmet, minnet ve dualarla anıyor; kahraman gazilerimize şükranlarımızı sunuyoruz.</w:t>
      </w:r>
    </w:p>
    <w:p w14:paraId="66837B81" w14:textId="77777777" w:rsidR="002106DD" w:rsidRDefault="00000000">
      <w:pPr>
        <w:spacing w:after="160"/>
      </w:pPr>
      <w:r>
        <w:rPr>
          <w:b/>
        </w:rPr>
        <w:t>Vatanımız sağ olsun, milletimizin birliği daim olsun!</w:t>
      </w:r>
    </w:p>
    <w:p w14:paraId="5D25F71A" w14:textId="77777777" w:rsidR="002106DD" w:rsidRDefault="00000000">
      <w:r>
        <w:br w:type="page"/>
      </w:r>
    </w:p>
    <w:p w14:paraId="14858839" w14:textId="77777777" w:rsidR="002106DD" w:rsidRDefault="00000000">
      <w:pPr>
        <w:pStyle w:val="Balk1"/>
        <w:spacing w:after="360"/>
        <w:jc w:val="center"/>
      </w:pPr>
      <w:r>
        <w:lastRenderedPageBreak/>
        <w:t>15 TEMMUZ ŞEHİTLERİMİZİN KAHRAMANLIK HİKÂYELERİ</w:t>
      </w:r>
      <w:r>
        <w:br/>
        <w:t>(Öğrenci Sunum Metni)</w:t>
      </w:r>
    </w:p>
    <w:p w14:paraId="61C7BC23" w14:textId="77777777" w:rsidR="002106DD" w:rsidRDefault="00000000">
      <w:pPr>
        <w:pStyle w:val="Balk2"/>
        <w:spacing w:after="120"/>
      </w:pPr>
      <w:r>
        <w:t>1. Şehit Piyade Astsubay Kıdemli Başçavuş Ömer Halisdemir</w:t>
      </w:r>
    </w:p>
    <w:p w14:paraId="468964DA" w14:textId="77777777" w:rsidR="002106DD" w:rsidRDefault="00000000">
      <w:pPr>
        <w:spacing w:after="240"/>
      </w:pPr>
      <w:r>
        <w:t>15 Temmuz gecesinin seyrini değiştiren en büyük kahramanlardan biri Şehit Ömer Halisdemir’dir. Özel Kuvvetler Komutanlığı’nı ele geçirmek isteyen darbeci general Semih Terzi karargâha yaklaştığında, Komutanı Zekai Aksakallı Paşa’dan telefon aldı: "Ömer, orası senin namusun. Vatan için, millet için o haini vur. Sonunda şehadet var, hakkını helal et!"</w:t>
      </w:r>
      <w:r>
        <w:br/>
      </w:r>
      <w:r>
        <w:br/>
        <w:t>Ömer Halisdemir hiç tereddüt etmeden "Başüstüne komutanım, hakkım helal olsun!" dedi. Ağaçların arasından fırlayarak hain generali alnının ortasından vurdu ve darbenin Özel Kuvvetler kanadını tamamen çökertti. Ardından hainler tarafından otuz kurşunla şehit edildi. Ömer Halisdemir, cesaretiyle bir milletin kaderini değiştirdi.</w:t>
      </w:r>
    </w:p>
    <w:p w14:paraId="1FEEECBE" w14:textId="77777777" w:rsidR="002106DD" w:rsidRDefault="00000000">
      <w:pPr>
        <w:pStyle w:val="Balk2"/>
        <w:spacing w:after="120"/>
      </w:pPr>
      <w:r>
        <w:t>2. Şehit Erol Olçok ve Abdullah Tayyip Olçok</w:t>
      </w:r>
    </w:p>
    <w:p w14:paraId="2BFCFDEE" w14:textId="77777777" w:rsidR="002106DD" w:rsidRDefault="00000000">
      <w:pPr>
        <w:spacing w:after="240"/>
      </w:pPr>
      <w:r>
        <w:t>Darbe girişimini haber alır almaz 16 yaşındaki oğlu Abdullah Tayyip’i de yanına alarak Boğaziçi Köprüsü’ne koşan Erol Olçok, meydanlarda milletin cesaret kaynağı oldu. Tankların ve yaylım ateşlerinin üzerine yürürken oğluna "Korkma evladım, vatan elden giderse hiçbir şeyimiz kalmaz!" diyerek haykırdı. Açılan hain ateş sonucu önce evladı Abdullah Tayyip kucağında vuruldu, ardından da Erol Olçok şehadet şerbetini içti. Baba ve oğul, bu vatanın ebedi bağımsızlığı uğruna yan yana şehit düştüler.</w:t>
      </w:r>
    </w:p>
    <w:p w14:paraId="23A66330" w14:textId="77777777" w:rsidR="002106DD" w:rsidRDefault="00000000">
      <w:pPr>
        <w:pStyle w:val="Balk2"/>
        <w:spacing w:after="120"/>
      </w:pPr>
      <w:r>
        <w:t>3. Şehit Mustafa Cambaz ve İsimsiz 251 Kahraman</w:t>
      </w:r>
    </w:p>
    <w:p w14:paraId="4137E61B" w14:textId="77777777" w:rsidR="002106DD" w:rsidRDefault="00000000">
      <w:pPr>
        <w:spacing w:after="240"/>
      </w:pPr>
      <w:r>
        <w:t>Yeni Şafak Gazetesi foto muhabiri olan Mustafa Cambaz, darbe haberini alınca "Başkomutan emir verdi, sokağa çıkıyoruz!" diyerek Çengelköy’e koştu. Hain darbecilerin kurşunlarına hedef olarak şehadete erdi. O gece kadınıyla, genciyle, yaşlısıyla 251 vatan evladı toprağa düştü. Türksat’ı savunan Ahmet Özsoy, Kazan’da tarlasındaki samanı yakarak jetlerin kalkışını engelleyen kahraman köylüler ve tankların altına yatan koca yürekli kadınlarımız... Onlar tarih yazdılar; bu vatanı hainlere teslim etmediler.</w:t>
      </w:r>
    </w:p>
    <w:p w14:paraId="18836018" w14:textId="77777777" w:rsidR="002106DD" w:rsidRDefault="00000000">
      <w:r>
        <w:br w:type="page"/>
      </w:r>
    </w:p>
    <w:p w14:paraId="030A3ABC" w14:textId="77777777" w:rsidR="002106DD" w:rsidRDefault="00000000">
      <w:pPr>
        <w:pStyle w:val="Balk1"/>
        <w:jc w:val="center"/>
      </w:pPr>
      <w:r>
        <w:lastRenderedPageBreak/>
        <w:t>BU VATAN BİZİM</w:t>
      </w:r>
    </w:p>
    <w:p w14:paraId="3A7BF2BF" w14:textId="77777777" w:rsidR="002106DD" w:rsidRDefault="00000000">
      <w:pPr>
        <w:spacing w:after="360"/>
        <w:jc w:val="center"/>
      </w:pPr>
      <w:r>
        <w:rPr>
          <w:i/>
        </w:rPr>
        <w:t>Dursun Ali Erzincanlı</w:t>
      </w:r>
    </w:p>
    <w:p w14:paraId="401C68EC" w14:textId="77777777" w:rsidR="002106DD" w:rsidRDefault="00000000">
      <w:r>
        <w:t>Karanlık bir gece, kanlı ve derin</w:t>
      </w:r>
      <w:r>
        <w:br/>
        <w:t>Ateşle boyandı yüzü göklerin</w:t>
      </w:r>
      <w:r>
        <w:br/>
        <w:t>Şehitler bağrına uzandı yerin</w:t>
      </w:r>
      <w:r>
        <w:br/>
        <w:t>Zamanın nabzında atan bizimdir</w:t>
      </w:r>
      <w:r>
        <w:br/>
        <w:t>İhânet onların, vatan bizimdir!</w:t>
      </w:r>
    </w:p>
    <w:p w14:paraId="1CF206EB" w14:textId="77777777" w:rsidR="002106DD" w:rsidRDefault="00000000">
      <w:r>
        <w:t>Müjde verenleriz, korkutan değil</w:t>
      </w:r>
      <w:r>
        <w:br/>
        <w:t>Yurda kardeş kanı akıtan değil</w:t>
      </w:r>
      <w:r>
        <w:br/>
        <w:t>Namluyu millete doğrultan değil</w:t>
      </w:r>
      <w:r>
        <w:br/>
        <w:t>Tankların altına yatan bizimdir</w:t>
      </w:r>
      <w:r>
        <w:br/>
        <w:t>Esâret onların, vatan bizimdir!</w:t>
      </w:r>
    </w:p>
    <w:p w14:paraId="0C002F67" w14:textId="77777777" w:rsidR="002106DD" w:rsidRDefault="00000000">
      <w:r>
        <w:t>Hıyânet zehrini akıtmış dile</w:t>
      </w:r>
      <w:r>
        <w:br/>
        <w:t>Şeytan’ı aldatır bu kahpe hîle</w:t>
      </w:r>
      <w:r>
        <w:br/>
        <w:t>Görmedi insanlar tarihte bile</w:t>
      </w:r>
      <w:r>
        <w:br/>
        <w:t>Bayrağı göğsünde tutan bizimdir</w:t>
      </w:r>
      <w:r>
        <w:br/>
        <w:t>Dalâlet onların, vatan bizimdir!</w:t>
      </w:r>
    </w:p>
    <w:p w14:paraId="7E274793" w14:textId="77777777" w:rsidR="002106DD" w:rsidRDefault="00000000">
      <w:r>
        <w:t>Sonsuzluk andıdır bu kutlu destan</w:t>
      </w:r>
      <w:r>
        <w:br/>
        <w:t>Gök kubbe inlesin tekbir sesinden</w:t>
      </w:r>
      <w:r>
        <w:br/>
        <w:t>Hainler titresin dağlar taşından</w:t>
      </w:r>
      <w:r>
        <w:br/>
        <w:t>Gecenin bağrında batan onların</w:t>
      </w:r>
      <w:r>
        <w:br/>
        <w:t>Güneşle şahlanan vatan bizimdir!</w:t>
      </w:r>
    </w:p>
    <w:p w14:paraId="43F1C558" w14:textId="77777777" w:rsidR="002106DD" w:rsidRDefault="00000000">
      <w:r>
        <w:br w:type="page"/>
      </w:r>
    </w:p>
    <w:p w14:paraId="2D2C8D06" w14:textId="77777777" w:rsidR="002106DD" w:rsidRDefault="00000000">
      <w:pPr>
        <w:pStyle w:val="Balk1"/>
        <w:jc w:val="center"/>
      </w:pPr>
      <w:r>
        <w:lastRenderedPageBreak/>
        <w:t>15 TEMMUZ ŞEHİTLERİ</w:t>
      </w:r>
    </w:p>
    <w:p w14:paraId="212AE0AB" w14:textId="77777777" w:rsidR="002106DD" w:rsidRDefault="00000000">
      <w:pPr>
        <w:spacing w:after="360"/>
        <w:jc w:val="center"/>
      </w:pPr>
      <w:r>
        <w:rPr>
          <w:i/>
        </w:rPr>
        <w:t>Cuma Yat</w:t>
      </w:r>
    </w:p>
    <w:p w14:paraId="04F9D086" w14:textId="77777777" w:rsidR="002106DD" w:rsidRDefault="00000000">
      <w:r>
        <w:t>Bir mucize yarattın on beş Temmuz gecesi,</w:t>
      </w:r>
      <w:r>
        <w:br/>
        <w:t>Can verdin vatan için, yoktu bunun ötesi.</w:t>
      </w:r>
      <w:r>
        <w:br/>
        <w:t>O nasıl bir yürek ki binlerce tanka bedel,</w:t>
      </w:r>
      <w:r>
        <w:br/>
        <w:t>Ölüm bile vız geldi, utandı senden ecel!</w:t>
      </w:r>
    </w:p>
    <w:p w14:paraId="7EC15455" w14:textId="77777777" w:rsidR="002106DD" w:rsidRDefault="00000000">
      <w:r>
        <w:t>Seninle gurur duydu Boğaziçi Köprüsü,</w:t>
      </w:r>
      <w:r>
        <w:br/>
        <w:t>Semayı inletti tekbirlerin gür sesi.</w:t>
      </w:r>
      <w:r>
        <w:br/>
        <w:t>Tankların karşısında dimdik durdu bedenler,</w:t>
      </w:r>
      <w:r>
        <w:br/>
        <w:t>Cennete kanat açtı o gece can verenler.</w:t>
      </w:r>
    </w:p>
    <w:p w14:paraId="59CD2ECC" w14:textId="77777777" w:rsidR="002106DD" w:rsidRDefault="00000000">
      <w:r>
        <w:t>Şimdi daha şanlı bak, ay yıldızlı bayrağın,</w:t>
      </w:r>
      <w:r>
        <w:br/>
        <w:t>Ey şehit oğlu şehit, önderisin her çağın!</w:t>
      </w:r>
      <w:r>
        <w:br/>
        <w:t>Yıldızları yağdırsak azdır senin üstüne,</w:t>
      </w:r>
      <w:r>
        <w:br/>
        <w:t>Bak adını nakşettik milletin göğsüne!</w:t>
      </w:r>
    </w:p>
    <w:p w14:paraId="2F8933EF" w14:textId="77777777" w:rsidR="002106DD" w:rsidRDefault="00000000">
      <w:r>
        <w:t>Şehitler asla ölmez, ölümsüz her biriniz,</w:t>
      </w:r>
      <w:r>
        <w:br/>
        <w:t>Bil ki mahşere kadar kalbimizdedir yeriniz.</w:t>
      </w:r>
      <w:r>
        <w:br/>
        <w:t>Ezan dinmez bayrak inmez bu aziz yurtta,</w:t>
      </w:r>
      <w:r>
        <w:br/>
        <w:t>Nöbeti devraldık biz, rahat uyu toprakta!</w:t>
      </w:r>
    </w:p>
    <w:p w14:paraId="3D9A19E9" w14:textId="77777777" w:rsidR="002106DD" w:rsidRDefault="00000000">
      <w:r>
        <w:br w:type="page"/>
      </w:r>
    </w:p>
    <w:p w14:paraId="5BE0E16D" w14:textId="77777777" w:rsidR="002106DD" w:rsidRDefault="00000000">
      <w:pPr>
        <w:pStyle w:val="Balk1"/>
        <w:jc w:val="center"/>
      </w:pPr>
      <w:r>
        <w:lastRenderedPageBreak/>
        <w:t>OTUZ KUŞ</w:t>
      </w:r>
      <w:r>
        <w:br/>
        <w:t>(Şehit Ömer Halisdemir Anısına)</w:t>
      </w:r>
    </w:p>
    <w:p w14:paraId="5D34EE02" w14:textId="77777777" w:rsidR="002106DD" w:rsidRDefault="00000000">
      <w:pPr>
        <w:spacing w:after="360"/>
        <w:jc w:val="center"/>
      </w:pPr>
      <w:r>
        <w:rPr>
          <w:i/>
        </w:rPr>
        <w:t>Dursun Ali Erzincanlı</w:t>
      </w:r>
    </w:p>
    <w:p w14:paraId="529BB3A5" w14:textId="77777777" w:rsidR="002106DD" w:rsidRDefault="00000000">
      <w:r>
        <w:t>Ben, Niğde ili Bor kazası Çukurkuyu beldesinden</w:t>
      </w:r>
      <w:r>
        <w:br/>
        <w:t>Yedi çocuklu Ali Halisdemir’in oğluyum.</w:t>
      </w:r>
      <w:r>
        <w:br/>
        <w:t>Çocukluğum koyun güderek geçti dağlarda,</w:t>
      </w:r>
      <w:r>
        <w:br/>
        <w:t>Sert rüzgârları kokladım, vatan bildim her karış taşı.</w:t>
      </w:r>
    </w:p>
    <w:p w14:paraId="3A479084" w14:textId="77777777" w:rsidR="002106DD" w:rsidRDefault="00000000">
      <w:r>
        <w:t>Komutanım aradı o gece, sesinde bir hüzün ve metanet:</w:t>
      </w:r>
      <w:r>
        <w:br/>
        <w:t>"Ömer," dedi, "Kırk yıllık emeğimiz, vatanımız tehlikede.</w:t>
      </w:r>
      <w:r>
        <w:br/>
        <w:t>Gelen haini vur, sonra şehadet var ucunda;</w:t>
      </w:r>
      <w:r>
        <w:br/>
        <w:t>Hakkını helal et evladım, helal et bu millete."</w:t>
      </w:r>
    </w:p>
    <w:p w14:paraId="667FEE0B" w14:textId="77777777" w:rsidR="002106DD" w:rsidRDefault="00000000">
      <w:r>
        <w:t>Gözümü kırpmadan sıktım o kurşunu haine,</w:t>
      </w:r>
      <w:r>
        <w:br/>
        <w:t>Vuruldum sonra arkamdan otuz kurşunla birden.</w:t>
      </w:r>
      <w:r>
        <w:br/>
        <w:t>Otuz kuş havalandı o an göğsümün kafesinden cennete,</w:t>
      </w:r>
      <w:r>
        <w:br/>
        <w:t>Vatan sağ olsun ey aziz milletim, nöbet artık sizdedir!</w:t>
      </w:r>
    </w:p>
    <w:p w14:paraId="54DC10E2" w14:textId="77777777" w:rsidR="002106DD" w:rsidRDefault="00000000">
      <w:r>
        <w:br w:type="page"/>
      </w:r>
    </w:p>
    <w:p w14:paraId="198095BB" w14:textId="77777777" w:rsidR="002106DD" w:rsidRDefault="00000000">
      <w:pPr>
        <w:pStyle w:val="Balk1"/>
        <w:jc w:val="center"/>
      </w:pPr>
      <w:r>
        <w:lastRenderedPageBreak/>
        <w:t>DAVET</w:t>
      </w:r>
    </w:p>
    <w:p w14:paraId="74FCE26C" w14:textId="77777777" w:rsidR="002106DD" w:rsidRDefault="00000000">
      <w:pPr>
        <w:spacing w:after="360"/>
        <w:jc w:val="center"/>
      </w:pPr>
      <w:r>
        <w:rPr>
          <w:i/>
        </w:rPr>
        <w:t>Nazım Hikmet</w:t>
      </w:r>
    </w:p>
    <w:p w14:paraId="248751FB" w14:textId="77777777" w:rsidR="002106DD" w:rsidRDefault="00000000">
      <w:r>
        <w:t>Dörtnala gelip Uzak Asya'dan</w:t>
      </w:r>
      <w:r>
        <w:br/>
        <w:t>Akdeniz'e bir kısrak başı gibi uzanan</w:t>
      </w:r>
      <w:r>
        <w:br/>
        <w:t>bu memleket, bizim.</w:t>
      </w:r>
    </w:p>
    <w:p w14:paraId="7660D0B0" w14:textId="77777777" w:rsidR="002106DD" w:rsidRDefault="00000000">
      <w:r>
        <w:t>Bilekler kan içinde, dişler kenetli, ayaklar çıplak</w:t>
      </w:r>
      <w:r>
        <w:br/>
        <w:t>ve ipek bir halıya benzeyen toprak,</w:t>
      </w:r>
      <w:r>
        <w:br/>
        <w:t>bu cehennem, bu cennet bizim.</w:t>
      </w:r>
    </w:p>
    <w:p w14:paraId="7B32ED37" w14:textId="77777777" w:rsidR="002106DD" w:rsidRDefault="00000000">
      <w:r>
        <w:t>Kapansın el kapıları, bir daha açılmasın,</w:t>
      </w:r>
      <w:r>
        <w:br/>
        <w:t>yok edin insanın insana kulluğunu,</w:t>
      </w:r>
      <w:r>
        <w:br/>
        <w:t>bu dâvet bizim...</w:t>
      </w:r>
    </w:p>
    <w:p w14:paraId="6BC34BCB" w14:textId="77777777" w:rsidR="002106DD" w:rsidRDefault="00000000">
      <w:r>
        <w:t>Yaşamak bir ağaç gibi tek ve hür</w:t>
      </w:r>
      <w:r>
        <w:br/>
        <w:t>ve bir orman gibi kardeşçesine,</w:t>
      </w:r>
      <w:r>
        <w:br/>
        <w:t>bu hasret bizim...</w:t>
      </w:r>
    </w:p>
    <w:sectPr w:rsidR="002106D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51095170">
    <w:abstractNumId w:val="8"/>
  </w:num>
  <w:num w:numId="2" w16cid:durableId="691343593">
    <w:abstractNumId w:val="6"/>
  </w:num>
  <w:num w:numId="3" w16cid:durableId="270211901">
    <w:abstractNumId w:val="5"/>
  </w:num>
  <w:num w:numId="4" w16cid:durableId="765542760">
    <w:abstractNumId w:val="4"/>
  </w:num>
  <w:num w:numId="5" w16cid:durableId="131875872">
    <w:abstractNumId w:val="7"/>
  </w:num>
  <w:num w:numId="6" w16cid:durableId="351808667">
    <w:abstractNumId w:val="3"/>
  </w:num>
  <w:num w:numId="7" w16cid:durableId="439032323">
    <w:abstractNumId w:val="2"/>
  </w:num>
  <w:num w:numId="8" w16cid:durableId="3747657">
    <w:abstractNumId w:val="1"/>
  </w:num>
  <w:num w:numId="9" w16cid:durableId="21844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6DD"/>
    <w:rsid w:val="0029639D"/>
    <w:rsid w:val="00326F90"/>
    <w:rsid w:val="004171DB"/>
    <w:rsid w:val="00AA1D8D"/>
    <w:rsid w:val="00B47730"/>
    <w:rsid w:val="00CB0664"/>
    <w:rsid w:val="00F143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D15276"/>
  <w14:defaultImageDpi w14:val="300"/>
  <w15:docId w15:val="{E6EFC223-4EA3-47D8-96FD-723A8685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2026-09-20T19:33:00Z</dcterms:modified>
  <cp:category/>
</cp:coreProperties>
</file>